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电子与信息工程学院2026年推荐免试研究生面试成绩公示（第二批）</w:t>
      </w:r>
    </w:p>
    <w:p>
      <w:r>
        <w:t>根据《南京信息工程大学2026年推荐免试研究生复试及录取工作指导意见》与《电子与信息工程学院2026年推荐免试研究生复试及录取办法》，经学生个人申请和学院专家面试，现将学生面试成绩排名公示如下：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报考专业</w:t>
            </w:r>
          </w:p>
        </w:tc>
        <w:tc>
          <w:tcPr>
            <w:tcW w:type="dxa" w:w="2160"/>
          </w:tcPr>
          <w:p>
            <w:r>
              <w:t>复试成绩</w:t>
            </w:r>
          </w:p>
        </w:tc>
        <w:tc>
          <w:tcPr>
            <w:tcW w:type="dxa" w:w="2160"/>
          </w:tcPr>
          <w:p>
            <w:r>
              <w:t>成绩排序</w:t>
            </w:r>
          </w:p>
        </w:tc>
      </w:tr>
      <w:tr>
        <w:tc>
          <w:tcPr>
            <w:tcW w:type="dxa" w:w="2160"/>
          </w:tcPr>
          <w:p>
            <w:r>
              <w:t>雷凤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94.000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姜逸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93.667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郝岩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93.333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吴越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93.333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董春雷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92.333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江语然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92.000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田浩然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92.000</w:t>
            </w:r>
          </w:p>
        </w:tc>
        <w:tc>
          <w:tcPr>
            <w:tcW w:type="dxa" w:w="2160"/>
          </w:tcPr>
          <w:p>
            <w:r>
              <w:t>7</w:t>
            </w:r>
          </w:p>
        </w:tc>
      </w:tr>
      <w:tr>
        <w:tc>
          <w:tcPr>
            <w:tcW w:type="dxa" w:w="2160"/>
          </w:tcPr>
          <w:p>
            <w:r>
              <w:t>钮承昊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91.667</w:t>
            </w:r>
          </w:p>
        </w:tc>
        <w:tc>
          <w:tcPr>
            <w:tcW w:type="dxa" w:w="2160"/>
          </w:tcPr>
          <w:p>
            <w:r>
              <w:t>8</w:t>
            </w:r>
          </w:p>
        </w:tc>
      </w:tr>
      <w:tr>
        <w:tc>
          <w:tcPr>
            <w:tcW w:type="dxa" w:w="2160"/>
          </w:tcPr>
          <w:p>
            <w:r>
              <w:t>胡俊豪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91.000</w:t>
            </w:r>
          </w:p>
        </w:tc>
        <w:tc>
          <w:tcPr>
            <w:tcW w:type="dxa" w:w="2160"/>
          </w:tcPr>
          <w:p>
            <w:r>
              <w:t>9</w:t>
            </w:r>
          </w:p>
        </w:tc>
      </w:tr>
      <w:tr>
        <w:tc>
          <w:tcPr>
            <w:tcW w:type="dxa" w:w="2160"/>
          </w:tcPr>
          <w:p>
            <w:r>
              <w:t>王思睿</w:t>
            </w:r>
          </w:p>
        </w:tc>
        <w:tc>
          <w:tcPr>
            <w:tcW w:type="dxa" w:w="2160"/>
          </w:tcPr>
          <w:p>
            <w:r>
              <w:t>信息与通信工程</w:t>
            </w:r>
          </w:p>
        </w:tc>
        <w:tc>
          <w:tcPr>
            <w:tcW w:type="dxa" w:w="2160"/>
          </w:tcPr>
          <w:p>
            <w:r>
              <w:t>90.333</w:t>
            </w:r>
          </w:p>
        </w:tc>
        <w:tc>
          <w:tcPr>
            <w:tcW w:type="dxa" w:w="2160"/>
          </w:tcPr>
          <w:p>
            <w:r>
              <w:t>10</w:t>
            </w:r>
          </w:p>
        </w:tc>
      </w:tr>
    </w:tbl>
    <w:p>
      <w:r>
        <w:t>公示时间：2025年9月24日-10月1日</w:t>
      </w:r>
    </w:p>
    <w:p>
      <w:r>
        <w:t>如对拟录取名单有异议，请向电子与信息工程学院反映。</w:t>
      </w:r>
    </w:p>
    <w:p>
      <w:r>
        <w:t>联系电话：025-58731571地址：临江楼A809</w:t>
      </w:r>
    </w:p>
    <w:p>
      <w:r>
        <w:t>电子与信息工程学院</w:t>
      </w:r>
    </w:p>
    <w:p>
      <w:r>
        <w:t>2025年9月24日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