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电子与信息工程学院2026年推荐免试研究生面试成绩公示（第一批）</w:t>
      </w:r>
    </w:p>
    <w:p>
      <w:r>
        <w:t>根据《南京信息工程大学2026年推荐免试研究生复试及录取工作指导意见》与《电子与信息工程学院2026年推荐免试研究生复试及录取办法》，经学生个人申请和学院专家面试，现将学生面试成绩及排名公示如下：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报考专业</w:t>
            </w:r>
          </w:p>
        </w:tc>
        <w:tc>
          <w:tcPr>
            <w:tcW w:type="dxa" w:w="2160"/>
          </w:tcPr>
          <w:p>
            <w:r>
              <w:t>复试成绩</w:t>
            </w:r>
          </w:p>
        </w:tc>
        <w:tc>
          <w:tcPr>
            <w:tcW w:type="dxa" w:w="2160"/>
          </w:tcPr>
          <w:p>
            <w:r>
              <w:t>成绩排序</w:t>
            </w:r>
          </w:p>
        </w:tc>
      </w:tr>
      <w:tr>
        <w:tc>
          <w:tcPr>
            <w:tcW w:type="dxa" w:w="2160"/>
          </w:tcPr>
          <w:p>
            <w:r>
              <w:t>刘王予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92.333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汤朝弘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89.667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裴致远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89.333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李鑫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87.333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宋亚洁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87.333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姜子豪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87.000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万雨彤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>
              <w:t>92.667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薛睿晨</w:t>
            </w:r>
          </w:p>
        </w:tc>
        <w:tc>
          <w:tcPr>
            <w:tcW w:type="dxa" w:w="2160"/>
          </w:tcPr>
          <w:p>
            <w:r>
              <w:t>新一代电子信息技术</w:t>
            </w:r>
          </w:p>
        </w:tc>
        <w:tc>
          <w:tcPr>
            <w:tcW w:type="dxa" w:w="2160"/>
          </w:tcPr>
          <w:p>
            <w:r>
              <w:t>92.333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张鑫乐</w:t>
            </w:r>
          </w:p>
        </w:tc>
        <w:tc>
          <w:tcPr>
            <w:tcW w:type="dxa" w:w="2160"/>
          </w:tcPr>
          <w:p>
            <w:r>
              <w:t>新一代电子信息技术</w:t>
            </w:r>
          </w:p>
        </w:tc>
        <w:tc>
          <w:tcPr>
            <w:tcW w:type="dxa" w:w="2160"/>
          </w:tcPr>
          <w:p>
            <w:r>
              <w:t>89.000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周宇晟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91.333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刘舒娜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90.000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白健乔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87.667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</w:tbl>
    <w:p>
      <w:r>
        <w:t>窗体顶端</w:t>
      </w:r>
    </w:p>
    <w:p>
      <w:r>
        <w:t>公示时间：202 5年9月19日- 9月26日</w:t>
      </w:r>
    </w:p>
    <w:p>
      <w:r>
        <w:t>如对拟录取名单有异议，请向电子与信息工程学院反映。</w:t>
      </w:r>
    </w:p>
    <w:p>
      <w:r>
        <w:t>联系电话：025-58731571地址：临江楼A809</w:t>
      </w:r>
    </w:p>
    <w:p>
      <w:r>
        <w:t>电子与信息工程学院</w:t>
      </w:r>
    </w:p>
    <w:p>
      <w:r>
        <w:t>2025年9月19日</w:t>
      </w:r>
    </w:p>
    <w:p>
      <w:r>
        <w:t>窗体底端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