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电子与信息工程学院拟获2025年推免研究生资格名单公示</w:t>
      </w:r>
    </w:p>
    <w:p>
      <w:r>
        <w:t>根据教务处《关于做好2025年优秀应届本科毕业生免试攻读研究生推荐工作的通知》及《南京信息工程大学电子与信息工程学院2025年推免工作实施细则》，电子与信息工程学院于9月11日上午进行了推免答辩，现予以公示（学生推免加分成果见附件）。具体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性别</w:t>
            </w:r>
          </w:p>
        </w:tc>
        <w:tc>
          <w:tcPr>
            <w:tcW w:type="dxa" w:w="1440"/>
          </w:tcPr>
          <w:p>
            <w:r>
              <w:t>学号</w:t>
            </w:r>
          </w:p>
        </w:tc>
        <w:tc>
          <w:tcPr>
            <w:tcW w:type="dxa" w:w="1440"/>
          </w:tcPr>
          <w:p>
            <w:r>
              <w:t>专业</w:t>
            </w:r>
          </w:p>
        </w:tc>
        <w:tc>
          <w:tcPr>
            <w:tcW w:type="dxa" w:w="1440"/>
          </w:tcPr>
          <w:p>
            <w:r>
              <w:t>备注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许毅宁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202183270399</w:t>
            </w:r>
          </w:p>
        </w:tc>
        <w:tc>
          <w:tcPr>
            <w:tcW w:type="dxa" w:w="1440"/>
          </w:tcPr>
          <w:p>
            <w:r>
              <w:t>电子科学技术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高正煜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202183270244</w:t>
            </w:r>
          </w:p>
        </w:tc>
        <w:tc>
          <w:tcPr>
            <w:tcW w:type="dxa" w:w="1440"/>
          </w:tcPr>
          <w:p>
            <w:r>
              <w:t>电子科学技术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郑永烨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202183270371</w:t>
            </w:r>
          </w:p>
        </w:tc>
        <w:tc>
          <w:tcPr>
            <w:tcW w:type="dxa" w:w="1440"/>
          </w:tcPr>
          <w:p>
            <w:r>
              <w:t>电子科学技术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谭锦琦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202183270338</w:t>
            </w:r>
          </w:p>
        </w:tc>
        <w:tc>
          <w:tcPr>
            <w:tcW w:type="dxa" w:w="1440"/>
          </w:tcPr>
          <w:p>
            <w:r>
              <w:t>电子科学技术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王瑞芝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202183270431</w:t>
            </w:r>
          </w:p>
        </w:tc>
        <w:tc>
          <w:tcPr>
            <w:tcW w:type="dxa" w:w="1440"/>
          </w:tcPr>
          <w:p>
            <w:r>
              <w:t>电子科学技术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刘宇琪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202183270304</w:t>
            </w:r>
          </w:p>
        </w:tc>
        <w:tc>
          <w:tcPr>
            <w:tcW w:type="dxa" w:w="1440"/>
          </w:tcPr>
          <w:p>
            <w:r>
              <w:t>电子科学技术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封慧茹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202183270025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左越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202183270267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叶续缘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202183270265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周舟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202183270372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李雨轩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202183270488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朱金林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202113880050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陈佳怡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202183270057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周格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202183270317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蒋鑫宇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202183270512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朱家玉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202183270135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孙思凡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202183270270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张俊豪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202183270367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卢文慧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202113260031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周建跃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202183270413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陈铖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202183270056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陆宇洲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202183270404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于沐熙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202183270130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>
              <w:t>递补</w:t>
            </w:r>
          </w:p>
        </w:tc>
      </w:tr>
      <w:tr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万睿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202183270044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>
              <w:t>递补</w:t>
            </w:r>
          </w:p>
        </w:tc>
      </w:tr>
      <w:tr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严卫萍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202183270148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>
              <w:t>递补</w:t>
            </w:r>
          </w:p>
        </w:tc>
      </w:tr>
      <w:tr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王雅菲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202183270476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27</w:t>
            </w:r>
          </w:p>
        </w:tc>
        <w:tc>
          <w:tcPr>
            <w:tcW w:type="dxa" w:w="1440"/>
          </w:tcPr>
          <w:p>
            <w:r>
              <w:t>刘轶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202183270006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马聪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202183270042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29</w:t>
            </w:r>
          </w:p>
        </w:tc>
        <w:tc>
          <w:tcPr>
            <w:tcW w:type="dxa" w:w="1440"/>
          </w:tcPr>
          <w:p>
            <w:r>
              <w:t>周坤远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202183270373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施珂雯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202183270116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李蔡艳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202183270360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>
              <w:t>周浩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202183270455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33</w:t>
            </w:r>
          </w:p>
        </w:tc>
        <w:tc>
          <w:tcPr>
            <w:tcW w:type="dxa" w:w="1440"/>
          </w:tcPr>
          <w:p>
            <w:r>
              <w:t>杜明儒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202183270058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34</w:t>
            </w:r>
          </w:p>
        </w:tc>
        <w:tc>
          <w:tcPr>
            <w:tcW w:type="dxa" w:w="1440"/>
          </w:tcPr>
          <w:p>
            <w:r>
              <w:t>王梦文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202113880039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>
              <w:t>蒋丽侠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202183270511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>
              <w:t>王曼清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202183270474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37</w:t>
            </w:r>
          </w:p>
        </w:tc>
        <w:tc>
          <w:tcPr>
            <w:tcW w:type="dxa" w:w="1440"/>
          </w:tcPr>
          <w:p>
            <w:r>
              <w:t>李星雨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202183270102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38</w:t>
            </w:r>
          </w:p>
        </w:tc>
        <w:tc>
          <w:tcPr>
            <w:tcW w:type="dxa" w:w="1440"/>
          </w:tcPr>
          <w:p>
            <w:r>
              <w:t>黄家琦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201983270072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39</w:t>
            </w:r>
          </w:p>
        </w:tc>
        <w:tc>
          <w:tcPr>
            <w:tcW w:type="dxa" w:w="1440"/>
          </w:tcPr>
          <w:p>
            <w:r>
              <w:t>滕鹤铭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202183270039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40</w:t>
            </w:r>
          </w:p>
        </w:tc>
        <w:tc>
          <w:tcPr>
            <w:tcW w:type="dxa" w:w="1440"/>
          </w:tcPr>
          <w:p>
            <w:r>
              <w:t>吴凯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202183270104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41</w:t>
            </w:r>
          </w:p>
        </w:tc>
        <w:tc>
          <w:tcPr>
            <w:tcW w:type="dxa" w:w="1440"/>
          </w:tcPr>
          <w:p>
            <w:r>
              <w:t>李高垚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202183270361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>
              <w:t>递补</w:t>
            </w:r>
          </w:p>
        </w:tc>
      </w:tr>
      <w:tr>
        <w:tc>
          <w:tcPr>
            <w:tcW w:type="dxa" w:w="1440"/>
          </w:tcPr>
          <w:p>
            <w:r>
              <w:t>42</w:t>
            </w:r>
          </w:p>
        </w:tc>
        <w:tc>
          <w:tcPr>
            <w:tcW w:type="dxa" w:w="1440"/>
          </w:tcPr>
          <w:p>
            <w:r>
              <w:t>董雪珂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202183270423</w:t>
            </w:r>
          </w:p>
        </w:tc>
        <w:tc>
          <w:tcPr>
            <w:tcW w:type="dxa" w:w="1440"/>
          </w:tcPr>
          <w:p>
            <w:r>
              <w:t>通信工程（华为实验班）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43</w:t>
            </w:r>
          </w:p>
        </w:tc>
        <w:tc>
          <w:tcPr>
            <w:tcW w:type="dxa" w:w="1440"/>
          </w:tcPr>
          <w:p>
            <w:r>
              <w:t>季笑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202183310034</w:t>
            </w:r>
          </w:p>
        </w:tc>
        <w:tc>
          <w:tcPr>
            <w:tcW w:type="dxa" w:w="1440"/>
          </w:tcPr>
          <w:p>
            <w:r>
              <w:t>通信工程（华为实验班）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44</w:t>
            </w:r>
          </w:p>
        </w:tc>
        <w:tc>
          <w:tcPr>
            <w:tcW w:type="dxa" w:w="1440"/>
          </w:tcPr>
          <w:p>
            <w:r>
              <w:t>徐驰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202183320085</w:t>
            </w:r>
          </w:p>
        </w:tc>
        <w:tc>
          <w:tcPr>
            <w:tcW w:type="dxa" w:w="1440"/>
          </w:tcPr>
          <w:p>
            <w:r>
              <w:t>通信工程（华为实验班）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>
              <w:t>曹宇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202183270462</w:t>
            </w:r>
          </w:p>
        </w:tc>
        <w:tc>
          <w:tcPr>
            <w:tcW w:type="dxa" w:w="1440"/>
          </w:tcPr>
          <w:p>
            <w:r>
              <w:t>通信工程（华为实验班）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46</w:t>
            </w:r>
          </w:p>
        </w:tc>
        <w:tc>
          <w:tcPr>
            <w:tcW w:type="dxa" w:w="1440"/>
          </w:tcPr>
          <w:p>
            <w:r>
              <w:t>林思程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202183270499</w:t>
            </w:r>
          </w:p>
        </w:tc>
        <w:tc>
          <w:tcPr>
            <w:tcW w:type="dxa" w:w="1440"/>
          </w:tcPr>
          <w:p>
            <w:r>
              <w:t>通信工程（华为实验班）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47</w:t>
            </w:r>
          </w:p>
        </w:tc>
        <w:tc>
          <w:tcPr>
            <w:tcW w:type="dxa" w:w="1440"/>
          </w:tcPr>
          <w:p>
            <w:r>
              <w:t>吴静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202183830008</w:t>
            </w:r>
          </w:p>
        </w:tc>
        <w:tc>
          <w:tcPr>
            <w:tcW w:type="dxa" w:w="1440"/>
          </w:tcPr>
          <w:p>
            <w:r>
              <w:t>通信工程（华为实验班）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48</w:t>
            </w:r>
          </w:p>
        </w:tc>
        <w:tc>
          <w:tcPr>
            <w:tcW w:type="dxa" w:w="1440"/>
          </w:tcPr>
          <w:p>
            <w:r>
              <w:t>潘俊豪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202183270470</w:t>
            </w:r>
          </w:p>
        </w:tc>
        <w:tc>
          <w:tcPr>
            <w:tcW w:type="dxa" w:w="1440"/>
          </w:tcPr>
          <w:p>
            <w:r>
              <w:t>通信工程（华为实验班）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49</w:t>
            </w:r>
          </w:p>
        </w:tc>
        <w:tc>
          <w:tcPr>
            <w:tcW w:type="dxa" w:w="1440"/>
          </w:tcPr>
          <w:p>
            <w:r>
              <w:t>刘宗林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202183830003</w:t>
            </w:r>
          </w:p>
        </w:tc>
        <w:tc>
          <w:tcPr>
            <w:tcW w:type="dxa" w:w="1440"/>
          </w:tcPr>
          <w:p>
            <w:r>
              <w:t>通信工程（华为实验班）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50</w:t>
            </w:r>
          </w:p>
        </w:tc>
        <w:tc>
          <w:tcPr>
            <w:tcW w:type="dxa" w:w="1440"/>
          </w:tcPr>
          <w:p>
            <w:r>
              <w:t>董洪康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202113880032</w:t>
            </w:r>
          </w:p>
        </w:tc>
        <w:tc>
          <w:tcPr>
            <w:tcW w:type="dxa" w:w="1440"/>
          </w:tcPr>
          <w:p>
            <w:r>
              <w:t>通信工程（华为实验班）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公示时间：9月12日— 9月14日。</w:t>
      </w:r>
    </w:p>
    <w:p>
      <w:r>
        <w:t>如对上述结果有异议，请向学院办公室反映，联系电话025-58731571，联系人：李老师。</w:t>
      </w:r>
    </w:p>
    <w:p>
      <w:r>
        <w:t>电子与信息工程学院</w:t>
      </w:r>
    </w:p>
    <w:p>
      <w:r>
        <w:t>2023年9月12日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