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电子与信息工程学院拟获2024年推免研究生答辩结果及资格名单公示</w:t>
      </w:r>
    </w:p>
    <w:p>
      <w:r>
        <w:t>根据教务处《关于做好2024年优秀应届本科毕业生免试攻读研究生推荐工作的通知》及《南京信息工程大学电子与信息工程学院2024年推免工作实施细则》，电子与信息工程学院于9月18日上午、9月18日晚分别进行了推免答辩，现予以公示。具体名单如下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序号</w:t>
            </w:r>
          </w:p>
        </w:tc>
        <w:tc>
          <w:tcPr>
            <w:tcW w:type="dxa" w:w="1440"/>
          </w:tcPr>
          <w:p>
            <w:r>
              <w:t>姓名</w:t>
            </w:r>
          </w:p>
        </w:tc>
        <w:tc>
          <w:tcPr>
            <w:tcW w:type="dxa" w:w="1440"/>
          </w:tcPr>
          <w:p>
            <w:r>
              <w:t>性别</w:t>
            </w:r>
          </w:p>
        </w:tc>
        <w:tc>
          <w:tcPr>
            <w:tcW w:type="dxa" w:w="1440"/>
          </w:tcPr>
          <w:p>
            <w:r>
              <w:t>学号</w:t>
            </w:r>
          </w:p>
        </w:tc>
        <w:tc>
          <w:tcPr>
            <w:tcW w:type="dxa" w:w="1440"/>
          </w:tcPr>
          <w:p>
            <w:r>
              <w:t>专业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孙睿轲</w:t>
            </w:r>
          </w:p>
        </w:tc>
        <w:tc>
          <w:tcPr>
            <w:tcW w:type="dxa" w:w="1440"/>
          </w:tcPr>
          <w:p>
            <w:r>
              <w:t>男</w:t>
            </w:r>
          </w:p>
        </w:tc>
        <w:tc>
          <w:tcPr>
            <w:tcW w:type="dxa" w:w="1440"/>
          </w:tcPr>
          <w:p>
            <w:r>
              <w:t>202083270216</w:t>
            </w:r>
          </w:p>
        </w:tc>
        <w:tc>
          <w:tcPr>
            <w:tcW w:type="dxa" w:w="1440"/>
          </w:tcPr>
          <w:p>
            <w:r>
              <w:t>微电子科学与工程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李佳俊</w:t>
            </w:r>
          </w:p>
        </w:tc>
        <w:tc>
          <w:tcPr>
            <w:tcW w:type="dxa" w:w="1440"/>
          </w:tcPr>
          <w:p>
            <w:r>
              <w:t>男</w:t>
            </w:r>
          </w:p>
        </w:tc>
        <w:tc>
          <w:tcPr>
            <w:tcW w:type="dxa" w:w="1440"/>
          </w:tcPr>
          <w:p>
            <w:r>
              <w:t>202083270101</w:t>
            </w:r>
          </w:p>
        </w:tc>
        <w:tc>
          <w:tcPr>
            <w:tcW w:type="dxa" w:w="1440"/>
          </w:tcPr>
          <w:p>
            <w:r>
              <w:t>微电子科学与工程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3</w:t>
            </w:r>
          </w:p>
        </w:tc>
        <w:tc>
          <w:tcPr>
            <w:tcW w:type="dxa" w:w="1440"/>
          </w:tcPr>
          <w:p>
            <w:r>
              <w:t>李大林</w:t>
            </w:r>
          </w:p>
        </w:tc>
        <w:tc>
          <w:tcPr>
            <w:tcW w:type="dxa" w:w="1440"/>
          </w:tcPr>
          <w:p>
            <w:r>
              <w:t>男</w:t>
            </w:r>
          </w:p>
        </w:tc>
        <w:tc>
          <w:tcPr>
            <w:tcW w:type="dxa" w:w="1440"/>
          </w:tcPr>
          <w:p>
            <w:r>
              <w:t>202083310041</w:t>
            </w:r>
          </w:p>
        </w:tc>
        <w:tc>
          <w:tcPr>
            <w:tcW w:type="dxa" w:w="1440"/>
          </w:tcPr>
          <w:p>
            <w:r>
              <w:t>微电子科学与工程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4</w:t>
            </w:r>
          </w:p>
        </w:tc>
        <w:tc>
          <w:tcPr>
            <w:tcW w:type="dxa" w:w="1440"/>
          </w:tcPr>
          <w:p>
            <w:r>
              <w:t>华军杰</w:t>
            </w:r>
          </w:p>
        </w:tc>
        <w:tc>
          <w:tcPr>
            <w:tcW w:type="dxa" w:w="1440"/>
          </w:tcPr>
          <w:p>
            <w:r>
              <w:t>男</w:t>
            </w:r>
          </w:p>
        </w:tc>
        <w:tc>
          <w:tcPr>
            <w:tcW w:type="dxa" w:w="1440"/>
          </w:tcPr>
          <w:p>
            <w:r>
              <w:t>202083270087</w:t>
            </w:r>
          </w:p>
        </w:tc>
        <w:tc>
          <w:tcPr>
            <w:tcW w:type="dxa" w:w="1440"/>
          </w:tcPr>
          <w:p>
            <w:r>
              <w:t>微电子科学与工程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5</w:t>
            </w:r>
          </w:p>
        </w:tc>
        <w:tc>
          <w:tcPr>
            <w:tcW w:type="dxa" w:w="1440"/>
          </w:tcPr>
          <w:p>
            <w:r>
              <w:t>凡俊杰</w:t>
            </w:r>
          </w:p>
        </w:tc>
        <w:tc>
          <w:tcPr>
            <w:tcW w:type="dxa" w:w="1440"/>
          </w:tcPr>
          <w:p>
            <w:r>
              <w:t>男</w:t>
            </w:r>
          </w:p>
        </w:tc>
        <w:tc>
          <w:tcPr>
            <w:tcW w:type="dxa" w:w="1440"/>
          </w:tcPr>
          <w:p>
            <w:r>
              <w:t>202083270001</w:t>
            </w:r>
          </w:p>
        </w:tc>
        <w:tc>
          <w:tcPr>
            <w:tcW w:type="dxa" w:w="1440"/>
          </w:tcPr>
          <w:p>
            <w:r>
              <w:t>微电子科学与工程</w:t>
            </w:r>
          </w:p>
        </w:tc>
        <w:tc>
          <w:tcPr>
            <w:tcW w:type="dxa" w:w="1440"/>
          </w:tcPr>
          <w:p>
            <w:r>
              <w:t>候补</w:t>
            </w:r>
          </w:p>
        </w:tc>
      </w:tr>
      <w:tr>
        <w:tc>
          <w:tcPr>
            <w:tcW w:type="dxa" w:w="1440"/>
          </w:tcPr>
          <w:p>
            <w:r>
              <w:t>6</w:t>
            </w:r>
          </w:p>
        </w:tc>
        <w:tc>
          <w:tcPr>
            <w:tcW w:type="dxa" w:w="1440"/>
          </w:tcPr>
          <w:p>
            <w:r>
              <w:t>郭弘扬</w:t>
            </w:r>
          </w:p>
        </w:tc>
        <w:tc>
          <w:tcPr>
            <w:tcW w:type="dxa" w:w="1440"/>
          </w:tcPr>
          <w:p>
            <w:r>
              <w:t>男</w:t>
            </w:r>
          </w:p>
        </w:tc>
        <w:tc>
          <w:tcPr>
            <w:tcW w:type="dxa" w:w="1440"/>
          </w:tcPr>
          <w:p>
            <w:r>
              <w:t>202013880039</w:t>
            </w:r>
          </w:p>
        </w:tc>
        <w:tc>
          <w:tcPr>
            <w:tcW w:type="dxa" w:w="1440"/>
          </w:tcPr>
          <w:p>
            <w:r>
              <w:t>电子科学与技术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7</w:t>
            </w:r>
          </w:p>
        </w:tc>
        <w:tc>
          <w:tcPr>
            <w:tcW w:type="dxa" w:w="1440"/>
          </w:tcPr>
          <w:p>
            <w:r>
              <w:t>谢俊杰</w:t>
            </w:r>
          </w:p>
        </w:tc>
        <w:tc>
          <w:tcPr>
            <w:tcW w:type="dxa" w:w="1440"/>
          </w:tcPr>
          <w:p>
            <w:r>
              <w:t>男</w:t>
            </w:r>
          </w:p>
        </w:tc>
        <w:tc>
          <w:tcPr>
            <w:tcW w:type="dxa" w:w="1440"/>
          </w:tcPr>
          <w:p>
            <w:r>
              <w:t>202083270367</w:t>
            </w:r>
          </w:p>
        </w:tc>
        <w:tc>
          <w:tcPr>
            <w:tcW w:type="dxa" w:w="1440"/>
          </w:tcPr>
          <w:p>
            <w:r>
              <w:t>电子科学与技术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8</w:t>
            </w:r>
          </w:p>
        </w:tc>
        <w:tc>
          <w:tcPr>
            <w:tcW w:type="dxa" w:w="1440"/>
          </w:tcPr>
          <w:p>
            <w:r>
              <w:t>李亦凡</w:t>
            </w:r>
          </w:p>
        </w:tc>
        <w:tc>
          <w:tcPr>
            <w:tcW w:type="dxa" w:w="1440"/>
          </w:tcPr>
          <w:p>
            <w:r>
              <w:t>男</w:t>
            </w:r>
          </w:p>
        </w:tc>
        <w:tc>
          <w:tcPr>
            <w:tcW w:type="dxa" w:w="1440"/>
          </w:tcPr>
          <w:p>
            <w:r>
              <w:t>202083270257</w:t>
            </w:r>
          </w:p>
        </w:tc>
        <w:tc>
          <w:tcPr>
            <w:tcW w:type="dxa" w:w="1440"/>
          </w:tcPr>
          <w:p>
            <w:r>
              <w:t>电子科学与技术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9</w:t>
            </w:r>
          </w:p>
        </w:tc>
        <w:tc>
          <w:tcPr>
            <w:tcW w:type="dxa" w:w="1440"/>
          </w:tcPr>
          <w:p>
            <w:r>
              <w:t>江奕君</w:t>
            </w:r>
          </w:p>
        </w:tc>
        <w:tc>
          <w:tcPr>
            <w:tcW w:type="dxa" w:w="1440"/>
          </w:tcPr>
          <w:p>
            <w:r>
              <w:t>男</w:t>
            </w:r>
          </w:p>
        </w:tc>
        <w:tc>
          <w:tcPr>
            <w:tcW w:type="dxa" w:w="1440"/>
          </w:tcPr>
          <w:p>
            <w:r>
              <w:t>202083670124</w:t>
            </w:r>
          </w:p>
        </w:tc>
        <w:tc>
          <w:tcPr>
            <w:tcW w:type="dxa" w:w="1440"/>
          </w:tcPr>
          <w:p>
            <w:r>
              <w:t>电子科学与技术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10</w:t>
            </w:r>
          </w:p>
        </w:tc>
        <w:tc>
          <w:tcPr>
            <w:tcW w:type="dxa" w:w="1440"/>
          </w:tcPr>
          <w:p>
            <w:r>
              <w:t>王永恒</w:t>
            </w:r>
          </w:p>
        </w:tc>
        <w:tc>
          <w:tcPr>
            <w:tcW w:type="dxa" w:w="1440"/>
          </w:tcPr>
          <w:p>
            <w:r>
              <w:t>男</w:t>
            </w:r>
          </w:p>
        </w:tc>
        <w:tc>
          <w:tcPr>
            <w:tcW w:type="dxa" w:w="1440"/>
          </w:tcPr>
          <w:p>
            <w:r>
              <w:t>202083270044</w:t>
            </w:r>
          </w:p>
        </w:tc>
        <w:tc>
          <w:tcPr>
            <w:tcW w:type="dxa" w:w="1440"/>
          </w:tcPr>
          <w:p>
            <w:r>
              <w:t>电子科学与技术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11</w:t>
            </w:r>
          </w:p>
        </w:tc>
        <w:tc>
          <w:tcPr>
            <w:tcW w:type="dxa" w:w="1440"/>
          </w:tcPr>
          <w:p>
            <w:r>
              <w:t>徐文博</w:t>
            </w:r>
          </w:p>
        </w:tc>
        <w:tc>
          <w:tcPr>
            <w:tcW w:type="dxa" w:w="1440"/>
          </w:tcPr>
          <w:p>
            <w:r>
              <w:t>男</w:t>
            </w:r>
          </w:p>
        </w:tc>
        <w:tc>
          <w:tcPr>
            <w:tcW w:type="dxa" w:w="1440"/>
          </w:tcPr>
          <w:p>
            <w:r>
              <w:t>202013880090</w:t>
            </w:r>
          </w:p>
        </w:tc>
        <w:tc>
          <w:tcPr>
            <w:tcW w:type="dxa" w:w="1440"/>
          </w:tcPr>
          <w:p>
            <w:r>
              <w:t>电子科学与技术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12</w:t>
            </w:r>
          </w:p>
        </w:tc>
        <w:tc>
          <w:tcPr>
            <w:tcW w:type="dxa" w:w="1440"/>
          </w:tcPr>
          <w:p>
            <w:r>
              <w:t>黄茜茜</w:t>
            </w:r>
          </w:p>
        </w:tc>
        <w:tc>
          <w:tcPr>
            <w:tcW w:type="dxa" w:w="1440"/>
          </w:tcPr>
          <w:p>
            <w:r>
              <w:t>女</w:t>
            </w:r>
          </w:p>
        </w:tc>
        <w:tc>
          <w:tcPr>
            <w:tcW w:type="dxa" w:w="1440"/>
          </w:tcPr>
          <w:p>
            <w:r>
              <w:t>202083270157</w:t>
            </w:r>
          </w:p>
        </w:tc>
        <w:tc>
          <w:tcPr>
            <w:tcW w:type="dxa" w:w="1440"/>
          </w:tcPr>
          <w:p>
            <w:r>
              <w:t>电子科学与技术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13</w:t>
            </w:r>
          </w:p>
        </w:tc>
        <w:tc>
          <w:tcPr>
            <w:tcW w:type="dxa" w:w="1440"/>
          </w:tcPr>
          <w:p>
            <w:r>
              <w:t>郁钦浩</w:t>
            </w:r>
          </w:p>
        </w:tc>
        <w:tc>
          <w:tcPr>
            <w:tcW w:type="dxa" w:w="1440"/>
          </w:tcPr>
          <w:p>
            <w:r>
              <w:t>男</w:t>
            </w:r>
          </w:p>
        </w:tc>
        <w:tc>
          <w:tcPr>
            <w:tcW w:type="dxa" w:w="1440"/>
          </w:tcPr>
          <w:p>
            <w:r>
              <w:t>202083270111</w:t>
            </w:r>
          </w:p>
        </w:tc>
        <w:tc>
          <w:tcPr>
            <w:tcW w:type="dxa" w:w="1440"/>
          </w:tcPr>
          <w:p>
            <w:r>
              <w:t>电子科学与技术</w:t>
            </w:r>
          </w:p>
        </w:tc>
        <w:tc>
          <w:tcPr>
            <w:tcW w:type="dxa" w:w="1440"/>
          </w:tcPr>
          <w:p>
            <w:r>
              <w:t>候补</w:t>
            </w:r>
          </w:p>
        </w:tc>
      </w:tr>
      <w:tr>
        <w:tc>
          <w:tcPr>
            <w:tcW w:type="dxa" w:w="1440"/>
          </w:tcPr>
          <w:p>
            <w:r>
              <w:t>14</w:t>
            </w:r>
          </w:p>
        </w:tc>
        <w:tc>
          <w:tcPr>
            <w:tcW w:type="dxa" w:w="1440"/>
          </w:tcPr>
          <w:p>
            <w:r>
              <w:t>张皓顺</w:t>
            </w:r>
          </w:p>
        </w:tc>
        <w:tc>
          <w:tcPr>
            <w:tcW w:type="dxa" w:w="1440"/>
          </w:tcPr>
          <w:p>
            <w:r>
              <w:t>男</w:t>
            </w:r>
          </w:p>
        </w:tc>
        <w:tc>
          <w:tcPr>
            <w:tcW w:type="dxa" w:w="1440"/>
          </w:tcPr>
          <w:p>
            <w:r>
              <w:t>202083270467</w:t>
            </w:r>
          </w:p>
        </w:tc>
        <w:tc>
          <w:tcPr>
            <w:tcW w:type="dxa" w:w="1440"/>
          </w:tcPr>
          <w:p>
            <w:r>
              <w:t>电子科学与技术</w:t>
            </w:r>
          </w:p>
        </w:tc>
        <w:tc>
          <w:tcPr>
            <w:tcW w:type="dxa" w:w="1440"/>
          </w:tcPr>
          <w:p>
            <w:r>
              <w:t>候补</w:t>
            </w:r>
          </w:p>
        </w:tc>
      </w:tr>
      <w:tr>
        <w:tc>
          <w:tcPr>
            <w:tcW w:type="dxa" w:w="1440"/>
          </w:tcPr>
          <w:p>
            <w:r>
              <w:t>15</w:t>
            </w:r>
          </w:p>
        </w:tc>
        <w:tc>
          <w:tcPr>
            <w:tcW w:type="dxa" w:w="1440"/>
          </w:tcPr>
          <w:p>
            <w:r>
              <w:t>马星野</w:t>
            </w:r>
          </w:p>
        </w:tc>
        <w:tc>
          <w:tcPr>
            <w:tcW w:type="dxa" w:w="1440"/>
          </w:tcPr>
          <w:p>
            <w:r>
              <w:t>男</w:t>
            </w:r>
          </w:p>
        </w:tc>
        <w:tc>
          <w:tcPr>
            <w:tcW w:type="dxa" w:w="1440"/>
          </w:tcPr>
          <w:p>
            <w:r>
              <w:t>202083270206</w:t>
            </w:r>
          </w:p>
        </w:tc>
        <w:tc>
          <w:tcPr>
            <w:tcW w:type="dxa" w:w="1440"/>
          </w:tcPr>
          <w:p>
            <w:r>
              <w:t>电子信息工程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16</w:t>
            </w:r>
          </w:p>
        </w:tc>
        <w:tc>
          <w:tcPr>
            <w:tcW w:type="dxa" w:w="1440"/>
          </w:tcPr>
          <w:p>
            <w:r>
              <w:t>胡铭禹</w:t>
            </w:r>
          </w:p>
        </w:tc>
        <w:tc>
          <w:tcPr>
            <w:tcW w:type="dxa" w:w="1440"/>
          </w:tcPr>
          <w:p>
            <w:r>
              <w:t>男</w:t>
            </w:r>
          </w:p>
        </w:tc>
        <w:tc>
          <w:tcPr>
            <w:tcW w:type="dxa" w:w="1440"/>
          </w:tcPr>
          <w:p>
            <w:r>
              <w:t>202083270148</w:t>
            </w:r>
          </w:p>
        </w:tc>
        <w:tc>
          <w:tcPr>
            <w:tcW w:type="dxa" w:w="1440"/>
          </w:tcPr>
          <w:p>
            <w:r>
              <w:t>电子信息工程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17</w:t>
            </w:r>
          </w:p>
        </w:tc>
        <w:tc>
          <w:tcPr>
            <w:tcW w:type="dxa" w:w="1440"/>
          </w:tcPr>
          <w:p>
            <w:r>
              <w:t>韩裕华</w:t>
            </w:r>
          </w:p>
        </w:tc>
        <w:tc>
          <w:tcPr>
            <w:tcW w:type="dxa" w:w="1440"/>
          </w:tcPr>
          <w:p>
            <w:r>
              <w:t>男</w:t>
            </w:r>
          </w:p>
        </w:tc>
        <w:tc>
          <w:tcPr>
            <w:tcW w:type="dxa" w:w="1440"/>
          </w:tcPr>
          <w:p>
            <w:r>
              <w:t>202013380029</w:t>
            </w:r>
          </w:p>
        </w:tc>
        <w:tc>
          <w:tcPr>
            <w:tcW w:type="dxa" w:w="1440"/>
          </w:tcPr>
          <w:p>
            <w:r>
              <w:t>电子信息工程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18</w:t>
            </w:r>
          </w:p>
        </w:tc>
        <w:tc>
          <w:tcPr>
            <w:tcW w:type="dxa" w:w="1440"/>
          </w:tcPr>
          <w:p>
            <w:r>
              <w:t>孟祥钦</w:t>
            </w:r>
          </w:p>
        </w:tc>
        <w:tc>
          <w:tcPr>
            <w:tcW w:type="dxa" w:w="1440"/>
          </w:tcPr>
          <w:p>
            <w:r>
              <w:t>男</w:t>
            </w:r>
          </w:p>
        </w:tc>
        <w:tc>
          <w:tcPr>
            <w:tcW w:type="dxa" w:w="1440"/>
          </w:tcPr>
          <w:p>
            <w:r>
              <w:t>202083270435</w:t>
            </w:r>
          </w:p>
        </w:tc>
        <w:tc>
          <w:tcPr>
            <w:tcW w:type="dxa" w:w="1440"/>
          </w:tcPr>
          <w:p>
            <w:r>
              <w:t>电子信息工程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19</w:t>
            </w:r>
          </w:p>
        </w:tc>
        <w:tc>
          <w:tcPr>
            <w:tcW w:type="dxa" w:w="1440"/>
          </w:tcPr>
          <w:p>
            <w:r>
              <w:t>谭贞</w:t>
            </w:r>
          </w:p>
        </w:tc>
        <w:tc>
          <w:tcPr>
            <w:tcW w:type="dxa" w:w="1440"/>
          </w:tcPr>
          <w:p>
            <w:r>
              <w:t>女</w:t>
            </w:r>
          </w:p>
        </w:tc>
        <w:tc>
          <w:tcPr>
            <w:tcW w:type="dxa" w:w="1440"/>
          </w:tcPr>
          <w:p>
            <w:r>
              <w:t>202083270489</w:t>
            </w:r>
          </w:p>
        </w:tc>
        <w:tc>
          <w:tcPr>
            <w:tcW w:type="dxa" w:w="1440"/>
          </w:tcPr>
          <w:p>
            <w:r>
              <w:t>电子信息工程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20</w:t>
            </w:r>
          </w:p>
        </w:tc>
        <w:tc>
          <w:tcPr>
            <w:tcW w:type="dxa" w:w="1440"/>
          </w:tcPr>
          <w:p>
            <w:r>
              <w:t>侯自如</w:t>
            </w:r>
          </w:p>
        </w:tc>
        <w:tc>
          <w:tcPr>
            <w:tcW w:type="dxa" w:w="1440"/>
          </w:tcPr>
          <w:p>
            <w:r>
              <w:t>女</w:t>
            </w:r>
          </w:p>
        </w:tc>
        <w:tc>
          <w:tcPr>
            <w:tcW w:type="dxa" w:w="1440"/>
          </w:tcPr>
          <w:p>
            <w:r>
              <w:t>202013420028</w:t>
            </w:r>
          </w:p>
        </w:tc>
        <w:tc>
          <w:tcPr>
            <w:tcW w:type="dxa" w:w="1440"/>
          </w:tcPr>
          <w:p>
            <w:r>
              <w:t>电子信息工程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21</w:t>
            </w:r>
          </w:p>
        </w:tc>
        <w:tc>
          <w:tcPr>
            <w:tcW w:type="dxa" w:w="1440"/>
          </w:tcPr>
          <w:p>
            <w:r>
              <w:t>兰嘉玮</w:t>
            </w:r>
          </w:p>
        </w:tc>
        <w:tc>
          <w:tcPr>
            <w:tcW w:type="dxa" w:w="1440"/>
          </w:tcPr>
          <w:p>
            <w:r>
              <w:t>男</w:t>
            </w:r>
          </w:p>
        </w:tc>
        <w:tc>
          <w:tcPr>
            <w:tcW w:type="dxa" w:w="1440"/>
          </w:tcPr>
          <w:p>
            <w:r>
              <w:t>202083270291</w:t>
            </w:r>
          </w:p>
        </w:tc>
        <w:tc>
          <w:tcPr>
            <w:tcW w:type="dxa" w:w="1440"/>
          </w:tcPr>
          <w:p>
            <w:r>
              <w:t>电子信息工程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22</w:t>
            </w:r>
          </w:p>
        </w:tc>
        <w:tc>
          <w:tcPr>
            <w:tcW w:type="dxa" w:w="1440"/>
          </w:tcPr>
          <w:p>
            <w:r>
              <w:t>陈香婷</w:t>
            </w:r>
          </w:p>
        </w:tc>
        <w:tc>
          <w:tcPr>
            <w:tcW w:type="dxa" w:w="1440"/>
          </w:tcPr>
          <w:p>
            <w:r>
              <w:t>女</w:t>
            </w:r>
          </w:p>
        </w:tc>
        <w:tc>
          <w:tcPr>
            <w:tcW w:type="dxa" w:w="1440"/>
          </w:tcPr>
          <w:p>
            <w:r>
              <w:t>202083270096</w:t>
            </w:r>
          </w:p>
        </w:tc>
        <w:tc>
          <w:tcPr>
            <w:tcW w:type="dxa" w:w="1440"/>
          </w:tcPr>
          <w:p>
            <w:r>
              <w:t>电子信息工程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23</w:t>
            </w:r>
          </w:p>
        </w:tc>
        <w:tc>
          <w:tcPr>
            <w:tcW w:type="dxa" w:w="1440"/>
          </w:tcPr>
          <w:p>
            <w:r>
              <w:t>李梓豪</w:t>
            </w:r>
          </w:p>
        </w:tc>
        <w:tc>
          <w:tcPr>
            <w:tcW w:type="dxa" w:w="1440"/>
          </w:tcPr>
          <w:p>
            <w:r>
              <w:t>男</w:t>
            </w:r>
          </w:p>
        </w:tc>
        <w:tc>
          <w:tcPr>
            <w:tcW w:type="dxa" w:w="1440"/>
          </w:tcPr>
          <w:p>
            <w:r>
              <w:t>202083270464</w:t>
            </w:r>
          </w:p>
        </w:tc>
        <w:tc>
          <w:tcPr>
            <w:tcW w:type="dxa" w:w="1440"/>
          </w:tcPr>
          <w:p>
            <w:r>
              <w:t>电子信息工程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24</w:t>
            </w:r>
          </w:p>
        </w:tc>
        <w:tc>
          <w:tcPr>
            <w:tcW w:type="dxa" w:w="1440"/>
          </w:tcPr>
          <w:p>
            <w:r>
              <w:t>房缙绅</w:t>
            </w:r>
          </w:p>
        </w:tc>
        <w:tc>
          <w:tcPr>
            <w:tcW w:type="dxa" w:w="1440"/>
          </w:tcPr>
          <w:p>
            <w:r>
              <w:t>男</w:t>
            </w:r>
          </w:p>
        </w:tc>
        <w:tc>
          <w:tcPr>
            <w:tcW w:type="dxa" w:w="1440"/>
          </w:tcPr>
          <w:p>
            <w:r>
              <w:t>202083270190</w:t>
            </w:r>
          </w:p>
        </w:tc>
        <w:tc>
          <w:tcPr>
            <w:tcW w:type="dxa" w:w="1440"/>
          </w:tcPr>
          <w:p>
            <w:r>
              <w:t>电子信息工程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25</w:t>
            </w:r>
          </w:p>
        </w:tc>
        <w:tc>
          <w:tcPr>
            <w:tcW w:type="dxa" w:w="1440"/>
          </w:tcPr>
          <w:p>
            <w:r>
              <w:t>刘颖</w:t>
            </w:r>
          </w:p>
        </w:tc>
        <w:tc>
          <w:tcPr>
            <w:tcW w:type="dxa" w:w="1440"/>
          </w:tcPr>
          <w:p>
            <w:r>
              <w:t>女</w:t>
            </w:r>
          </w:p>
        </w:tc>
        <w:tc>
          <w:tcPr>
            <w:tcW w:type="dxa" w:w="1440"/>
          </w:tcPr>
          <w:p>
            <w:r>
              <w:t>202083270050</w:t>
            </w:r>
          </w:p>
        </w:tc>
        <w:tc>
          <w:tcPr>
            <w:tcW w:type="dxa" w:w="1440"/>
          </w:tcPr>
          <w:p>
            <w:r>
              <w:t>电子信息工程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26</w:t>
            </w:r>
          </w:p>
        </w:tc>
        <w:tc>
          <w:tcPr>
            <w:tcW w:type="dxa" w:w="1440"/>
          </w:tcPr>
          <w:p>
            <w:r>
              <w:t>张朔</w:t>
            </w:r>
          </w:p>
        </w:tc>
        <w:tc>
          <w:tcPr>
            <w:tcW w:type="dxa" w:w="1440"/>
          </w:tcPr>
          <w:p>
            <w:r>
              <w:t>男</w:t>
            </w:r>
          </w:p>
        </w:tc>
        <w:tc>
          <w:tcPr>
            <w:tcW w:type="dxa" w:w="1440"/>
          </w:tcPr>
          <w:p>
            <w:r>
              <w:t>202083270025</w:t>
            </w:r>
          </w:p>
        </w:tc>
        <w:tc>
          <w:tcPr>
            <w:tcW w:type="dxa" w:w="1440"/>
          </w:tcPr>
          <w:p>
            <w:r>
              <w:t>电子信息工程</w:t>
            </w:r>
          </w:p>
        </w:tc>
        <w:tc>
          <w:tcPr>
            <w:tcW w:type="dxa" w:w="1440"/>
          </w:tcPr>
          <w:p>
            <w:r>
              <w:t>候补</w:t>
            </w:r>
          </w:p>
        </w:tc>
      </w:tr>
      <w:tr>
        <w:tc>
          <w:tcPr>
            <w:tcW w:type="dxa" w:w="1440"/>
          </w:tcPr>
          <w:p>
            <w:r>
              <w:t>27</w:t>
            </w:r>
          </w:p>
        </w:tc>
        <w:tc>
          <w:tcPr>
            <w:tcW w:type="dxa" w:w="1440"/>
          </w:tcPr>
          <w:p>
            <w:r>
              <w:t>林彤</w:t>
            </w:r>
          </w:p>
        </w:tc>
        <w:tc>
          <w:tcPr>
            <w:tcW w:type="dxa" w:w="1440"/>
          </w:tcPr>
          <w:p>
            <w:r>
              <w:t>女</w:t>
            </w:r>
          </w:p>
        </w:tc>
        <w:tc>
          <w:tcPr>
            <w:tcW w:type="dxa" w:w="1440"/>
          </w:tcPr>
          <w:p>
            <w:r>
              <w:t>202083270229</w:t>
            </w:r>
          </w:p>
        </w:tc>
        <w:tc>
          <w:tcPr>
            <w:tcW w:type="dxa" w:w="1440"/>
          </w:tcPr>
          <w:p>
            <w:r>
              <w:t>电子信息工程</w:t>
            </w:r>
          </w:p>
        </w:tc>
        <w:tc>
          <w:tcPr>
            <w:tcW w:type="dxa" w:w="1440"/>
          </w:tcPr>
          <w:p>
            <w:r>
              <w:t>候补</w:t>
            </w:r>
          </w:p>
        </w:tc>
      </w:tr>
      <w:tr>
        <w:tc>
          <w:tcPr>
            <w:tcW w:type="dxa" w:w="1440"/>
          </w:tcPr>
          <w:p>
            <w:r>
              <w:t>28</w:t>
            </w:r>
          </w:p>
        </w:tc>
        <w:tc>
          <w:tcPr>
            <w:tcW w:type="dxa" w:w="1440"/>
          </w:tcPr>
          <w:p>
            <w:r>
              <w:t>倪淑军</w:t>
            </w:r>
          </w:p>
        </w:tc>
        <w:tc>
          <w:tcPr>
            <w:tcW w:type="dxa" w:w="1440"/>
          </w:tcPr>
          <w:p>
            <w:r>
              <w:t>女</w:t>
            </w:r>
          </w:p>
        </w:tc>
        <w:tc>
          <w:tcPr>
            <w:tcW w:type="dxa" w:w="1440"/>
          </w:tcPr>
          <w:p>
            <w:r>
              <w:t>202083270154</w:t>
            </w:r>
          </w:p>
        </w:tc>
        <w:tc>
          <w:tcPr>
            <w:tcW w:type="dxa" w:w="1440"/>
          </w:tcPr>
          <w:p>
            <w:r>
              <w:t>电子信息工程</w:t>
            </w:r>
          </w:p>
        </w:tc>
        <w:tc>
          <w:tcPr>
            <w:tcW w:type="dxa" w:w="1440"/>
          </w:tcPr>
          <w:p>
            <w:r>
              <w:t>候补</w:t>
            </w:r>
          </w:p>
        </w:tc>
      </w:tr>
      <w:tr>
        <w:tc>
          <w:tcPr>
            <w:tcW w:type="dxa" w:w="1440"/>
          </w:tcPr>
          <w:p>
            <w:r>
              <w:t>29</w:t>
            </w:r>
          </w:p>
        </w:tc>
        <w:tc>
          <w:tcPr>
            <w:tcW w:type="dxa" w:w="1440"/>
          </w:tcPr>
          <w:p>
            <w:r>
              <w:t>郑金池</w:t>
            </w:r>
          </w:p>
        </w:tc>
        <w:tc>
          <w:tcPr>
            <w:tcW w:type="dxa" w:w="1440"/>
          </w:tcPr>
          <w:p>
            <w:r>
              <w:t>男</w:t>
            </w:r>
          </w:p>
        </w:tc>
        <w:tc>
          <w:tcPr>
            <w:tcW w:type="dxa" w:w="1440"/>
          </w:tcPr>
          <w:p>
            <w:r>
              <w:t>202083270472</w:t>
            </w:r>
          </w:p>
        </w:tc>
        <w:tc>
          <w:tcPr>
            <w:tcW w:type="dxa" w:w="1440"/>
          </w:tcPr>
          <w:p>
            <w:r>
              <w:t>通信工程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30</w:t>
            </w:r>
          </w:p>
        </w:tc>
        <w:tc>
          <w:tcPr>
            <w:tcW w:type="dxa" w:w="1440"/>
          </w:tcPr>
          <w:p>
            <w:r>
              <w:t>肖婷婷</w:t>
            </w:r>
          </w:p>
        </w:tc>
        <w:tc>
          <w:tcPr>
            <w:tcW w:type="dxa" w:w="1440"/>
          </w:tcPr>
          <w:p>
            <w:r>
              <w:t>女</w:t>
            </w:r>
          </w:p>
        </w:tc>
        <w:tc>
          <w:tcPr>
            <w:tcW w:type="dxa" w:w="1440"/>
          </w:tcPr>
          <w:p>
            <w:r>
              <w:t>202083270384</w:t>
            </w:r>
          </w:p>
        </w:tc>
        <w:tc>
          <w:tcPr>
            <w:tcW w:type="dxa" w:w="1440"/>
          </w:tcPr>
          <w:p>
            <w:r>
              <w:t>通信工程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31</w:t>
            </w:r>
          </w:p>
        </w:tc>
        <w:tc>
          <w:tcPr>
            <w:tcW w:type="dxa" w:w="1440"/>
          </w:tcPr>
          <w:p>
            <w:r>
              <w:t>于张城</w:t>
            </w:r>
          </w:p>
        </w:tc>
        <w:tc>
          <w:tcPr>
            <w:tcW w:type="dxa" w:w="1440"/>
          </w:tcPr>
          <w:p>
            <w:r>
              <w:t>男</w:t>
            </w:r>
          </w:p>
        </w:tc>
        <w:tc>
          <w:tcPr>
            <w:tcW w:type="dxa" w:w="1440"/>
          </w:tcPr>
          <w:p>
            <w:r>
              <w:t>202083270370</w:t>
            </w:r>
          </w:p>
        </w:tc>
        <w:tc>
          <w:tcPr>
            <w:tcW w:type="dxa" w:w="1440"/>
          </w:tcPr>
          <w:p>
            <w:r>
              <w:t>通信工程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32</w:t>
            </w:r>
          </w:p>
        </w:tc>
        <w:tc>
          <w:tcPr>
            <w:tcW w:type="dxa" w:w="1440"/>
          </w:tcPr>
          <w:p>
            <w:r>
              <w:t>金海佳</w:t>
            </w:r>
          </w:p>
        </w:tc>
        <w:tc>
          <w:tcPr>
            <w:tcW w:type="dxa" w:w="1440"/>
          </w:tcPr>
          <w:p>
            <w:r>
              <w:t>女</w:t>
            </w:r>
          </w:p>
        </w:tc>
        <w:tc>
          <w:tcPr>
            <w:tcW w:type="dxa" w:w="1440"/>
          </w:tcPr>
          <w:p>
            <w:r>
              <w:t>202083270390</w:t>
            </w:r>
          </w:p>
        </w:tc>
        <w:tc>
          <w:tcPr>
            <w:tcW w:type="dxa" w:w="1440"/>
          </w:tcPr>
          <w:p>
            <w:r>
              <w:t>通信工程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33</w:t>
            </w:r>
          </w:p>
        </w:tc>
        <w:tc>
          <w:tcPr>
            <w:tcW w:type="dxa" w:w="1440"/>
          </w:tcPr>
          <w:p>
            <w:r>
              <w:t>徐碧媛</w:t>
            </w:r>
          </w:p>
        </w:tc>
        <w:tc>
          <w:tcPr>
            <w:tcW w:type="dxa" w:w="1440"/>
          </w:tcPr>
          <w:p>
            <w:r>
              <w:t>女</w:t>
            </w:r>
          </w:p>
        </w:tc>
        <w:tc>
          <w:tcPr>
            <w:tcW w:type="dxa" w:w="1440"/>
          </w:tcPr>
          <w:p>
            <w:r>
              <w:t>201913500039</w:t>
            </w:r>
          </w:p>
        </w:tc>
        <w:tc>
          <w:tcPr>
            <w:tcW w:type="dxa" w:w="1440"/>
          </w:tcPr>
          <w:p>
            <w:r>
              <w:t>通信工程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34</w:t>
            </w:r>
          </w:p>
        </w:tc>
        <w:tc>
          <w:tcPr>
            <w:tcW w:type="dxa" w:w="1440"/>
          </w:tcPr>
          <w:p>
            <w:r>
              <w:t>姚雨旸</w:t>
            </w:r>
          </w:p>
        </w:tc>
        <w:tc>
          <w:tcPr>
            <w:tcW w:type="dxa" w:w="1440"/>
          </w:tcPr>
          <w:p>
            <w:r>
              <w:t>男</w:t>
            </w:r>
          </w:p>
        </w:tc>
        <w:tc>
          <w:tcPr>
            <w:tcW w:type="dxa" w:w="1440"/>
          </w:tcPr>
          <w:p>
            <w:r>
              <w:t>202083270031</w:t>
            </w:r>
          </w:p>
        </w:tc>
        <w:tc>
          <w:tcPr>
            <w:tcW w:type="dxa" w:w="1440"/>
          </w:tcPr>
          <w:p>
            <w:r>
              <w:t>通信工程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35</w:t>
            </w:r>
          </w:p>
        </w:tc>
        <w:tc>
          <w:tcPr>
            <w:tcW w:type="dxa" w:w="1440"/>
          </w:tcPr>
          <w:p>
            <w:r>
              <w:t>徐莹莹</w:t>
            </w:r>
          </w:p>
        </w:tc>
        <w:tc>
          <w:tcPr>
            <w:tcW w:type="dxa" w:w="1440"/>
          </w:tcPr>
          <w:p>
            <w:r>
              <w:t>女</w:t>
            </w:r>
          </w:p>
        </w:tc>
        <w:tc>
          <w:tcPr>
            <w:tcW w:type="dxa" w:w="1440"/>
          </w:tcPr>
          <w:p>
            <w:r>
              <w:t>202083670069</w:t>
            </w:r>
          </w:p>
        </w:tc>
        <w:tc>
          <w:tcPr>
            <w:tcW w:type="dxa" w:w="1440"/>
          </w:tcPr>
          <w:p>
            <w:r>
              <w:t>通信工程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36</w:t>
            </w:r>
          </w:p>
        </w:tc>
        <w:tc>
          <w:tcPr>
            <w:tcW w:type="dxa" w:w="1440"/>
          </w:tcPr>
          <w:p>
            <w:r>
              <w:t>顾思昳</w:t>
            </w:r>
          </w:p>
        </w:tc>
        <w:tc>
          <w:tcPr>
            <w:tcW w:type="dxa" w:w="1440"/>
          </w:tcPr>
          <w:p>
            <w:r>
              <w:t>女</w:t>
            </w:r>
          </w:p>
        </w:tc>
        <w:tc>
          <w:tcPr>
            <w:tcW w:type="dxa" w:w="1440"/>
          </w:tcPr>
          <w:p>
            <w:r>
              <w:t>202083270236</w:t>
            </w:r>
          </w:p>
        </w:tc>
        <w:tc>
          <w:tcPr>
            <w:tcW w:type="dxa" w:w="1440"/>
          </w:tcPr>
          <w:p>
            <w:r>
              <w:t>通信工程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37</w:t>
            </w:r>
          </w:p>
        </w:tc>
        <w:tc>
          <w:tcPr>
            <w:tcW w:type="dxa" w:w="1440"/>
          </w:tcPr>
          <w:p>
            <w:r>
              <w:t>王鹏程</w:t>
            </w:r>
          </w:p>
        </w:tc>
        <w:tc>
          <w:tcPr>
            <w:tcW w:type="dxa" w:w="1440"/>
          </w:tcPr>
          <w:p>
            <w:r>
              <w:t>男</w:t>
            </w:r>
          </w:p>
        </w:tc>
        <w:tc>
          <w:tcPr>
            <w:tcW w:type="dxa" w:w="1440"/>
          </w:tcPr>
          <w:p>
            <w:r>
              <w:t>202083270289</w:t>
            </w:r>
          </w:p>
        </w:tc>
        <w:tc>
          <w:tcPr>
            <w:tcW w:type="dxa" w:w="1440"/>
          </w:tcPr>
          <w:p>
            <w:r>
              <w:t>通信工程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38</w:t>
            </w:r>
          </w:p>
        </w:tc>
        <w:tc>
          <w:tcPr>
            <w:tcW w:type="dxa" w:w="1440"/>
          </w:tcPr>
          <w:p>
            <w:r>
              <w:t>刘星</w:t>
            </w:r>
          </w:p>
        </w:tc>
        <w:tc>
          <w:tcPr>
            <w:tcW w:type="dxa" w:w="1440"/>
          </w:tcPr>
          <w:p>
            <w:r>
              <w:t>男</w:t>
            </w:r>
          </w:p>
        </w:tc>
        <w:tc>
          <w:tcPr>
            <w:tcW w:type="dxa" w:w="1440"/>
          </w:tcPr>
          <w:p>
            <w:r>
              <w:t>202083280009</w:t>
            </w:r>
          </w:p>
        </w:tc>
        <w:tc>
          <w:tcPr>
            <w:tcW w:type="dxa" w:w="1440"/>
          </w:tcPr>
          <w:p>
            <w:r>
              <w:t>通信工程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39</w:t>
            </w:r>
          </w:p>
        </w:tc>
        <w:tc>
          <w:tcPr>
            <w:tcW w:type="dxa" w:w="1440"/>
          </w:tcPr>
          <w:p>
            <w:r>
              <w:t>李亮</w:t>
            </w:r>
          </w:p>
        </w:tc>
        <w:tc>
          <w:tcPr>
            <w:tcW w:type="dxa" w:w="1440"/>
          </w:tcPr>
          <w:p>
            <w:r>
              <w:t>男</w:t>
            </w:r>
          </w:p>
        </w:tc>
        <w:tc>
          <w:tcPr>
            <w:tcW w:type="dxa" w:w="1440"/>
          </w:tcPr>
          <w:p>
            <w:r>
              <w:t>202083270137</w:t>
            </w:r>
          </w:p>
        </w:tc>
        <w:tc>
          <w:tcPr>
            <w:tcW w:type="dxa" w:w="1440"/>
          </w:tcPr>
          <w:p>
            <w:r>
              <w:t>通信工程</w:t>
            </w:r>
          </w:p>
        </w:tc>
        <w:tc>
          <w:tcPr>
            <w:tcW w:type="dxa" w:w="1440"/>
          </w:tcPr>
          <w:p>
            <w:r>
              <w:t>候补放弃</w:t>
            </w:r>
          </w:p>
        </w:tc>
      </w:tr>
      <w:tr>
        <w:tc>
          <w:tcPr>
            <w:tcW w:type="dxa" w:w="1440"/>
          </w:tcPr>
          <w:p>
            <w:r>
              <w:t>40</w:t>
            </w:r>
          </w:p>
        </w:tc>
        <w:tc>
          <w:tcPr>
            <w:tcW w:type="dxa" w:w="1440"/>
          </w:tcPr>
          <w:p>
            <w:r>
              <w:t>陈星宇</w:t>
            </w:r>
          </w:p>
        </w:tc>
        <w:tc>
          <w:tcPr>
            <w:tcW w:type="dxa" w:w="1440"/>
          </w:tcPr>
          <w:p>
            <w:r>
              <w:t>男</w:t>
            </w:r>
          </w:p>
        </w:tc>
        <w:tc>
          <w:tcPr>
            <w:tcW w:type="dxa" w:w="1440"/>
          </w:tcPr>
          <w:p>
            <w:r>
              <w:t>202083270097</w:t>
            </w:r>
          </w:p>
        </w:tc>
        <w:tc>
          <w:tcPr>
            <w:tcW w:type="dxa" w:w="1440"/>
          </w:tcPr>
          <w:p>
            <w:r>
              <w:t>通信工程</w:t>
            </w:r>
          </w:p>
        </w:tc>
        <w:tc>
          <w:tcPr>
            <w:tcW w:type="dxa" w:w="1440"/>
          </w:tcPr>
          <w:p>
            <w:r>
              <w:t>候补</w:t>
            </w:r>
          </w:p>
        </w:tc>
      </w:tr>
      <w:tr>
        <w:tc>
          <w:tcPr>
            <w:tcW w:type="dxa" w:w="1440"/>
          </w:tcPr>
          <w:p>
            <w:r>
              <w:t>41</w:t>
            </w:r>
          </w:p>
        </w:tc>
        <w:tc>
          <w:tcPr>
            <w:tcW w:type="dxa" w:w="1440"/>
          </w:tcPr>
          <w:p>
            <w:r>
              <w:t>袁天姝</w:t>
            </w:r>
          </w:p>
        </w:tc>
        <w:tc>
          <w:tcPr>
            <w:tcW w:type="dxa" w:w="1440"/>
          </w:tcPr>
          <w:p>
            <w:r>
              <w:t>女</w:t>
            </w:r>
          </w:p>
        </w:tc>
        <w:tc>
          <w:tcPr>
            <w:tcW w:type="dxa" w:w="1440"/>
          </w:tcPr>
          <w:p>
            <w:r>
              <w:t>202083270397</w:t>
            </w:r>
          </w:p>
        </w:tc>
        <w:tc>
          <w:tcPr>
            <w:tcW w:type="dxa" w:w="1440"/>
          </w:tcPr>
          <w:p>
            <w:r>
              <w:t>通信工程</w:t>
            </w:r>
          </w:p>
        </w:tc>
        <w:tc>
          <w:tcPr>
            <w:tcW w:type="dxa" w:w="1440"/>
          </w:tcPr>
          <w:p>
            <w:r>
              <w:t>候补</w:t>
            </w:r>
          </w:p>
        </w:tc>
      </w:tr>
      <w:tr>
        <w:tc>
          <w:tcPr>
            <w:tcW w:type="dxa" w:w="1440"/>
          </w:tcPr>
          <w:p>
            <w:r>
              <w:t>42</w:t>
            </w:r>
          </w:p>
        </w:tc>
        <w:tc>
          <w:tcPr>
            <w:tcW w:type="dxa" w:w="1440"/>
          </w:tcPr>
          <w:p>
            <w:r>
              <w:t>张昱昊</w:t>
            </w:r>
          </w:p>
        </w:tc>
        <w:tc>
          <w:tcPr>
            <w:tcW w:type="dxa" w:w="1440"/>
          </w:tcPr>
          <w:p>
            <w:r>
              <w:t>男</w:t>
            </w:r>
          </w:p>
        </w:tc>
        <w:tc>
          <w:tcPr>
            <w:tcW w:type="dxa" w:w="1440"/>
          </w:tcPr>
          <w:p>
            <w:r>
              <w:t>202083270389</w:t>
            </w:r>
          </w:p>
        </w:tc>
        <w:tc>
          <w:tcPr>
            <w:tcW w:type="dxa" w:w="1440"/>
          </w:tcPr>
          <w:p>
            <w:r>
              <w:t>通信华为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43</w:t>
            </w:r>
          </w:p>
        </w:tc>
        <w:tc>
          <w:tcPr>
            <w:tcW w:type="dxa" w:w="1440"/>
          </w:tcPr>
          <w:p>
            <w:r>
              <w:t>徐翰文</w:t>
            </w:r>
          </w:p>
        </w:tc>
        <w:tc>
          <w:tcPr>
            <w:tcW w:type="dxa" w:w="1440"/>
          </w:tcPr>
          <w:p>
            <w:r>
              <w:t>男</w:t>
            </w:r>
          </w:p>
        </w:tc>
        <w:tc>
          <w:tcPr>
            <w:tcW w:type="dxa" w:w="1440"/>
          </w:tcPr>
          <w:p>
            <w:r>
              <w:t>202083270035</w:t>
            </w:r>
          </w:p>
        </w:tc>
        <w:tc>
          <w:tcPr>
            <w:tcW w:type="dxa" w:w="1440"/>
          </w:tcPr>
          <w:p>
            <w:r>
              <w:t>通信华为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44</w:t>
            </w:r>
          </w:p>
        </w:tc>
        <w:tc>
          <w:tcPr>
            <w:tcW w:type="dxa" w:w="1440"/>
          </w:tcPr>
          <w:p>
            <w:r>
              <w:t>邓喆</w:t>
            </w:r>
          </w:p>
        </w:tc>
        <w:tc>
          <w:tcPr>
            <w:tcW w:type="dxa" w:w="1440"/>
          </w:tcPr>
          <w:p>
            <w:r>
              <w:t>女</w:t>
            </w:r>
          </w:p>
        </w:tc>
        <w:tc>
          <w:tcPr>
            <w:tcW w:type="dxa" w:w="1440"/>
          </w:tcPr>
          <w:p>
            <w:r>
              <w:t>202013880050</w:t>
            </w:r>
          </w:p>
        </w:tc>
        <w:tc>
          <w:tcPr>
            <w:tcW w:type="dxa" w:w="1440"/>
          </w:tcPr>
          <w:p>
            <w:r>
              <w:t>通信华为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45</w:t>
            </w:r>
          </w:p>
        </w:tc>
        <w:tc>
          <w:tcPr>
            <w:tcW w:type="dxa" w:w="1440"/>
          </w:tcPr>
          <w:p>
            <w:r>
              <w:t>焦烁萌</w:t>
            </w:r>
          </w:p>
        </w:tc>
        <w:tc>
          <w:tcPr>
            <w:tcW w:type="dxa" w:w="1440"/>
          </w:tcPr>
          <w:p>
            <w:r>
              <w:t>男</w:t>
            </w:r>
          </w:p>
        </w:tc>
        <w:tc>
          <w:tcPr>
            <w:tcW w:type="dxa" w:w="1440"/>
          </w:tcPr>
          <w:p>
            <w:r>
              <w:t>202083270205</w:t>
            </w:r>
          </w:p>
        </w:tc>
        <w:tc>
          <w:tcPr>
            <w:tcW w:type="dxa" w:w="1440"/>
          </w:tcPr>
          <w:p>
            <w:r>
              <w:t>通信华为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46</w:t>
            </w:r>
          </w:p>
        </w:tc>
        <w:tc>
          <w:tcPr>
            <w:tcW w:type="dxa" w:w="1440"/>
          </w:tcPr>
          <w:p>
            <w:r>
              <w:t>吴雨桐</w:t>
            </w:r>
          </w:p>
        </w:tc>
        <w:tc>
          <w:tcPr>
            <w:tcW w:type="dxa" w:w="1440"/>
          </w:tcPr>
          <w:p>
            <w:r>
              <w:t>女</w:t>
            </w:r>
          </w:p>
        </w:tc>
        <w:tc>
          <w:tcPr>
            <w:tcW w:type="dxa" w:w="1440"/>
          </w:tcPr>
          <w:p>
            <w:r>
              <w:t>202083270225</w:t>
            </w:r>
          </w:p>
        </w:tc>
        <w:tc>
          <w:tcPr>
            <w:tcW w:type="dxa" w:w="1440"/>
          </w:tcPr>
          <w:p>
            <w:r>
              <w:t>通信华为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47</w:t>
            </w:r>
          </w:p>
        </w:tc>
        <w:tc>
          <w:tcPr>
            <w:tcW w:type="dxa" w:w="1440"/>
          </w:tcPr>
          <w:p>
            <w:r>
              <w:t>范耘程</w:t>
            </w:r>
          </w:p>
        </w:tc>
        <w:tc>
          <w:tcPr>
            <w:tcW w:type="dxa" w:w="1440"/>
          </w:tcPr>
          <w:p>
            <w:r>
              <w:t>男</w:t>
            </w:r>
          </w:p>
        </w:tc>
        <w:tc>
          <w:tcPr>
            <w:tcW w:type="dxa" w:w="1440"/>
          </w:tcPr>
          <w:p>
            <w:r>
              <w:t>202083270272</w:t>
            </w:r>
          </w:p>
        </w:tc>
        <w:tc>
          <w:tcPr>
            <w:tcW w:type="dxa" w:w="1440"/>
          </w:tcPr>
          <w:p>
            <w:r>
              <w:t>通信华为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48</w:t>
            </w:r>
          </w:p>
        </w:tc>
        <w:tc>
          <w:tcPr>
            <w:tcW w:type="dxa" w:w="1440"/>
          </w:tcPr>
          <w:p>
            <w:r>
              <w:t>雷辰言</w:t>
            </w:r>
          </w:p>
        </w:tc>
        <w:tc>
          <w:tcPr>
            <w:tcW w:type="dxa" w:w="1440"/>
          </w:tcPr>
          <w:p>
            <w:r>
              <w:t>男</w:t>
            </w:r>
          </w:p>
        </w:tc>
        <w:tc>
          <w:tcPr>
            <w:tcW w:type="dxa" w:w="1440"/>
          </w:tcPr>
          <w:p>
            <w:r>
              <w:t>202083270405</w:t>
            </w:r>
          </w:p>
        </w:tc>
        <w:tc>
          <w:tcPr>
            <w:tcW w:type="dxa" w:w="1440"/>
          </w:tcPr>
          <w:p>
            <w:r>
              <w:t>通信华为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49</w:t>
            </w:r>
          </w:p>
        </w:tc>
        <w:tc>
          <w:tcPr>
            <w:tcW w:type="dxa" w:w="1440"/>
          </w:tcPr>
          <w:p>
            <w:r>
              <w:t>赵伟毓</w:t>
            </w:r>
          </w:p>
        </w:tc>
        <w:tc>
          <w:tcPr>
            <w:tcW w:type="dxa" w:w="1440"/>
          </w:tcPr>
          <w:p>
            <w:r>
              <w:t>男</w:t>
            </w:r>
          </w:p>
        </w:tc>
        <w:tc>
          <w:tcPr>
            <w:tcW w:type="dxa" w:w="1440"/>
          </w:tcPr>
          <w:p>
            <w:r>
              <w:t>202083270033</w:t>
            </w:r>
          </w:p>
        </w:tc>
        <w:tc>
          <w:tcPr>
            <w:tcW w:type="dxa" w:w="1440"/>
          </w:tcPr>
          <w:p>
            <w:r>
              <w:t>通信华为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50</w:t>
            </w:r>
          </w:p>
        </w:tc>
        <w:tc>
          <w:tcPr>
            <w:tcW w:type="dxa" w:w="1440"/>
          </w:tcPr>
          <w:p>
            <w:r>
              <w:t>周正雅</w:t>
            </w:r>
          </w:p>
        </w:tc>
        <w:tc>
          <w:tcPr>
            <w:tcW w:type="dxa" w:w="1440"/>
          </w:tcPr>
          <w:p>
            <w:r>
              <w:t>女</w:t>
            </w:r>
          </w:p>
        </w:tc>
        <w:tc>
          <w:tcPr>
            <w:tcW w:type="dxa" w:w="1440"/>
          </w:tcPr>
          <w:p>
            <w:r>
              <w:t>202083270438</w:t>
            </w:r>
          </w:p>
        </w:tc>
        <w:tc>
          <w:tcPr>
            <w:tcW w:type="dxa" w:w="1440"/>
          </w:tcPr>
          <w:p>
            <w:r>
              <w:t>通信华为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51</w:t>
            </w:r>
          </w:p>
        </w:tc>
        <w:tc>
          <w:tcPr>
            <w:tcW w:type="dxa" w:w="1440"/>
          </w:tcPr>
          <w:p>
            <w:r>
              <w:t>陈昊</w:t>
            </w:r>
          </w:p>
        </w:tc>
        <w:tc>
          <w:tcPr>
            <w:tcW w:type="dxa" w:w="1440"/>
          </w:tcPr>
          <w:p>
            <w:r>
              <w:t>男</w:t>
            </w:r>
          </w:p>
        </w:tc>
        <w:tc>
          <w:tcPr>
            <w:tcW w:type="dxa" w:w="1440"/>
          </w:tcPr>
          <w:p>
            <w:r>
              <w:t>202083270133</w:t>
            </w:r>
          </w:p>
        </w:tc>
        <w:tc>
          <w:tcPr>
            <w:tcW w:type="dxa" w:w="1440"/>
          </w:tcPr>
          <w:p>
            <w:r>
              <w:t>通信华为</w:t>
            </w:r>
          </w:p>
        </w:tc>
        <w:tc>
          <w:tcPr>
            <w:tcW w:type="dxa" w:w="1440"/>
          </w:tcPr>
          <w:p>
            <w:r/>
          </w:p>
        </w:tc>
      </w:tr>
    </w:tbl>
    <w:p>
      <w:r>
        <w:t>经学院推免生考核小组综合审核、学院推免生工作领导小组审定，拟给予孙睿轲、郭弘扬等43名同学免推研究生资格，现予以公示。具体名单如下：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序号</w:t>
            </w:r>
          </w:p>
        </w:tc>
        <w:tc>
          <w:tcPr>
            <w:tcW w:type="dxa" w:w="1728"/>
          </w:tcPr>
          <w:p>
            <w:r>
              <w:t>姓名</w:t>
            </w:r>
          </w:p>
        </w:tc>
        <w:tc>
          <w:tcPr>
            <w:tcW w:type="dxa" w:w="1728"/>
          </w:tcPr>
          <w:p>
            <w:r>
              <w:t>性别</w:t>
            </w:r>
          </w:p>
        </w:tc>
        <w:tc>
          <w:tcPr>
            <w:tcW w:type="dxa" w:w="1728"/>
          </w:tcPr>
          <w:p>
            <w:r>
              <w:t>学号</w:t>
            </w:r>
          </w:p>
        </w:tc>
        <w:tc>
          <w:tcPr>
            <w:tcW w:type="dxa" w:w="1728"/>
          </w:tcPr>
          <w:p>
            <w:r>
              <w:t>专业</w:t>
            </w:r>
          </w:p>
        </w:tc>
      </w:tr>
      <w:tr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孙睿轲</w:t>
            </w:r>
          </w:p>
        </w:tc>
        <w:tc>
          <w:tcPr>
            <w:tcW w:type="dxa" w:w="1728"/>
          </w:tcPr>
          <w:p>
            <w:r>
              <w:t>男</w:t>
            </w:r>
          </w:p>
        </w:tc>
        <w:tc>
          <w:tcPr>
            <w:tcW w:type="dxa" w:w="1728"/>
          </w:tcPr>
          <w:p>
            <w:r>
              <w:t>202083270216</w:t>
            </w:r>
          </w:p>
        </w:tc>
        <w:tc>
          <w:tcPr>
            <w:tcW w:type="dxa" w:w="1728"/>
          </w:tcPr>
          <w:p>
            <w:r>
              <w:t>微电子科学与工程</w:t>
            </w:r>
          </w:p>
        </w:tc>
      </w:tr>
      <w:tr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李佳俊</w:t>
            </w:r>
          </w:p>
        </w:tc>
        <w:tc>
          <w:tcPr>
            <w:tcW w:type="dxa" w:w="1728"/>
          </w:tcPr>
          <w:p>
            <w:r>
              <w:t>男</w:t>
            </w:r>
          </w:p>
        </w:tc>
        <w:tc>
          <w:tcPr>
            <w:tcW w:type="dxa" w:w="1728"/>
          </w:tcPr>
          <w:p>
            <w:r>
              <w:t>202083270101</w:t>
            </w:r>
          </w:p>
        </w:tc>
        <w:tc>
          <w:tcPr>
            <w:tcW w:type="dxa" w:w="1728"/>
          </w:tcPr>
          <w:p>
            <w:r>
              <w:t>微电子科学与工程</w:t>
            </w:r>
          </w:p>
        </w:tc>
      </w:tr>
      <w:tr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李大林</w:t>
            </w:r>
          </w:p>
        </w:tc>
        <w:tc>
          <w:tcPr>
            <w:tcW w:type="dxa" w:w="1728"/>
          </w:tcPr>
          <w:p>
            <w:r>
              <w:t>男</w:t>
            </w:r>
          </w:p>
        </w:tc>
        <w:tc>
          <w:tcPr>
            <w:tcW w:type="dxa" w:w="1728"/>
          </w:tcPr>
          <w:p>
            <w:r>
              <w:t>202083310041</w:t>
            </w:r>
          </w:p>
        </w:tc>
        <w:tc>
          <w:tcPr>
            <w:tcW w:type="dxa" w:w="1728"/>
          </w:tcPr>
          <w:p>
            <w:r>
              <w:t>微电子科学与工程</w:t>
            </w:r>
          </w:p>
        </w:tc>
      </w:tr>
      <w:tr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>
              <w:t>华军杰</w:t>
            </w:r>
          </w:p>
        </w:tc>
        <w:tc>
          <w:tcPr>
            <w:tcW w:type="dxa" w:w="1728"/>
          </w:tcPr>
          <w:p>
            <w:r>
              <w:t>男</w:t>
            </w:r>
          </w:p>
        </w:tc>
        <w:tc>
          <w:tcPr>
            <w:tcW w:type="dxa" w:w="1728"/>
          </w:tcPr>
          <w:p>
            <w:r>
              <w:t>202083270087</w:t>
            </w:r>
          </w:p>
        </w:tc>
        <w:tc>
          <w:tcPr>
            <w:tcW w:type="dxa" w:w="1728"/>
          </w:tcPr>
          <w:p>
            <w:r>
              <w:t>微电子科学与工程</w:t>
            </w:r>
          </w:p>
        </w:tc>
      </w:tr>
      <w:tr>
        <w:tc>
          <w:tcPr>
            <w:tcW w:type="dxa" w:w="1728"/>
          </w:tcPr>
          <w:p>
            <w:r>
              <w:t>5</w:t>
            </w:r>
          </w:p>
        </w:tc>
        <w:tc>
          <w:tcPr>
            <w:tcW w:type="dxa" w:w="1728"/>
          </w:tcPr>
          <w:p>
            <w:r>
              <w:t>凡俊杰</w:t>
            </w:r>
          </w:p>
        </w:tc>
        <w:tc>
          <w:tcPr>
            <w:tcW w:type="dxa" w:w="1728"/>
          </w:tcPr>
          <w:p>
            <w:r>
              <w:t>男</w:t>
            </w:r>
          </w:p>
        </w:tc>
        <w:tc>
          <w:tcPr>
            <w:tcW w:type="dxa" w:w="1728"/>
          </w:tcPr>
          <w:p>
            <w:r>
              <w:t>202083270001</w:t>
            </w:r>
          </w:p>
        </w:tc>
        <w:tc>
          <w:tcPr>
            <w:tcW w:type="dxa" w:w="1728"/>
          </w:tcPr>
          <w:p>
            <w:r>
              <w:t>微电子科学与工程</w:t>
            </w:r>
          </w:p>
        </w:tc>
      </w:tr>
      <w:tr>
        <w:tc>
          <w:tcPr>
            <w:tcW w:type="dxa" w:w="1728"/>
          </w:tcPr>
          <w:p>
            <w:r>
              <w:t>6</w:t>
            </w:r>
          </w:p>
        </w:tc>
        <w:tc>
          <w:tcPr>
            <w:tcW w:type="dxa" w:w="1728"/>
          </w:tcPr>
          <w:p>
            <w:r>
              <w:t>郭弘扬</w:t>
            </w:r>
          </w:p>
        </w:tc>
        <w:tc>
          <w:tcPr>
            <w:tcW w:type="dxa" w:w="1728"/>
          </w:tcPr>
          <w:p>
            <w:r>
              <w:t>男</w:t>
            </w:r>
          </w:p>
        </w:tc>
        <w:tc>
          <w:tcPr>
            <w:tcW w:type="dxa" w:w="1728"/>
          </w:tcPr>
          <w:p>
            <w:r>
              <w:t>202013880039</w:t>
            </w:r>
          </w:p>
        </w:tc>
        <w:tc>
          <w:tcPr>
            <w:tcW w:type="dxa" w:w="1728"/>
          </w:tcPr>
          <w:p>
            <w:r>
              <w:t>电子科学与技术</w:t>
            </w:r>
          </w:p>
        </w:tc>
      </w:tr>
      <w:tr>
        <w:tc>
          <w:tcPr>
            <w:tcW w:type="dxa" w:w="1728"/>
          </w:tcPr>
          <w:p>
            <w:r>
              <w:t>7</w:t>
            </w:r>
          </w:p>
        </w:tc>
        <w:tc>
          <w:tcPr>
            <w:tcW w:type="dxa" w:w="1728"/>
          </w:tcPr>
          <w:p>
            <w:r>
              <w:t>谢俊杰</w:t>
            </w:r>
          </w:p>
        </w:tc>
        <w:tc>
          <w:tcPr>
            <w:tcW w:type="dxa" w:w="1728"/>
          </w:tcPr>
          <w:p>
            <w:r>
              <w:t>男</w:t>
            </w:r>
          </w:p>
        </w:tc>
        <w:tc>
          <w:tcPr>
            <w:tcW w:type="dxa" w:w="1728"/>
          </w:tcPr>
          <w:p>
            <w:r>
              <w:t>202083270367</w:t>
            </w:r>
          </w:p>
        </w:tc>
        <w:tc>
          <w:tcPr>
            <w:tcW w:type="dxa" w:w="1728"/>
          </w:tcPr>
          <w:p>
            <w:r>
              <w:t>电子科学与技术</w:t>
            </w:r>
          </w:p>
        </w:tc>
      </w:tr>
      <w:tr>
        <w:tc>
          <w:tcPr>
            <w:tcW w:type="dxa" w:w="1728"/>
          </w:tcPr>
          <w:p>
            <w:r>
              <w:t>8</w:t>
            </w:r>
          </w:p>
        </w:tc>
        <w:tc>
          <w:tcPr>
            <w:tcW w:type="dxa" w:w="1728"/>
          </w:tcPr>
          <w:p>
            <w:r>
              <w:t>李亦凡</w:t>
            </w:r>
          </w:p>
        </w:tc>
        <w:tc>
          <w:tcPr>
            <w:tcW w:type="dxa" w:w="1728"/>
          </w:tcPr>
          <w:p>
            <w:r>
              <w:t>男</w:t>
            </w:r>
          </w:p>
        </w:tc>
        <w:tc>
          <w:tcPr>
            <w:tcW w:type="dxa" w:w="1728"/>
          </w:tcPr>
          <w:p>
            <w:r>
              <w:t>202083270257</w:t>
            </w:r>
          </w:p>
        </w:tc>
        <w:tc>
          <w:tcPr>
            <w:tcW w:type="dxa" w:w="1728"/>
          </w:tcPr>
          <w:p>
            <w:r>
              <w:t>电子科学与技术</w:t>
            </w:r>
          </w:p>
        </w:tc>
      </w:tr>
      <w:tr>
        <w:tc>
          <w:tcPr>
            <w:tcW w:type="dxa" w:w="1728"/>
          </w:tcPr>
          <w:p>
            <w:r>
              <w:t>9</w:t>
            </w:r>
          </w:p>
        </w:tc>
        <w:tc>
          <w:tcPr>
            <w:tcW w:type="dxa" w:w="1728"/>
          </w:tcPr>
          <w:p>
            <w:r>
              <w:t>江奕君</w:t>
            </w:r>
          </w:p>
        </w:tc>
        <w:tc>
          <w:tcPr>
            <w:tcW w:type="dxa" w:w="1728"/>
          </w:tcPr>
          <w:p>
            <w:r>
              <w:t>男</w:t>
            </w:r>
          </w:p>
        </w:tc>
        <w:tc>
          <w:tcPr>
            <w:tcW w:type="dxa" w:w="1728"/>
          </w:tcPr>
          <w:p>
            <w:r>
              <w:t>202083670124</w:t>
            </w:r>
          </w:p>
        </w:tc>
        <w:tc>
          <w:tcPr>
            <w:tcW w:type="dxa" w:w="1728"/>
          </w:tcPr>
          <w:p>
            <w:r>
              <w:t>电子科学与技术</w:t>
            </w:r>
          </w:p>
        </w:tc>
      </w:tr>
      <w:tr>
        <w:tc>
          <w:tcPr>
            <w:tcW w:type="dxa" w:w="1728"/>
          </w:tcPr>
          <w:p>
            <w:r>
              <w:t>10</w:t>
            </w:r>
          </w:p>
        </w:tc>
        <w:tc>
          <w:tcPr>
            <w:tcW w:type="dxa" w:w="1728"/>
          </w:tcPr>
          <w:p>
            <w:r>
              <w:t>王永恒</w:t>
            </w:r>
          </w:p>
        </w:tc>
        <w:tc>
          <w:tcPr>
            <w:tcW w:type="dxa" w:w="1728"/>
          </w:tcPr>
          <w:p>
            <w:r>
              <w:t>男</w:t>
            </w:r>
          </w:p>
        </w:tc>
        <w:tc>
          <w:tcPr>
            <w:tcW w:type="dxa" w:w="1728"/>
          </w:tcPr>
          <w:p>
            <w:r>
              <w:t>202083270044</w:t>
            </w:r>
          </w:p>
        </w:tc>
        <w:tc>
          <w:tcPr>
            <w:tcW w:type="dxa" w:w="1728"/>
          </w:tcPr>
          <w:p>
            <w:r>
              <w:t>电子科学与技术</w:t>
            </w:r>
          </w:p>
        </w:tc>
      </w:tr>
      <w:tr>
        <w:tc>
          <w:tcPr>
            <w:tcW w:type="dxa" w:w="1728"/>
          </w:tcPr>
          <w:p>
            <w:r>
              <w:t>11</w:t>
            </w:r>
          </w:p>
        </w:tc>
        <w:tc>
          <w:tcPr>
            <w:tcW w:type="dxa" w:w="1728"/>
          </w:tcPr>
          <w:p>
            <w:r>
              <w:t>徐文博</w:t>
            </w:r>
          </w:p>
        </w:tc>
        <w:tc>
          <w:tcPr>
            <w:tcW w:type="dxa" w:w="1728"/>
          </w:tcPr>
          <w:p>
            <w:r>
              <w:t>男</w:t>
            </w:r>
          </w:p>
        </w:tc>
        <w:tc>
          <w:tcPr>
            <w:tcW w:type="dxa" w:w="1728"/>
          </w:tcPr>
          <w:p>
            <w:r>
              <w:t>202013880090</w:t>
            </w:r>
          </w:p>
        </w:tc>
        <w:tc>
          <w:tcPr>
            <w:tcW w:type="dxa" w:w="1728"/>
          </w:tcPr>
          <w:p>
            <w:r>
              <w:t>电子科学与技术</w:t>
            </w:r>
          </w:p>
        </w:tc>
      </w:tr>
      <w:tr>
        <w:tc>
          <w:tcPr>
            <w:tcW w:type="dxa" w:w="1728"/>
          </w:tcPr>
          <w:p>
            <w:r>
              <w:t>12</w:t>
            </w:r>
          </w:p>
        </w:tc>
        <w:tc>
          <w:tcPr>
            <w:tcW w:type="dxa" w:w="1728"/>
          </w:tcPr>
          <w:p>
            <w:r>
              <w:t>黄茜茜</w:t>
            </w:r>
          </w:p>
        </w:tc>
        <w:tc>
          <w:tcPr>
            <w:tcW w:type="dxa" w:w="1728"/>
          </w:tcPr>
          <w:p>
            <w:r>
              <w:t>女</w:t>
            </w:r>
          </w:p>
        </w:tc>
        <w:tc>
          <w:tcPr>
            <w:tcW w:type="dxa" w:w="1728"/>
          </w:tcPr>
          <w:p>
            <w:r>
              <w:t>202083270157</w:t>
            </w:r>
          </w:p>
        </w:tc>
        <w:tc>
          <w:tcPr>
            <w:tcW w:type="dxa" w:w="1728"/>
          </w:tcPr>
          <w:p>
            <w:r>
              <w:t>电子科学与技术</w:t>
            </w:r>
          </w:p>
        </w:tc>
      </w:tr>
      <w:tr>
        <w:tc>
          <w:tcPr>
            <w:tcW w:type="dxa" w:w="1728"/>
          </w:tcPr>
          <w:p>
            <w:r>
              <w:t>13</w:t>
            </w:r>
          </w:p>
        </w:tc>
        <w:tc>
          <w:tcPr>
            <w:tcW w:type="dxa" w:w="1728"/>
          </w:tcPr>
          <w:p>
            <w:r>
              <w:t>马星野</w:t>
            </w:r>
          </w:p>
        </w:tc>
        <w:tc>
          <w:tcPr>
            <w:tcW w:type="dxa" w:w="1728"/>
          </w:tcPr>
          <w:p>
            <w:r>
              <w:t>男</w:t>
            </w:r>
          </w:p>
        </w:tc>
        <w:tc>
          <w:tcPr>
            <w:tcW w:type="dxa" w:w="1728"/>
          </w:tcPr>
          <w:p>
            <w:r>
              <w:t>202083270206</w:t>
            </w:r>
          </w:p>
        </w:tc>
        <w:tc>
          <w:tcPr>
            <w:tcW w:type="dxa" w:w="1728"/>
          </w:tcPr>
          <w:p>
            <w:r>
              <w:t>电子信息工程</w:t>
            </w:r>
          </w:p>
        </w:tc>
      </w:tr>
      <w:tr>
        <w:tc>
          <w:tcPr>
            <w:tcW w:type="dxa" w:w="1728"/>
          </w:tcPr>
          <w:p>
            <w:r>
              <w:t>14</w:t>
            </w:r>
          </w:p>
        </w:tc>
        <w:tc>
          <w:tcPr>
            <w:tcW w:type="dxa" w:w="1728"/>
          </w:tcPr>
          <w:p>
            <w:r>
              <w:t>胡铭禹</w:t>
            </w:r>
          </w:p>
        </w:tc>
        <w:tc>
          <w:tcPr>
            <w:tcW w:type="dxa" w:w="1728"/>
          </w:tcPr>
          <w:p>
            <w:r>
              <w:t>男</w:t>
            </w:r>
          </w:p>
        </w:tc>
        <w:tc>
          <w:tcPr>
            <w:tcW w:type="dxa" w:w="1728"/>
          </w:tcPr>
          <w:p>
            <w:r>
              <w:t>202083270148</w:t>
            </w:r>
          </w:p>
        </w:tc>
        <w:tc>
          <w:tcPr>
            <w:tcW w:type="dxa" w:w="1728"/>
          </w:tcPr>
          <w:p>
            <w:r>
              <w:t>电子信息工程</w:t>
            </w:r>
          </w:p>
        </w:tc>
      </w:tr>
      <w:tr>
        <w:tc>
          <w:tcPr>
            <w:tcW w:type="dxa" w:w="1728"/>
          </w:tcPr>
          <w:p>
            <w:r>
              <w:t>15</w:t>
            </w:r>
          </w:p>
        </w:tc>
        <w:tc>
          <w:tcPr>
            <w:tcW w:type="dxa" w:w="1728"/>
          </w:tcPr>
          <w:p>
            <w:r>
              <w:t>韩裕华</w:t>
            </w:r>
          </w:p>
        </w:tc>
        <w:tc>
          <w:tcPr>
            <w:tcW w:type="dxa" w:w="1728"/>
          </w:tcPr>
          <w:p>
            <w:r>
              <w:t>男</w:t>
            </w:r>
          </w:p>
        </w:tc>
        <w:tc>
          <w:tcPr>
            <w:tcW w:type="dxa" w:w="1728"/>
          </w:tcPr>
          <w:p>
            <w:r>
              <w:t>202013380029</w:t>
            </w:r>
          </w:p>
        </w:tc>
        <w:tc>
          <w:tcPr>
            <w:tcW w:type="dxa" w:w="1728"/>
          </w:tcPr>
          <w:p>
            <w:r>
              <w:t>电子信息工程</w:t>
            </w:r>
          </w:p>
        </w:tc>
      </w:tr>
      <w:tr>
        <w:tc>
          <w:tcPr>
            <w:tcW w:type="dxa" w:w="1728"/>
          </w:tcPr>
          <w:p>
            <w:r>
              <w:t>16</w:t>
            </w:r>
          </w:p>
        </w:tc>
        <w:tc>
          <w:tcPr>
            <w:tcW w:type="dxa" w:w="1728"/>
          </w:tcPr>
          <w:p>
            <w:r>
              <w:t>孟祥钦</w:t>
            </w:r>
          </w:p>
        </w:tc>
        <w:tc>
          <w:tcPr>
            <w:tcW w:type="dxa" w:w="1728"/>
          </w:tcPr>
          <w:p>
            <w:r>
              <w:t>男</w:t>
            </w:r>
          </w:p>
        </w:tc>
        <w:tc>
          <w:tcPr>
            <w:tcW w:type="dxa" w:w="1728"/>
          </w:tcPr>
          <w:p>
            <w:r>
              <w:t>202083270435</w:t>
            </w:r>
          </w:p>
        </w:tc>
        <w:tc>
          <w:tcPr>
            <w:tcW w:type="dxa" w:w="1728"/>
          </w:tcPr>
          <w:p>
            <w:r>
              <w:t>电子信息工程</w:t>
            </w:r>
          </w:p>
        </w:tc>
      </w:tr>
      <w:tr>
        <w:tc>
          <w:tcPr>
            <w:tcW w:type="dxa" w:w="1728"/>
          </w:tcPr>
          <w:p>
            <w:r>
              <w:t>17</w:t>
            </w:r>
          </w:p>
        </w:tc>
        <w:tc>
          <w:tcPr>
            <w:tcW w:type="dxa" w:w="1728"/>
          </w:tcPr>
          <w:p>
            <w:r>
              <w:t>谭贞</w:t>
            </w:r>
          </w:p>
        </w:tc>
        <w:tc>
          <w:tcPr>
            <w:tcW w:type="dxa" w:w="1728"/>
          </w:tcPr>
          <w:p>
            <w:r>
              <w:t>女</w:t>
            </w:r>
          </w:p>
        </w:tc>
        <w:tc>
          <w:tcPr>
            <w:tcW w:type="dxa" w:w="1728"/>
          </w:tcPr>
          <w:p>
            <w:r>
              <w:t>202083270489</w:t>
            </w:r>
          </w:p>
        </w:tc>
        <w:tc>
          <w:tcPr>
            <w:tcW w:type="dxa" w:w="1728"/>
          </w:tcPr>
          <w:p>
            <w:r>
              <w:t>电子信息工程</w:t>
            </w:r>
          </w:p>
        </w:tc>
      </w:tr>
      <w:tr>
        <w:tc>
          <w:tcPr>
            <w:tcW w:type="dxa" w:w="1728"/>
          </w:tcPr>
          <w:p>
            <w:r>
              <w:t>18</w:t>
            </w:r>
          </w:p>
        </w:tc>
        <w:tc>
          <w:tcPr>
            <w:tcW w:type="dxa" w:w="1728"/>
          </w:tcPr>
          <w:p>
            <w:r>
              <w:t>侯自如</w:t>
            </w:r>
          </w:p>
        </w:tc>
        <w:tc>
          <w:tcPr>
            <w:tcW w:type="dxa" w:w="1728"/>
          </w:tcPr>
          <w:p>
            <w:r>
              <w:t>女</w:t>
            </w:r>
          </w:p>
        </w:tc>
        <w:tc>
          <w:tcPr>
            <w:tcW w:type="dxa" w:w="1728"/>
          </w:tcPr>
          <w:p>
            <w:r>
              <w:t>202013420028</w:t>
            </w:r>
          </w:p>
        </w:tc>
        <w:tc>
          <w:tcPr>
            <w:tcW w:type="dxa" w:w="1728"/>
          </w:tcPr>
          <w:p>
            <w:r>
              <w:t>电子信息工程</w:t>
            </w:r>
          </w:p>
        </w:tc>
      </w:tr>
      <w:tr>
        <w:tc>
          <w:tcPr>
            <w:tcW w:type="dxa" w:w="1728"/>
          </w:tcPr>
          <w:p>
            <w:r>
              <w:t>19</w:t>
            </w:r>
          </w:p>
        </w:tc>
        <w:tc>
          <w:tcPr>
            <w:tcW w:type="dxa" w:w="1728"/>
          </w:tcPr>
          <w:p>
            <w:r>
              <w:t>兰嘉玮</w:t>
            </w:r>
          </w:p>
        </w:tc>
        <w:tc>
          <w:tcPr>
            <w:tcW w:type="dxa" w:w="1728"/>
          </w:tcPr>
          <w:p>
            <w:r>
              <w:t>男</w:t>
            </w:r>
          </w:p>
        </w:tc>
        <w:tc>
          <w:tcPr>
            <w:tcW w:type="dxa" w:w="1728"/>
          </w:tcPr>
          <w:p>
            <w:r>
              <w:t>202083270291</w:t>
            </w:r>
          </w:p>
        </w:tc>
        <w:tc>
          <w:tcPr>
            <w:tcW w:type="dxa" w:w="1728"/>
          </w:tcPr>
          <w:p>
            <w:r>
              <w:t>电子信息工程</w:t>
            </w:r>
          </w:p>
        </w:tc>
      </w:tr>
      <w:tr>
        <w:tc>
          <w:tcPr>
            <w:tcW w:type="dxa" w:w="1728"/>
          </w:tcPr>
          <w:p>
            <w:r>
              <w:t>20</w:t>
            </w:r>
          </w:p>
        </w:tc>
        <w:tc>
          <w:tcPr>
            <w:tcW w:type="dxa" w:w="1728"/>
          </w:tcPr>
          <w:p>
            <w:r>
              <w:t>陈香婷</w:t>
            </w:r>
          </w:p>
        </w:tc>
        <w:tc>
          <w:tcPr>
            <w:tcW w:type="dxa" w:w="1728"/>
          </w:tcPr>
          <w:p>
            <w:r>
              <w:t>女</w:t>
            </w:r>
          </w:p>
        </w:tc>
        <w:tc>
          <w:tcPr>
            <w:tcW w:type="dxa" w:w="1728"/>
          </w:tcPr>
          <w:p>
            <w:r>
              <w:t>202083270096</w:t>
            </w:r>
          </w:p>
        </w:tc>
        <w:tc>
          <w:tcPr>
            <w:tcW w:type="dxa" w:w="1728"/>
          </w:tcPr>
          <w:p>
            <w:r>
              <w:t>电子信息工程</w:t>
            </w:r>
          </w:p>
        </w:tc>
      </w:tr>
      <w:tr>
        <w:tc>
          <w:tcPr>
            <w:tcW w:type="dxa" w:w="1728"/>
          </w:tcPr>
          <w:p>
            <w:r>
              <w:t>21</w:t>
            </w:r>
          </w:p>
        </w:tc>
        <w:tc>
          <w:tcPr>
            <w:tcW w:type="dxa" w:w="1728"/>
          </w:tcPr>
          <w:p>
            <w:r>
              <w:t>李梓豪</w:t>
            </w:r>
          </w:p>
        </w:tc>
        <w:tc>
          <w:tcPr>
            <w:tcW w:type="dxa" w:w="1728"/>
          </w:tcPr>
          <w:p>
            <w:r>
              <w:t>男</w:t>
            </w:r>
          </w:p>
        </w:tc>
        <w:tc>
          <w:tcPr>
            <w:tcW w:type="dxa" w:w="1728"/>
          </w:tcPr>
          <w:p>
            <w:r>
              <w:t>202083270464</w:t>
            </w:r>
          </w:p>
        </w:tc>
        <w:tc>
          <w:tcPr>
            <w:tcW w:type="dxa" w:w="1728"/>
          </w:tcPr>
          <w:p>
            <w:r>
              <w:t>电子信息工程</w:t>
            </w:r>
          </w:p>
        </w:tc>
      </w:tr>
      <w:tr>
        <w:tc>
          <w:tcPr>
            <w:tcW w:type="dxa" w:w="1728"/>
          </w:tcPr>
          <w:p>
            <w:r>
              <w:t>22</w:t>
            </w:r>
          </w:p>
        </w:tc>
        <w:tc>
          <w:tcPr>
            <w:tcW w:type="dxa" w:w="1728"/>
          </w:tcPr>
          <w:p>
            <w:r>
              <w:t>房缙绅</w:t>
            </w:r>
          </w:p>
        </w:tc>
        <w:tc>
          <w:tcPr>
            <w:tcW w:type="dxa" w:w="1728"/>
          </w:tcPr>
          <w:p>
            <w:r>
              <w:t>男</w:t>
            </w:r>
          </w:p>
        </w:tc>
        <w:tc>
          <w:tcPr>
            <w:tcW w:type="dxa" w:w="1728"/>
          </w:tcPr>
          <w:p>
            <w:r>
              <w:t>202083270190</w:t>
            </w:r>
          </w:p>
        </w:tc>
        <w:tc>
          <w:tcPr>
            <w:tcW w:type="dxa" w:w="1728"/>
          </w:tcPr>
          <w:p>
            <w:r>
              <w:t>电子信息工程</w:t>
            </w:r>
          </w:p>
        </w:tc>
      </w:tr>
      <w:tr>
        <w:tc>
          <w:tcPr>
            <w:tcW w:type="dxa" w:w="1728"/>
          </w:tcPr>
          <w:p>
            <w:r>
              <w:t>23</w:t>
            </w:r>
          </w:p>
        </w:tc>
        <w:tc>
          <w:tcPr>
            <w:tcW w:type="dxa" w:w="1728"/>
          </w:tcPr>
          <w:p>
            <w:r>
              <w:t>刘颖</w:t>
            </w:r>
          </w:p>
        </w:tc>
        <w:tc>
          <w:tcPr>
            <w:tcW w:type="dxa" w:w="1728"/>
          </w:tcPr>
          <w:p>
            <w:r>
              <w:t>女</w:t>
            </w:r>
          </w:p>
        </w:tc>
        <w:tc>
          <w:tcPr>
            <w:tcW w:type="dxa" w:w="1728"/>
          </w:tcPr>
          <w:p>
            <w:r>
              <w:t>202083270050</w:t>
            </w:r>
          </w:p>
        </w:tc>
        <w:tc>
          <w:tcPr>
            <w:tcW w:type="dxa" w:w="1728"/>
          </w:tcPr>
          <w:p>
            <w:r>
              <w:t>电子信息工程</w:t>
            </w:r>
          </w:p>
        </w:tc>
      </w:tr>
      <w:tr>
        <w:tc>
          <w:tcPr>
            <w:tcW w:type="dxa" w:w="1728"/>
          </w:tcPr>
          <w:p>
            <w:r>
              <w:t>24</w:t>
            </w:r>
          </w:p>
        </w:tc>
        <w:tc>
          <w:tcPr>
            <w:tcW w:type="dxa" w:w="1728"/>
          </w:tcPr>
          <w:p>
            <w:r>
              <w:t>郑金池</w:t>
            </w:r>
          </w:p>
        </w:tc>
        <w:tc>
          <w:tcPr>
            <w:tcW w:type="dxa" w:w="1728"/>
          </w:tcPr>
          <w:p>
            <w:r>
              <w:t>男</w:t>
            </w:r>
          </w:p>
        </w:tc>
        <w:tc>
          <w:tcPr>
            <w:tcW w:type="dxa" w:w="1728"/>
          </w:tcPr>
          <w:p>
            <w:r>
              <w:t>202083270472</w:t>
            </w:r>
          </w:p>
        </w:tc>
        <w:tc>
          <w:tcPr>
            <w:tcW w:type="dxa" w:w="1728"/>
          </w:tcPr>
          <w:p>
            <w:r>
              <w:t>通信工程</w:t>
            </w:r>
          </w:p>
        </w:tc>
      </w:tr>
      <w:tr>
        <w:tc>
          <w:tcPr>
            <w:tcW w:type="dxa" w:w="1728"/>
          </w:tcPr>
          <w:p>
            <w:r>
              <w:t>25</w:t>
            </w:r>
          </w:p>
        </w:tc>
        <w:tc>
          <w:tcPr>
            <w:tcW w:type="dxa" w:w="1728"/>
          </w:tcPr>
          <w:p>
            <w:r>
              <w:t>肖婷婷</w:t>
            </w:r>
          </w:p>
        </w:tc>
        <w:tc>
          <w:tcPr>
            <w:tcW w:type="dxa" w:w="1728"/>
          </w:tcPr>
          <w:p>
            <w:r>
              <w:t>女</w:t>
            </w:r>
          </w:p>
        </w:tc>
        <w:tc>
          <w:tcPr>
            <w:tcW w:type="dxa" w:w="1728"/>
          </w:tcPr>
          <w:p>
            <w:r>
              <w:t>202083270384</w:t>
            </w:r>
          </w:p>
        </w:tc>
        <w:tc>
          <w:tcPr>
            <w:tcW w:type="dxa" w:w="1728"/>
          </w:tcPr>
          <w:p>
            <w:r>
              <w:t>通信工程</w:t>
            </w:r>
          </w:p>
        </w:tc>
      </w:tr>
      <w:tr>
        <w:tc>
          <w:tcPr>
            <w:tcW w:type="dxa" w:w="1728"/>
          </w:tcPr>
          <w:p>
            <w:r>
              <w:t>26</w:t>
            </w:r>
          </w:p>
        </w:tc>
        <w:tc>
          <w:tcPr>
            <w:tcW w:type="dxa" w:w="1728"/>
          </w:tcPr>
          <w:p>
            <w:r>
              <w:t>于张城</w:t>
            </w:r>
          </w:p>
        </w:tc>
        <w:tc>
          <w:tcPr>
            <w:tcW w:type="dxa" w:w="1728"/>
          </w:tcPr>
          <w:p>
            <w:r>
              <w:t>男</w:t>
            </w:r>
          </w:p>
        </w:tc>
        <w:tc>
          <w:tcPr>
            <w:tcW w:type="dxa" w:w="1728"/>
          </w:tcPr>
          <w:p>
            <w:r>
              <w:t>202083270370</w:t>
            </w:r>
          </w:p>
        </w:tc>
        <w:tc>
          <w:tcPr>
            <w:tcW w:type="dxa" w:w="1728"/>
          </w:tcPr>
          <w:p>
            <w:r>
              <w:t>通信工程</w:t>
            </w:r>
          </w:p>
        </w:tc>
      </w:tr>
      <w:tr>
        <w:tc>
          <w:tcPr>
            <w:tcW w:type="dxa" w:w="1728"/>
          </w:tcPr>
          <w:p>
            <w:r>
              <w:t>27</w:t>
            </w:r>
          </w:p>
        </w:tc>
        <w:tc>
          <w:tcPr>
            <w:tcW w:type="dxa" w:w="1728"/>
          </w:tcPr>
          <w:p>
            <w:r>
              <w:t>金海佳</w:t>
            </w:r>
          </w:p>
        </w:tc>
        <w:tc>
          <w:tcPr>
            <w:tcW w:type="dxa" w:w="1728"/>
          </w:tcPr>
          <w:p>
            <w:r>
              <w:t>女</w:t>
            </w:r>
          </w:p>
        </w:tc>
        <w:tc>
          <w:tcPr>
            <w:tcW w:type="dxa" w:w="1728"/>
          </w:tcPr>
          <w:p>
            <w:r>
              <w:t>202083270390</w:t>
            </w:r>
          </w:p>
        </w:tc>
        <w:tc>
          <w:tcPr>
            <w:tcW w:type="dxa" w:w="1728"/>
          </w:tcPr>
          <w:p>
            <w:r>
              <w:t>通信工程</w:t>
            </w:r>
          </w:p>
        </w:tc>
      </w:tr>
      <w:tr>
        <w:tc>
          <w:tcPr>
            <w:tcW w:type="dxa" w:w="1728"/>
          </w:tcPr>
          <w:p>
            <w:r>
              <w:t>28</w:t>
            </w:r>
          </w:p>
        </w:tc>
        <w:tc>
          <w:tcPr>
            <w:tcW w:type="dxa" w:w="1728"/>
          </w:tcPr>
          <w:p>
            <w:r>
              <w:t>徐碧媛</w:t>
            </w:r>
          </w:p>
        </w:tc>
        <w:tc>
          <w:tcPr>
            <w:tcW w:type="dxa" w:w="1728"/>
          </w:tcPr>
          <w:p>
            <w:r>
              <w:t>女</w:t>
            </w:r>
          </w:p>
        </w:tc>
        <w:tc>
          <w:tcPr>
            <w:tcW w:type="dxa" w:w="1728"/>
          </w:tcPr>
          <w:p>
            <w:r>
              <w:t>201913500039</w:t>
            </w:r>
          </w:p>
        </w:tc>
        <w:tc>
          <w:tcPr>
            <w:tcW w:type="dxa" w:w="1728"/>
          </w:tcPr>
          <w:p>
            <w:r>
              <w:t>通信工程</w:t>
            </w:r>
          </w:p>
        </w:tc>
      </w:tr>
      <w:tr>
        <w:tc>
          <w:tcPr>
            <w:tcW w:type="dxa" w:w="1728"/>
          </w:tcPr>
          <w:p>
            <w:r>
              <w:t>29</w:t>
            </w:r>
          </w:p>
        </w:tc>
        <w:tc>
          <w:tcPr>
            <w:tcW w:type="dxa" w:w="1728"/>
          </w:tcPr>
          <w:p>
            <w:r>
              <w:t>姚雨旸</w:t>
            </w:r>
          </w:p>
        </w:tc>
        <w:tc>
          <w:tcPr>
            <w:tcW w:type="dxa" w:w="1728"/>
          </w:tcPr>
          <w:p>
            <w:r>
              <w:t>男</w:t>
            </w:r>
          </w:p>
        </w:tc>
        <w:tc>
          <w:tcPr>
            <w:tcW w:type="dxa" w:w="1728"/>
          </w:tcPr>
          <w:p>
            <w:r>
              <w:t>202083270031</w:t>
            </w:r>
          </w:p>
        </w:tc>
        <w:tc>
          <w:tcPr>
            <w:tcW w:type="dxa" w:w="1728"/>
          </w:tcPr>
          <w:p>
            <w:r>
              <w:t>通信工程</w:t>
            </w:r>
          </w:p>
        </w:tc>
      </w:tr>
      <w:tr>
        <w:tc>
          <w:tcPr>
            <w:tcW w:type="dxa" w:w="1728"/>
          </w:tcPr>
          <w:p>
            <w:r>
              <w:t>30</w:t>
            </w:r>
          </w:p>
        </w:tc>
        <w:tc>
          <w:tcPr>
            <w:tcW w:type="dxa" w:w="1728"/>
          </w:tcPr>
          <w:p>
            <w:r>
              <w:t>徐莹莹</w:t>
            </w:r>
          </w:p>
        </w:tc>
        <w:tc>
          <w:tcPr>
            <w:tcW w:type="dxa" w:w="1728"/>
          </w:tcPr>
          <w:p>
            <w:r>
              <w:t>女</w:t>
            </w:r>
          </w:p>
        </w:tc>
        <w:tc>
          <w:tcPr>
            <w:tcW w:type="dxa" w:w="1728"/>
          </w:tcPr>
          <w:p>
            <w:r>
              <w:t>202083670069</w:t>
            </w:r>
          </w:p>
        </w:tc>
        <w:tc>
          <w:tcPr>
            <w:tcW w:type="dxa" w:w="1728"/>
          </w:tcPr>
          <w:p>
            <w:r>
              <w:t>通信工程</w:t>
            </w:r>
          </w:p>
        </w:tc>
      </w:tr>
      <w:tr>
        <w:tc>
          <w:tcPr>
            <w:tcW w:type="dxa" w:w="1728"/>
          </w:tcPr>
          <w:p>
            <w:r>
              <w:t>31</w:t>
            </w:r>
          </w:p>
        </w:tc>
        <w:tc>
          <w:tcPr>
            <w:tcW w:type="dxa" w:w="1728"/>
          </w:tcPr>
          <w:p>
            <w:r>
              <w:t>顾思昳</w:t>
            </w:r>
          </w:p>
        </w:tc>
        <w:tc>
          <w:tcPr>
            <w:tcW w:type="dxa" w:w="1728"/>
          </w:tcPr>
          <w:p>
            <w:r>
              <w:t>女</w:t>
            </w:r>
          </w:p>
        </w:tc>
        <w:tc>
          <w:tcPr>
            <w:tcW w:type="dxa" w:w="1728"/>
          </w:tcPr>
          <w:p>
            <w:r>
              <w:t>202083270236</w:t>
            </w:r>
          </w:p>
        </w:tc>
        <w:tc>
          <w:tcPr>
            <w:tcW w:type="dxa" w:w="1728"/>
          </w:tcPr>
          <w:p>
            <w:r>
              <w:t>通信工程</w:t>
            </w:r>
          </w:p>
        </w:tc>
      </w:tr>
      <w:tr>
        <w:tc>
          <w:tcPr>
            <w:tcW w:type="dxa" w:w="1728"/>
          </w:tcPr>
          <w:p>
            <w:r>
              <w:t>32</w:t>
            </w:r>
          </w:p>
        </w:tc>
        <w:tc>
          <w:tcPr>
            <w:tcW w:type="dxa" w:w="1728"/>
          </w:tcPr>
          <w:p>
            <w:r>
              <w:t>王鹏程</w:t>
            </w:r>
          </w:p>
        </w:tc>
        <w:tc>
          <w:tcPr>
            <w:tcW w:type="dxa" w:w="1728"/>
          </w:tcPr>
          <w:p>
            <w:r>
              <w:t>男</w:t>
            </w:r>
          </w:p>
        </w:tc>
        <w:tc>
          <w:tcPr>
            <w:tcW w:type="dxa" w:w="1728"/>
          </w:tcPr>
          <w:p>
            <w:r>
              <w:t>202083270289</w:t>
            </w:r>
          </w:p>
        </w:tc>
        <w:tc>
          <w:tcPr>
            <w:tcW w:type="dxa" w:w="1728"/>
          </w:tcPr>
          <w:p>
            <w:r>
              <w:t>通信工程</w:t>
            </w:r>
          </w:p>
        </w:tc>
      </w:tr>
      <w:tr>
        <w:tc>
          <w:tcPr>
            <w:tcW w:type="dxa" w:w="1728"/>
          </w:tcPr>
          <w:p>
            <w:r>
              <w:t>33</w:t>
            </w:r>
          </w:p>
        </w:tc>
        <w:tc>
          <w:tcPr>
            <w:tcW w:type="dxa" w:w="1728"/>
          </w:tcPr>
          <w:p>
            <w:r>
              <w:t>刘星</w:t>
            </w:r>
          </w:p>
        </w:tc>
        <w:tc>
          <w:tcPr>
            <w:tcW w:type="dxa" w:w="1728"/>
          </w:tcPr>
          <w:p>
            <w:r>
              <w:t>男</w:t>
            </w:r>
          </w:p>
        </w:tc>
        <w:tc>
          <w:tcPr>
            <w:tcW w:type="dxa" w:w="1728"/>
          </w:tcPr>
          <w:p>
            <w:r>
              <w:t>202083280009</w:t>
            </w:r>
          </w:p>
        </w:tc>
        <w:tc>
          <w:tcPr>
            <w:tcW w:type="dxa" w:w="1728"/>
          </w:tcPr>
          <w:p>
            <w:r>
              <w:t>通信工程</w:t>
            </w:r>
          </w:p>
        </w:tc>
      </w:tr>
      <w:tr>
        <w:tc>
          <w:tcPr>
            <w:tcW w:type="dxa" w:w="1728"/>
          </w:tcPr>
          <w:p>
            <w:r>
              <w:t>34</w:t>
            </w:r>
          </w:p>
        </w:tc>
        <w:tc>
          <w:tcPr>
            <w:tcW w:type="dxa" w:w="1728"/>
          </w:tcPr>
          <w:p>
            <w:r>
              <w:t>张昱昊</w:t>
            </w:r>
          </w:p>
        </w:tc>
        <w:tc>
          <w:tcPr>
            <w:tcW w:type="dxa" w:w="1728"/>
          </w:tcPr>
          <w:p>
            <w:r>
              <w:t>男</w:t>
            </w:r>
          </w:p>
        </w:tc>
        <w:tc>
          <w:tcPr>
            <w:tcW w:type="dxa" w:w="1728"/>
          </w:tcPr>
          <w:p>
            <w:r>
              <w:t>202083270389</w:t>
            </w:r>
          </w:p>
        </w:tc>
        <w:tc>
          <w:tcPr>
            <w:tcW w:type="dxa" w:w="1728"/>
          </w:tcPr>
          <w:p>
            <w:r>
              <w:t>通信华为</w:t>
            </w:r>
          </w:p>
        </w:tc>
      </w:tr>
      <w:tr>
        <w:tc>
          <w:tcPr>
            <w:tcW w:type="dxa" w:w="1728"/>
          </w:tcPr>
          <w:p>
            <w:r>
              <w:t>35</w:t>
            </w:r>
          </w:p>
        </w:tc>
        <w:tc>
          <w:tcPr>
            <w:tcW w:type="dxa" w:w="1728"/>
          </w:tcPr>
          <w:p>
            <w:r>
              <w:t>徐翰文</w:t>
            </w:r>
          </w:p>
        </w:tc>
        <w:tc>
          <w:tcPr>
            <w:tcW w:type="dxa" w:w="1728"/>
          </w:tcPr>
          <w:p>
            <w:r>
              <w:t>男</w:t>
            </w:r>
          </w:p>
        </w:tc>
        <w:tc>
          <w:tcPr>
            <w:tcW w:type="dxa" w:w="1728"/>
          </w:tcPr>
          <w:p>
            <w:r>
              <w:t>202083270035</w:t>
            </w:r>
          </w:p>
        </w:tc>
        <w:tc>
          <w:tcPr>
            <w:tcW w:type="dxa" w:w="1728"/>
          </w:tcPr>
          <w:p>
            <w:r>
              <w:t>通信华为</w:t>
            </w:r>
          </w:p>
        </w:tc>
      </w:tr>
      <w:tr>
        <w:tc>
          <w:tcPr>
            <w:tcW w:type="dxa" w:w="1728"/>
          </w:tcPr>
          <w:p>
            <w:r>
              <w:t>36</w:t>
            </w:r>
          </w:p>
        </w:tc>
        <w:tc>
          <w:tcPr>
            <w:tcW w:type="dxa" w:w="1728"/>
          </w:tcPr>
          <w:p>
            <w:r>
              <w:t>邓喆</w:t>
            </w:r>
          </w:p>
        </w:tc>
        <w:tc>
          <w:tcPr>
            <w:tcW w:type="dxa" w:w="1728"/>
          </w:tcPr>
          <w:p>
            <w:r>
              <w:t>女</w:t>
            </w:r>
          </w:p>
        </w:tc>
        <w:tc>
          <w:tcPr>
            <w:tcW w:type="dxa" w:w="1728"/>
          </w:tcPr>
          <w:p>
            <w:r>
              <w:t>202013880050</w:t>
            </w:r>
          </w:p>
        </w:tc>
        <w:tc>
          <w:tcPr>
            <w:tcW w:type="dxa" w:w="1728"/>
          </w:tcPr>
          <w:p>
            <w:r>
              <w:t>通信华为</w:t>
            </w:r>
          </w:p>
        </w:tc>
      </w:tr>
      <w:tr>
        <w:tc>
          <w:tcPr>
            <w:tcW w:type="dxa" w:w="1728"/>
          </w:tcPr>
          <w:p>
            <w:r>
              <w:t>37</w:t>
            </w:r>
          </w:p>
        </w:tc>
        <w:tc>
          <w:tcPr>
            <w:tcW w:type="dxa" w:w="1728"/>
          </w:tcPr>
          <w:p>
            <w:r>
              <w:t>焦烁萌</w:t>
            </w:r>
          </w:p>
        </w:tc>
        <w:tc>
          <w:tcPr>
            <w:tcW w:type="dxa" w:w="1728"/>
          </w:tcPr>
          <w:p>
            <w:r>
              <w:t>男</w:t>
            </w:r>
          </w:p>
        </w:tc>
        <w:tc>
          <w:tcPr>
            <w:tcW w:type="dxa" w:w="1728"/>
          </w:tcPr>
          <w:p>
            <w:r>
              <w:t>202083270205</w:t>
            </w:r>
          </w:p>
        </w:tc>
        <w:tc>
          <w:tcPr>
            <w:tcW w:type="dxa" w:w="1728"/>
          </w:tcPr>
          <w:p>
            <w:r>
              <w:t>通信华为</w:t>
            </w:r>
          </w:p>
        </w:tc>
      </w:tr>
      <w:tr>
        <w:tc>
          <w:tcPr>
            <w:tcW w:type="dxa" w:w="1728"/>
          </w:tcPr>
          <w:p>
            <w:r>
              <w:t>38</w:t>
            </w:r>
          </w:p>
        </w:tc>
        <w:tc>
          <w:tcPr>
            <w:tcW w:type="dxa" w:w="1728"/>
          </w:tcPr>
          <w:p>
            <w:r>
              <w:t>吴雨桐</w:t>
            </w:r>
          </w:p>
        </w:tc>
        <w:tc>
          <w:tcPr>
            <w:tcW w:type="dxa" w:w="1728"/>
          </w:tcPr>
          <w:p>
            <w:r>
              <w:t>女</w:t>
            </w:r>
          </w:p>
        </w:tc>
        <w:tc>
          <w:tcPr>
            <w:tcW w:type="dxa" w:w="1728"/>
          </w:tcPr>
          <w:p>
            <w:r>
              <w:t>202083270225</w:t>
            </w:r>
          </w:p>
        </w:tc>
        <w:tc>
          <w:tcPr>
            <w:tcW w:type="dxa" w:w="1728"/>
          </w:tcPr>
          <w:p>
            <w:r>
              <w:t>通信华为</w:t>
            </w:r>
          </w:p>
        </w:tc>
      </w:tr>
      <w:tr>
        <w:tc>
          <w:tcPr>
            <w:tcW w:type="dxa" w:w="1728"/>
          </w:tcPr>
          <w:p>
            <w:r>
              <w:t>39</w:t>
            </w:r>
          </w:p>
        </w:tc>
        <w:tc>
          <w:tcPr>
            <w:tcW w:type="dxa" w:w="1728"/>
          </w:tcPr>
          <w:p>
            <w:r>
              <w:t>范耘程</w:t>
            </w:r>
          </w:p>
        </w:tc>
        <w:tc>
          <w:tcPr>
            <w:tcW w:type="dxa" w:w="1728"/>
          </w:tcPr>
          <w:p>
            <w:r>
              <w:t>男</w:t>
            </w:r>
          </w:p>
        </w:tc>
        <w:tc>
          <w:tcPr>
            <w:tcW w:type="dxa" w:w="1728"/>
          </w:tcPr>
          <w:p>
            <w:r>
              <w:t>202083270272</w:t>
            </w:r>
          </w:p>
        </w:tc>
        <w:tc>
          <w:tcPr>
            <w:tcW w:type="dxa" w:w="1728"/>
          </w:tcPr>
          <w:p>
            <w:r>
              <w:t>通信华为</w:t>
            </w:r>
          </w:p>
        </w:tc>
      </w:tr>
      <w:tr>
        <w:tc>
          <w:tcPr>
            <w:tcW w:type="dxa" w:w="1728"/>
          </w:tcPr>
          <w:p>
            <w:r>
              <w:t>40</w:t>
            </w:r>
          </w:p>
        </w:tc>
        <w:tc>
          <w:tcPr>
            <w:tcW w:type="dxa" w:w="1728"/>
          </w:tcPr>
          <w:p>
            <w:r>
              <w:t>雷辰言</w:t>
            </w:r>
          </w:p>
        </w:tc>
        <w:tc>
          <w:tcPr>
            <w:tcW w:type="dxa" w:w="1728"/>
          </w:tcPr>
          <w:p>
            <w:r>
              <w:t>男</w:t>
            </w:r>
          </w:p>
        </w:tc>
        <w:tc>
          <w:tcPr>
            <w:tcW w:type="dxa" w:w="1728"/>
          </w:tcPr>
          <w:p>
            <w:r>
              <w:t>202083270405</w:t>
            </w:r>
          </w:p>
        </w:tc>
        <w:tc>
          <w:tcPr>
            <w:tcW w:type="dxa" w:w="1728"/>
          </w:tcPr>
          <w:p>
            <w:r>
              <w:t>通信华为</w:t>
            </w:r>
          </w:p>
        </w:tc>
      </w:tr>
      <w:tr>
        <w:tc>
          <w:tcPr>
            <w:tcW w:type="dxa" w:w="1728"/>
          </w:tcPr>
          <w:p>
            <w:r>
              <w:t>41</w:t>
            </w:r>
          </w:p>
        </w:tc>
        <w:tc>
          <w:tcPr>
            <w:tcW w:type="dxa" w:w="1728"/>
          </w:tcPr>
          <w:p>
            <w:r>
              <w:t>赵伟毓</w:t>
            </w:r>
          </w:p>
        </w:tc>
        <w:tc>
          <w:tcPr>
            <w:tcW w:type="dxa" w:w="1728"/>
          </w:tcPr>
          <w:p>
            <w:r>
              <w:t>男</w:t>
            </w:r>
          </w:p>
        </w:tc>
        <w:tc>
          <w:tcPr>
            <w:tcW w:type="dxa" w:w="1728"/>
          </w:tcPr>
          <w:p>
            <w:r>
              <w:t>202083270033</w:t>
            </w:r>
          </w:p>
        </w:tc>
        <w:tc>
          <w:tcPr>
            <w:tcW w:type="dxa" w:w="1728"/>
          </w:tcPr>
          <w:p>
            <w:r>
              <w:t>通信华为</w:t>
            </w:r>
          </w:p>
        </w:tc>
      </w:tr>
      <w:tr>
        <w:tc>
          <w:tcPr>
            <w:tcW w:type="dxa" w:w="1728"/>
          </w:tcPr>
          <w:p>
            <w:r>
              <w:t>42</w:t>
            </w:r>
          </w:p>
        </w:tc>
        <w:tc>
          <w:tcPr>
            <w:tcW w:type="dxa" w:w="1728"/>
          </w:tcPr>
          <w:p>
            <w:r>
              <w:t>周正雅</w:t>
            </w:r>
          </w:p>
        </w:tc>
        <w:tc>
          <w:tcPr>
            <w:tcW w:type="dxa" w:w="1728"/>
          </w:tcPr>
          <w:p>
            <w:r>
              <w:t>女</w:t>
            </w:r>
          </w:p>
        </w:tc>
        <w:tc>
          <w:tcPr>
            <w:tcW w:type="dxa" w:w="1728"/>
          </w:tcPr>
          <w:p>
            <w:r>
              <w:t>202083270438</w:t>
            </w:r>
          </w:p>
        </w:tc>
        <w:tc>
          <w:tcPr>
            <w:tcW w:type="dxa" w:w="1728"/>
          </w:tcPr>
          <w:p>
            <w:r>
              <w:t>通信华为</w:t>
            </w:r>
          </w:p>
        </w:tc>
      </w:tr>
      <w:tr>
        <w:tc>
          <w:tcPr>
            <w:tcW w:type="dxa" w:w="1728"/>
          </w:tcPr>
          <w:p>
            <w:r>
              <w:t>43</w:t>
            </w:r>
          </w:p>
        </w:tc>
        <w:tc>
          <w:tcPr>
            <w:tcW w:type="dxa" w:w="1728"/>
          </w:tcPr>
          <w:p>
            <w:r>
              <w:t>陈昊</w:t>
            </w:r>
          </w:p>
        </w:tc>
        <w:tc>
          <w:tcPr>
            <w:tcW w:type="dxa" w:w="1728"/>
          </w:tcPr>
          <w:p>
            <w:r>
              <w:t>男</w:t>
            </w:r>
          </w:p>
        </w:tc>
        <w:tc>
          <w:tcPr>
            <w:tcW w:type="dxa" w:w="1728"/>
          </w:tcPr>
          <w:p>
            <w:r>
              <w:t>202083270133</w:t>
            </w:r>
          </w:p>
        </w:tc>
        <w:tc>
          <w:tcPr>
            <w:tcW w:type="dxa" w:w="1728"/>
          </w:tcPr>
          <w:p>
            <w:r>
              <w:t>通信华为</w:t>
            </w:r>
          </w:p>
        </w:tc>
      </w:tr>
    </w:tbl>
    <w:p>
      <w:r>
        <w:t>公示时间：9月18日— 9月20日。</w:t>
      </w:r>
    </w:p>
    <w:p>
      <w:r>
        <w:t>如对上述结果有异议，请向学院办公室反映，联系电话025-58731571，联系人：朱老师。</w:t>
      </w:r>
    </w:p>
    <w:p>
      <w:r>
        <w:t>电子与信息工程学院</w:t>
      </w:r>
    </w:p>
    <w:p>
      <w:r>
        <w:t>2023年9月18日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