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电子与信息工程学院拟获2023年推免研究生资格名单公示</w:t>
      </w:r>
    </w:p>
    <w:p>
      <w:r>
        <w:t>根据教务处《关于做好2023年优秀应届本科毕业生免试攻读研究生推荐工作的通知》及《电子与信息工程学院2023年关于推荐免试攻读硕士学位研究生工作细则》，经学院推免生考核小组综合审核、学院推免生工作领导小组审定，拟给予刘安邦、吴俊尧、顾浚哲、卢缘钦等27+1名同学免推研究生资格，现予以公示。具体名单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序号</w:t>
            </w:r>
          </w:p>
        </w:tc>
        <w:tc>
          <w:tcPr>
            <w:tcW w:type="dxa" w:w="2160"/>
          </w:tcPr>
          <w:p>
            <w:r>
              <w:t>姓名</w:t>
            </w:r>
          </w:p>
        </w:tc>
        <w:tc>
          <w:tcPr>
            <w:tcW w:type="dxa" w:w="2160"/>
          </w:tcPr>
          <w:p>
            <w:r>
              <w:t>性别</w:t>
            </w:r>
          </w:p>
        </w:tc>
        <w:tc>
          <w:tcPr>
            <w:tcW w:type="dxa" w:w="2160"/>
          </w:tcPr>
          <w:p>
            <w:r>
              <w:t>学号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刘安邦</w:t>
            </w:r>
          </w:p>
        </w:tc>
        <w:tc>
          <w:tcPr>
            <w:tcW w:type="dxa" w:w="2160"/>
          </w:tcPr>
          <w:p>
            <w:r>
              <w:t>男</w:t>
            </w:r>
          </w:p>
        </w:tc>
        <w:tc>
          <w:tcPr>
            <w:tcW w:type="dxa" w:w="2160"/>
          </w:tcPr>
          <w:p>
            <w:r>
              <w:t>201983270160</w:t>
            </w:r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韦磊</w:t>
            </w:r>
          </w:p>
        </w:tc>
        <w:tc>
          <w:tcPr>
            <w:tcW w:type="dxa" w:w="2160"/>
          </w:tcPr>
          <w:p>
            <w:r>
              <w:t>男</w:t>
            </w:r>
          </w:p>
        </w:tc>
        <w:tc>
          <w:tcPr>
            <w:tcW w:type="dxa" w:w="2160"/>
          </w:tcPr>
          <w:p>
            <w:r>
              <w:t>201983270195</w:t>
            </w:r>
          </w:p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郭靖丰</w:t>
            </w:r>
          </w:p>
        </w:tc>
        <w:tc>
          <w:tcPr>
            <w:tcW w:type="dxa" w:w="2160"/>
          </w:tcPr>
          <w:p>
            <w:r>
              <w:t>男</w:t>
            </w:r>
          </w:p>
        </w:tc>
        <w:tc>
          <w:tcPr>
            <w:tcW w:type="dxa" w:w="2160"/>
          </w:tcPr>
          <w:p>
            <w:r>
              <w:t>201983270177</w:t>
            </w:r>
          </w:p>
        </w:tc>
      </w:tr>
      <w:tr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王胥钢</w:t>
            </w:r>
          </w:p>
        </w:tc>
        <w:tc>
          <w:tcPr>
            <w:tcW w:type="dxa" w:w="2160"/>
          </w:tcPr>
          <w:p>
            <w:r>
              <w:t>男</w:t>
            </w:r>
          </w:p>
        </w:tc>
        <w:tc>
          <w:tcPr>
            <w:tcW w:type="dxa" w:w="2160"/>
          </w:tcPr>
          <w:p>
            <w:r>
              <w:t>201983270120</w:t>
            </w:r>
          </w:p>
        </w:tc>
      </w:tr>
      <w:tr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王小龙</w:t>
            </w:r>
          </w:p>
        </w:tc>
        <w:tc>
          <w:tcPr>
            <w:tcW w:type="dxa" w:w="2160"/>
          </w:tcPr>
          <w:p>
            <w:r>
              <w:t>男</w:t>
            </w:r>
          </w:p>
        </w:tc>
        <w:tc>
          <w:tcPr>
            <w:tcW w:type="dxa" w:w="2160"/>
          </w:tcPr>
          <w:p>
            <w:r>
              <w:t>201983270385</w:t>
            </w:r>
          </w:p>
        </w:tc>
      </w:tr>
      <w:tr>
        <w:tc>
          <w:tcPr>
            <w:tcW w:type="dxa" w:w="2160"/>
          </w:tcPr>
          <w:p>
            <w:r>
              <w:t>6</w:t>
            </w:r>
          </w:p>
        </w:tc>
        <w:tc>
          <w:tcPr>
            <w:tcW w:type="dxa" w:w="2160"/>
          </w:tcPr>
          <w:p>
            <w:r>
              <w:t>卢奕</w:t>
            </w:r>
          </w:p>
        </w:tc>
        <w:tc>
          <w:tcPr>
            <w:tcW w:type="dxa" w:w="2160"/>
          </w:tcPr>
          <w:p>
            <w:r>
              <w:t>男</w:t>
            </w:r>
          </w:p>
        </w:tc>
        <w:tc>
          <w:tcPr>
            <w:tcW w:type="dxa" w:w="2160"/>
          </w:tcPr>
          <w:p>
            <w:r>
              <w:t>201983270003</w:t>
            </w:r>
          </w:p>
        </w:tc>
      </w:tr>
      <w:tr>
        <w:tc>
          <w:tcPr>
            <w:tcW w:type="dxa" w:w="2160"/>
          </w:tcPr>
          <w:p>
            <w:r>
              <w:t>7</w:t>
            </w:r>
          </w:p>
        </w:tc>
        <w:tc>
          <w:tcPr>
            <w:tcW w:type="dxa" w:w="2160"/>
          </w:tcPr>
          <w:p>
            <w:r>
              <w:t>李大伟</w:t>
            </w:r>
          </w:p>
        </w:tc>
        <w:tc>
          <w:tcPr>
            <w:tcW w:type="dxa" w:w="2160"/>
          </w:tcPr>
          <w:p>
            <w:r>
              <w:t>男</w:t>
            </w:r>
          </w:p>
        </w:tc>
        <w:tc>
          <w:tcPr>
            <w:tcW w:type="dxa" w:w="2160"/>
          </w:tcPr>
          <w:p>
            <w:r>
              <w:t>201983330060</w:t>
            </w:r>
          </w:p>
        </w:tc>
      </w:tr>
      <w:tr>
        <w:tc>
          <w:tcPr>
            <w:tcW w:type="dxa" w:w="2160"/>
          </w:tcPr>
          <w:p>
            <w:r>
              <w:t>8</w:t>
            </w:r>
          </w:p>
        </w:tc>
        <w:tc>
          <w:tcPr>
            <w:tcW w:type="dxa" w:w="2160"/>
          </w:tcPr>
          <w:p>
            <w:r>
              <w:t>田澄睿</w:t>
            </w:r>
          </w:p>
        </w:tc>
        <w:tc>
          <w:tcPr>
            <w:tcW w:type="dxa" w:w="2160"/>
          </w:tcPr>
          <w:p>
            <w:r>
              <w:t>男</w:t>
            </w:r>
          </w:p>
        </w:tc>
        <w:tc>
          <w:tcPr>
            <w:tcW w:type="dxa" w:w="2160"/>
          </w:tcPr>
          <w:p>
            <w:r>
              <w:t>201983270274</w:t>
            </w:r>
          </w:p>
        </w:tc>
      </w:tr>
      <w:tr>
        <w:tc>
          <w:tcPr>
            <w:tcW w:type="dxa" w:w="2160"/>
          </w:tcPr>
          <w:p>
            <w:r>
              <w:t>9</w:t>
            </w:r>
          </w:p>
        </w:tc>
        <w:tc>
          <w:tcPr>
            <w:tcW w:type="dxa" w:w="2160"/>
          </w:tcPr>
          <w:p>
            <w:r>
              <w:t>高翔</w:t>
            </w:r>
          </w:p>
        </w:tc>
        <w:tc>
          <w:tcPr>
            <w:tcW w:type="dxa" w:w="2160"/>
          </w:tcPr>
          <w:p>
            <w:r>
              <w:t>女</w:t>
            </w:r>
          </w:p>
        </w:tc>
        <w:tc>
          <w:tcPr>
            <w:tcW w:type="dxa" w:w="2160"/>
          </w:tcPr>
          <w:p>
            <w:r>
              <w:t>201983270405</w:t>
            </w:r>
          </w:p>
        </w:tc>
      </w:tr>
      <w:tr>
        <w:tc>
          <w:tcPr>
            <w:tcW w:type="dxa" w:w="2160"/>
          </w:tcPr>
          <w:p>
            <w:r>
              <w:t>10</w:t>
            </w:r>
          </w:p>
        </w:tc>
        <w:tc>
          <w:tcPr>
            <w:tcW w:type="dxa" w:w="2160"/>
          </w:tcPr>
          <w:p>
            <w:r>
              <w:t>吴俊尧</w:t>
            </w:r>
          </w:p>
        </w:tc>
        <w:tc>
          <w:tcPr>
            <w:tcW w:type="dxa" w:w="2160"/>
          </w:tcPr>
          <w:p>
            <w:r>
              <w:t>男</w:t>
            </w:r>
          </w:p>
        </w:tc>
        <w:tc>
          <w:tcPr>
            <w:tcW w:type="dxa" w:w="2160"/>
          </w:tcPr>
          <w:p>
            <w:r>
              <w:t>201983270097</w:t>
            </w:r>
          </w:p>
        </w:tc>
      </w:tr>
      <w:tr>
        <w:tc>
          <w:tcPr>
            <w:tcW w:type="dxa" w:w="2160"/>
          </w:tcPr>
          <w:p>
            <w:r>
              <w:t>11</w:t>
            </w:r>
          </w:p>
        </w:tc>
        <w:tc>
          <w:tcPr>
            <w:tcW w:type="dxa" w:w="2160"/>
          </w:tcPr>
          <w:p>
            <w:r>
              <w:t>王博业</w:t>
            </w:r>
          </w:p>
        </w:tc>
        <w:tc>
          <w:tcPr>
            <w:tcW w:type="dxa" w:w="2160"/>
          </w:tcPr>
          <w:p>
            <w:r>
              <w:t>男</w:t>
            </w:r>
          </w:p>
        </w:tc>
        <w:tc>
          <w:tcPr>
            <w:tcW w:type="dxa" w:w="2160"/>
          </w:tcPr>
          <w:p>
            <w:r>
              <w:t>201983270344</w:t>
            </w:r>
          </w:p>
        </w:tc>
      </w:tr>
      <w:tr>
        <w:tc>
          <w:tcPr>
            <w:tcW w:type="dxa" w:w="2160"/>
          </w:tcPr>
          <w:p>
            <w:r>
              <w:t>12</w:t>
            </w:r>
          </w:p>
        </w:tc>
        <w:tc>
          <w:tcPr>
            <w:tcW w:type="dxa" w:w="2160"/>
          </w:tcPr>
          <w:p>
            <w:r>
              <w:t>胡晨浩</w:t>
            </w:r>
          </w:p>
        </w:tc>
        <w:tc>
          <w:tcPr>
            <w:tcW w:type="dxa" w:w="2160"/>
          </w:tcPr>
          <w:p>
            <w:r>
              <w:t>男</w:t>
            </w:r>
          </w:p>
        </w:tc>
        <w:tc>
          <w:tcPr>
            <w:tcW w:type="dxa" w:w="2160"/>
          </w:tcPr>
          <w:p>
            <w:r>
              <w:t>201983270251</w:t>
            </w:r>
          </w:p>
        </w:tc>
      </w:tr>
      <w:tr>
        <w:tc>
          <w:tcPr>
            <w:tcW w:type="dxa" w:w="2160"/>
          </w:tcPr>
          <w:p>
            <w:r>
              <w:t>13</w:t>
            </w:r>
          </w:p>
        </w:tc>
        <w:tc>
          <w:tcPr>
            <w:tcW w:type="dxa" w:w="2160"/>
          </w:tcPr>
          <w:p>
            <w:r>
              <w:t>周顺隆</w:t>
            </w:r>
          </w:p>
        </w:tc>
        <w:tc>
          <w:tcPr>
            <w:tcW w:type="dxa" w:w="2160"/>
          </w:tcPr>
          <w:p>
            <w:r>
              <w:t>男</w:t>
            </w:r>
          </w:p>
        </w:tc>
        <w:tc>
          <w:tcPr>
            <w:tcW w:type="dxa" w:w="2160"/>
          </w:tcPr>
          <w:p>
            <w:r>
              <w:t>201983270172</w:t>
            </w:r>
          </w:p>
        </w:tc>
      </w:tr>
      <w:tr>
        <w:tc>
          <w:tcPr>
            <w:tcW w:type="dxa" w:w="2160"/>
          </w:tcPr>
          <w:p>
            <w:r>
              <w:t>14</w:t>
            </w:r>
          </w:p>
        </w:tc>
        <w:tc>
          <w:tcPr>
            <w:tcW w:type="dxa" w:w="2160"/>
          </w:tcPr>
          <w:p>
            <w:r>
              <w:t>范浩</w:t>
            </w:r>
          </w:p>
        </w:tc>
        <w:tc>
          <w:tcPr>
            <w:tcW w:type="dxa" w:w="2160"/>
          </w:tcPr>
          <w:p>
            <w:r>
              <w:t>男</w:t>
            </w:r>
          </w:p>
        </w:tc>
        <w:tc>
          <w:tcPr>
            <w:tcW w:type="dxa" w:w="2160"/>
          </w:tcPr>
          <w:p>
            <w:r>
              <w:t>201983270477</w:t>
            </w:r>
          </w:p>
        </w:tc>
      </w:tr>
      <w:tr>
        <w:tc>
          <w:tcPr>
            <w:tcW w:type="dxa" w:w="2160"/>
          </w:tcPr>
          <w:p>
            <w:r>
              <w:t>15</w:t>
            </w:r>
          </w:p>
        </w:tc>
        <w:tc>
          <w:tcPr>
            <w:tcW w:type="dxa" w:w="2160"/>
          </w:tcPr>
          <w:p>
            <w:r>
              <w:t>秦旺林</w:t>
            </w:r>
          </w:p>
        </w:tc>
        <w:tc>
          <w:tcPr>
            <w:tcW w:type="dxa" w:w="2160"/>
          </w:tcPr>
          <w:p>
            <w:r>
              <w:t>男</w:t>
            </w:r>
          </w:p>
        </w:tc>
        <w:tc>
          <w:tcPr>
            <w:tcW w:type="dxa" w:w="2160"/>
          </w:tcPr>
          <w:p>
            <w:r>
              <w:t>201983430040</w:t>
            </w:r>
          </w:p>
        </w:tc>
      </w:tr>
      <w:tr>
        <w:tc>
          <w:tcPr>
            <w:tcW w:type="dxa" w:w="2160"/>
          </w:tcPr>
          <w:p>
            <w:r>
              <w:t>16</w:t>
            </w:r>
          </w:p>
        </w:tc>
        <w:tc>
          <w:tcPr>
            <w:tcW w:type="dxa" w:w="2160"/>
          </w:tcPr>
          <w:p>
            <w:r>
              <w:t>陈超然</w:t>
            </w:r>
          </w:p>
        </w:tc>
        <w:tc>
          <w:tcPr>
            <w:tcW w:type="dxa" w:w="2160"/>
          </w:tcPr>
          <w:p>
            <w:r>
              <w:t>男</w:t>
            </w:r>
          </w:p>
        </w:tc>
        <w:tc>
          <w:tcPr>
            <w:tcW w:type="dxa" w:w="2160"/>
          </w:tcPr>
          <w:p>
            <w:r>
              <w:t>201983270046</w:t>
            </w:r>
          </w:p>
        </w:tc>
      </w:tr>
      <w:tr>
        <w:tc>
          <w:tcPr>
            <w:tcW w:type="dxa" w:w="2160"/>
          </w:tcPr>
          <w:p>
            <w:r>
              <w:t>17</w:t>
            </w:r>
          </w:p>
        </w:tc>
        <w:tc>
          <w:tcPr>
            <w:tcW w:type="dxa" w:w="2160"/>
          </w:tcPr>
          <w:p>
            <w:r>
              <w:t>刘佳明</w:t>
            </w:r>
          </w:p>
        </w:tc>
        <w:tc>
          <w:tcPr>
            <w:tcW w:type="dxa" w:w="2160"/>
          </w:tcPr>
          <w:p>
            <w:r>
              <w:t>女</w:t>
            </w:r>
          </w:p>
        </w:tc>
        <w:tc>
          <w:tcPr>
            <w:tcW w:type="dxa" w:w="2160"/>
          </w:tcPr>
          <w:p>
            <w:r>
              <w:t>201983270350</w:t>
            </w:r>
          </w:p>
        </w:tc>
      </w:tr>
      <w:tr>
        <w:tc>
          <w:tcPr>
            <w:tcW w:type="dxa" w:w="2160"/>
          </w:tcPr>
          <w:p>
            <w:r>
              <w:t>18</w:t>
            </w:r>
          </w:p>
        </w:tc>
        <w:tc>
          <w:tcPr>
            <w:tcW w:type="dxa" w:w="2160"/>
          </w:tcPr>
          <w:p>
            <w:r>
              <w:t>顾浚哲</w:t>
            </w:r>
          </w:p>
        </w:tc>
        <w:tc>
          <w:tcPr>
            <w:tcW w:type="dxa" w:w="2160"/>
          </w:tcPr>
          <w:p>
            <w:r>
              <w:t>男</w:t>
            </w:r>
          </w:p>
        </w:tc>
        <w:tc>
          <w:tcPr>
            <w:tcW w:type="dxa" w:w="2160"/>
          </w:tcPr>
          <w:p>
            <w:r>
              <w:t>201983270256</w:t>
            </w:r>
          </w:p>
        </w:tc>
      </w:tr>
      <w:tr>
        <w:tc>
          <w:tcPr>
            <w:tcW w:type="dxa" w:w="2160"/>
          </w:tcPr>
          <w:p>
            <w:r>
              <w:t>19</w:t>
            </w:r>
          </w:p>
        </w:tc>
        <w:tc>
          <w:tcPr>
            <w:tcW w:type="dxa" w:w="2160"/>
          </w:tcPr>
          <w:p>
            <w:r>
              <w:t>杨旻荟</w:t>
            </w:r>
          </w:p>
        </w:tc>
        <w:tc>
          <w:tcPr>
            <w:tcW w:type="dxa" w:w="2160"/>
          </w:tcPr>
          <w:p>
            <w:r>
              <w:t>男</w:t>
            </w:r>
          </w:p>
        </w:tc>
        <w:tc>
          <w:tcPr>
            <w:tcW w:type="dxa" w:w="2160"/>
          </w:tcPr>
          <w:p>
            <w:r>
              <w:t>201983270241</w:t>
            </w:r>
          </w:p>
        </w:tc>
      </w:tr>
      <w:tr>
        <w:tc>
          <w:tcPr>
            <w:tcW w:type="dxa" w:w="2160"/>
          </w:tcPr>
          <w:p>
            <w:r>
              <w:t>20</w:t>
            </w:r>
          </w:p>
        </w:tc>
        <w:tc>
          <w:tcPr>
            <w:tcW w:type="dxa" w:w="2160"/>
          </w:tcPr>
          <w:p>
            <w:r>
              <w:t>孙瑾怡</w:t>
            </w:r>
          </w:p>
        </w:tc>
        <w:tc>
          <w:tcPr>
            <w:tcW w:type="dxa" w:w="2160"/>
          </w:tcPr>
          <w:p>
            <w:r>
              <w:t>女</w:t>
            </w:r>
          </w:p>
        </w:tc>
        <w:tc>
          <w:tcPr>
            <w:tcW w:type="dxa" w:w="2160"/>
          </w:tcPr>
          <w:p>
            <w:r>
              <w:t>201983270423</w:t>
            </w:r>
          </w:p>
        </w:tc>
      </w:tr>
      <w:tr>
        <w:tc>
          <w:tcPr>
            <w:tcW w:type="dxa" w:w="2160"/>
          </w:tcPr>
          <w:p>
            <w:r>
              <w:t>21</w:t>
            </w:r>
          </w:p>
        </w:tc>
        <w:tc>
          <w:tcPr>
            <w:tcW w:type="dxa" w:w="2160"/>
          </w:tcPr>
          <w:p>
            <w:r>
              <w:t>霍明辉</w:t>
            </w:r>
          </w:p>
        </w:tc>
        <w:tc>
          <w:tcPr>
            <w:tcW w:type="dxa" w:w="2160"/>
          </w:tcPr>
          <w:p>
            <w:r>
              <w:t>男</w:t>
            </w:r>
          </w:p>
        </w:tc>
        <w:tc>
          <w:tcPr>
            <w:tcW w:type="dxa" w:w="2160"/>
          </w:tcPr>
          <w:p>
            <w:r>
              <w:t>201983450077</w:t>
            </w:r>
          </w:p>
        </w:tc>
      </w:tr>
      <w:tr>
        <w:tc>
          <w:tcPr>
            <w:tcW w:type="dxa" w:w="2160"/>
          </w:tcPr>
          <w:p>
            <w:r>
              <w:t>22</w:t>
            </w:r>
          </w:p>
        </w:tc>
        <w:tc>
          <w:tcPr>
            <w:tcW w:type="dxa" w:w="2160"/>
          </w:tcPr>
          <w:p>
            <w:r>
              <w:t>吕聪凤</w:t>
            </w:r>
          </w:p>
        </w:tc>
        <w:tc>
          <w:tcPr>
            <w:tcW w:type="dxa" w:w="2160"/>
          </w:tcPr>
          <w:p>
            <w:r>
              <w:t>女</w:t>
            </w:r>
          </w:p>
        </w:tc>
        <w:tc>
          <w:tcPr>
            <w:tcW w:type="dxa" w:w="2160"/>
          </w:tcPr>
          <w:p>
            <w:r>
              <w:t>201983270278</w:t>
            </w:r>
          </w:p>
        </w:tc>
      </w:tr>
      <w:tr>
        <w:tc>
          <w:tcPr>
            <w:tcW w:type="dxa" w:w="2160"/>
          </w:tcPr>
          <w:p>
            <w:r>
              <w:t>23</w:t>
            </w:r>
          </w:p>
        </w:tc>
        <w:tc>
          <w:tcPr>
            <w:tcW w:type="dxa" w:w="2160"/>
          </w:tcPr>
          <w:p>
            <w:r>
              <w:t>卢缘钦</w:t>
            </w:r>
          </w:p>
        </w:tc>
        <w:tc>
          <w:tcPr>
            <w:tcW w:type="dxa" w:w="2160"/>
          </w:tcPr>
          <w:p>
            <w:r>
              <w:t>男</w:t>
            </w:r>
          </w:p>
        </w:tc>
        <w:tc>
          <w:tcPr>
            <w:tcW w:type="dxa" w:w="2160"/>
          </w:tcPr>
          <w:p>
            <w:r>
              <w:t>201983270196</w:t>
            </w:r>
          </w:p>
        </w:tc>
      </w:tr>
      <w:tr>
        <w:tc>
          <w:tcPr>
            <w:tcW w:type="dxa" w:w="2160"/>
          </w:tcPr>
          <w:p>
            <w:r>
              <w:t>24</w:t>
            </w:r>
          </w:p>
        </w:tc>
        <w:tc>
          <w:tcPr>
            <w:tcW w:type="dxa" w:w="2160"/>
          </w:tcPr>
          <w:p>
            <w:r>
              <w:t>陈美意</w:t>
            </w:r>
          </w:p>
        </w:tc>
        <w:tc>
          <w:tcPr>
            <w:tcW w:type="dxa" w:w="2160"/>
          </w:tcPr>
          <w:p>
            <w:r>
              <w:t>男</w:t>
            </w:r>
          </w:p>
        </w:tc>
        <w:tc>
          <w:tcPr>
            <w:tcW w:type="dxa" w:w="2160"/>
          </w:tcPr>
          <w:p>
            <w:r>
              <w:t>201983270392</w:t>
            </w:r>
          </w:p>
        </w:tc>
      </w:tr>
      <w:tr>
        <w:tc>
          <w:tcPr>
            <w:tcW w:type="dxa" w:w="2160"/>
          </w:tcPr>
          <w:p>
            <w:r>
              <w:t>25</w:t>
            </w:r>
          </w:p>
        </w:tc>
        <w:tc>
          <w:tcPr>
            <w:tcW w:type="dxa" w:w="2160"/>
          </w:tcPr>
          <w:p>
            <w:r>
              <w:t>姚蔚奇</w:t>
            </w:r>
          </w:p>
        </w:tc>
        <w:tc>
          <w:tcPr>
            <w:tcW w:type="dxa" w:w="2160"/>
          </w:tcPr>
          <w:p>
            <w:r>
              <w:t>男</w:t>
            </w:r>
          </w:p>
        </w:tc>
        <w:tc>
          <w:tcPr>
            <w:tcW w:type="dxa" w:w="2160"/>
          </w:tcPr>
          <w:p>
            <w:r>
              <w:t>201983270479</w:t>
            </w:r>
          </w:p>
        </w:tc>
      </w:tr>
      <w:tr>
        <w:tc>
          <w:tcPr>
            <w:tcW w:type="dxa" w:w="2160"/>
          </w:tcPr>
          <w:p>
            <w:r>
              <w:t>26</w:t>
            </w:r>
          </w:p>
        </w:tc>
        <w:tc>
          <w:tcPr>
            <w:tcW w:type="dxa" w:w="2160"/>
          </w:tcPr>
          <w:p>
            <w:r>
              <w:t>杨瀚瀛</w:t>
            </w:r>
          </w:p>
        </w:tc>
        <w:tc>
          <w:tcPr>
            <w:tcW w:type="dxa" w:w="2160"/>
          </w:tcPr>
          <w:p>
            <w:r>
              <w:t>男</w:t>
            </w:r>
          </w:p>
        </w:tc>
        <w:tc>
          <w:tcPr>
            <w:tcW w:type="dxa" w:w="2160"/>
          </w:tcPr>
          <w:p>
            <w:r>
              <w:t>201983270243</w:t>
            </w:r>
          </w:p>
        </w:tc>
      </w:tr>
      <w:tr>
        <w:tc>
          <w:tcPr>
            <w:tcW w:type="dxa" w:w="2160"/>
          </w:tcPr>
          <w:p>
            <w:r>
              <w:t>27</w:t>
            </w:r>
          </w:p>
        </w:tc>
        <w:tc>
          <w:tcPr>
            <w:tcW w:type="dxa" w:w="2160"/>
          </w:tcPr>
          <w:p>
            <w:r>
              <w:t>沈中坤</w:t>
            </w:r>
          </w:p>
        </w:tc>
        <w:tc>
          <w:tcPr>
            <w:tcW w:type="dxa" w:w="2160"/>
          </w:tcPr>
          <w:p>
            <w:r>
              <w:t>男</w:t>
            </w:r>
          </w:p>
        </w:tc>
        <w:tc>
          <w:tcPr>
            <w:tcW w:type="dxa" w:w="2160"/>
          </w:tcPr>
          <w:p>
            <w:r>
              <w:t>201983270546</w:t>
            </w:r>
          </w:p>
        </w:tc>
      </w:tr>
    </w:tbl>
    <w:p>
      <w:r>
        <w:t>28董文超男201983270264</w:t>
      </w:r>
    </w:p>
    <w:p>
      <w:r>
        <w:t>公示时间：9月16日— 9月18日。</w:t>
      </w:r>
    </w:p>
    <w:p>
      <w:r>
        <w:t>如对上述结果有异议，请向学院办公室反映，联系电话025-58731571，联系人：朱老师。</w:t>
      </w:r>
    </w:p>
    <w:p>
      <w:r>
        <w:t>电子与信息工程学院</w:t>
      </w:r>
    </w:p>
    <w:p>
      <w:r>
        <w:t>2022年9月16日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