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南京信息工程大学电子与信息工程学院2026年推荐免试攻读硕士研究生拟推荐名单</w:t>
      </w:r>
    </w:p>
    <w:p>
      <w:r>
        <w:t>根据教务处《关于做好2026年推荐优秀应届本科毕业生免试攻读研究生工作的通知》及《南京信息工程大学电子与信息工程学院2026年推免工作实施细则》，电子与信息工程学院经学院推免生考核小组综合审核、学院推免生工作领导小组审定，于9月9日上午进行了推免答辩，拟给予高正浩等53名同学免推研究生资格，现予以公示。具体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备注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高正浩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刘子扬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朱翔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张恒铭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许佑安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杨森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仲毅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魏宇炀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尹维权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潘昊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卢杰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饶俊辰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万雨彤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贾世航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周宇晟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杨承昶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刘王予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李兴昊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薛睿晨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王乙如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王姝静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朱士昕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李高峰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顾梓淳</w:t>
            </w:r>
          </w:p>
        </w:tc>
        <w:tc>
          <w:tcPr>
            <w:tcW w:type="dxa" w:w="2160"/>
          </w:tcPr>
          <w:p>
            <w:r>
              <w:t>电子信息工程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褚文楠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张玉尧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强梓杰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许好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刘文义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韩明睿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31</w:t>
            </w:r>
          </w:p>
        </w:tc>
        <w:tc>
          <w:tcPr>
            <w:tcW w:type="dxa" w:w="2160"/>
          </w:tcPr>
          <w:p>
            <w:r>
              <w:t>任俊羽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32</w:t>
            </w:r>
          </w:p>
        </w:tc>
        <w:tc>
          <w:tcPr>
            <w:tcW w:type="dxa" w:w="2160"/>
          </w:tcPr>
          <w:p>
            <w:r>
              <w:t>周雨洋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33</w:t>
            </w:r>
          </w:p>
        </w:tc>
        <w:tc>
          <w:tcPr>
            <w:tcW w:type="dxa" w:w="2160"/>
          </w:tcPr>
          <w:p>
            <w:r>
              <w:t>周紫莘</w:t>
            </w:r>
          </w:p>
        </w:tc>
        <w:tc>
          <w:tcPr>
            <w:tcW w:type="dxa" w:w="2160"/>
          </w:tcPr>
          <w:p>
            <w:r>
              <w:t>电子科学与技术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吴天澄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35</w:t>
            </w:r>
          </w:p>
        </w:tc>
        <w:tc>
          <w:tcPr>
            <w:tcW w:type="dxa" w:w="2160"/>
          </w:tcPr>
          <w:p>
            <w:r>
              <w:t>李含贝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王翊达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37</w:t>
            </w:r>
          </w:p>
        </w:tc>
        <w:tc>
          <w:tcPr>
            <w:tcW w:type="dxa" w:w="2160"/>
          </w:tcPr>
          <w:p>
            <w:r>
              <w:t>王睿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38</w:t>
            </w:r>
          </w:p>
        </w:tc>
        <w:tc>
          <w:tcPr>
            <w:tcW w:type="dxa" w:w="2160"/>
          </w:tcPr>
          <w:p>
            <w:r>
              <w:t>徐渭城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39</w:t>
            </w:r>
          </w:p>
        </w:tc>
        <w:tc>
          <w:tcPr>
            <w:tcW w:type="dxa" w:w="2160"/>
          </w:tcPr>
          <w:p>
            <w:r>
              <w:t>王杰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40</w:t>
            </w:r>
          </w:p>
        </w:tc>
        <w:tc>
          <w:tcPr>
            <w:tcW w:type="dxa" w:w="2160"/>
          </w:tcPr>
          <w:p>
            <w:r>
              <w:t>张伟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41</w:t>
            </w:r>
          </w:p>
        </w:tc>
        <w:tc>
          <w:tcPr>
            <w:tcW w:type="dxa" w:w="2160"/>
          </w:tcPr>
          <w:p>
            <w:r>
              <w:t>曹煜珑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42</w:t>
            </w:r>
          </w:p>
        </w:tc>
        <w:tc>
          <w:tcPr>
            <w:tcW w:type="dxa" w:w="2160"/>
          </w:tcPr>
          <w:p>
            <w:r>
              <w:t>李溢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43</w:t>
            </w:r>
          </w:p>
        </w:tc>
        <w:tc>
          <w:tcPr>
            <w:tcW w:type="dxa" w:w="2160"/>
          </w:tcPr>
          <w:p>
            <w:r>
              <w:t>李雨晴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44</w:t>
            </w:r>
          </w:p>
        </w:tc>
        <w:tc>
          <w:tcPr>
            <w:tcW w:type="dxa" w:w="2160"/>
          </w:tcPr>
          <w:p>
            <w:r>
              <w:t>刘译泽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45</w:t>
            </w:r>
          </w:p>
        </w:tc>
        <w:tc>
          <w:tcPr>
            <w:tcW w:type="dxa" w:w="2160"/>
          </w:tcPr>
          <w:p>
            <w:r>
              <w:t>袁傲然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46</w:t>
            </w:r>
          </w:p>
        </w:tc>
        <w:tc>
          <w:tcPr>
            <w:tcW w:type="dxa" w:w="2160"/>
          </w:tcPr>
          <w:p>
            <w:r>
              <w:t>王子曦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47</w:t>
            </w:r>
          </w:p>
        </w:tc>
        <w:tc>
          <w:tcPr>
            <w:tcW w:type="dxa" w:w="2160"/>
          </w:tcPr>
          <w:p>
            <w:r>
              <w:t>朱雨萌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48</w:t>
            </w:r>
          </w:p>
        </w:tc>
        <w:tc>
          <w:tcPr>
            <w:tcW w:type="dxa" w:w="2160"/>
          </w:tcPr>
          <w:p>
            <w:r>
              <w:t>曹慧雯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49</w:t>
            </w:r>
          </w:p>
        </w:tc>
        <w:tc>
          <w:tcPr>
            <w:tcW w:type="dxa" w:w="2160"/>
          </w:tcPr>
          <w:p>
            <w:r>
              <w:t>潘鸿伟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50</w:t>
            </w:r>
          </w:p>
        </w:tc>
        <w:tc>
          <w:tcPr>
            <w:tcW w:type="dxa" w:w="2160"/>
          </w:tcPr>
          <w:p>
            <w:r>
              <w:t>李应慧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51</w:t>
            </w:r>
          </w:p>
        </w:tc>
        <w:tc>
          <w:tcPr>
            <w:tcW w:type="dxa" w:w="2160"/>
          </w:tcPr>
          <w:p>
            <w:r>
              <w:t>王佳蕊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52</w:t>
            </w:r>
          </w:p>
        </w:tc>
        <w:tc>
          <w:tcPr>
            <w:tcW w:type="dxa" w:w="2160"/>
          </w:tcPr>
          <w:p>
            <w:r>
              <w:t>丁允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53</w:t>
            </w:r>
          </w:p>
        </w:tc>
        <w:tc>
          <w:tcPr>
            <w:tcW w:type="dxa" w:w="2160"/>
          </w:tcPr>
          <w:p>
            <w:r>
              <w:t>王全玲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54</w:t>
            </w:r>
          </w:p>
        </w:tc>
        <w:tc>
          <w:tcPr>
            <w:tcW w:type="dxa" w:w="2160"/>
          </w:tcPr>
          <w:p>
            <w:r>
              <w:t>许尚飞</w:t>
            </w:r>
          </w:p>
        </w:tc>
        <w:tc>
          <w:tcPr>
            <w:tcW w:type="dxa" w:w="2160"/>
          </w:tcPr>
          <w:p>
            <w:r>
              <w:t>通信工程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55</w:t>
            </w:r>
          </w:p>
        </w:tc>
        <w:tc>
          <w:tcPr>
            <w:tcW w:type="dxa" w:w="2160"/>
          </w:tcPr>
          <w:p>
            <w:r>
              <w:t>彭嘉惠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56</w:t>
            </w:r>
          </w:p>
        </w:tc>
        <w:tc>
          <w:tcPr>
            <w:tcW w:type="dxa" w:w="2160"/>
          </w:tcPr>
          <w:p>
            <w:r>
              <w:t>周磊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57</w:t>
            </w:r>
          </w:p>
        </w:tc>
        <w:tc>
          <w:tcPr>
            <w:tcW w:type="dxa" w:w="2160"/>
          </w:tcPr>
          <w:p>
            <w:r>
              <w:t>奚钰靖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58</w:t>
            </w:r>
          </w:p>
        </w:tc>
        <w:tc>
          <w:tcPr>
            <w:tcW w:type="dxa" w:w="2160"/>
          </w:tcPr>
          <w:p>
            <w:r>
              <w:t>陈坤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59</w:t>
            </w:r>
          </w:p>
        </w:tc>
        <w:tc>
          <w:tcPr>
            <w:tcW w:type="dxa" w:w="2160"/>
          </w:tcPr>
          <w:p>
            <w:r>
              <w:t>周子数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60</w:t>
            </w:r>
          </w:p>
        </w:tc>
        <w:tc>
          <w:tcPr>
            <w:tcW w:type="dxa" w:w="2160"/>
          </w:tcPr>
          <w:p>
            <w:r>
              <w:t>祝嘉宜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61</w:t>
            </w:r>
          </w:p>
        </w:tc>
        <w:tc>
          <w:tcPr>
            <w:tcW w:type="dxa" w:w="2160"/>
          </w:tcPr>
          <w:p>
            <w:r>
              <w:t>邵继诚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62</w:t>
            </w:r>
          </w:p>
        </w:tc>
        <w:tc>
          <w:tcPr>
            <w:tcW w:type="dxa" w:w="2160"/>
          </w:tcPr>
          <w:p>
            <w:r>
              <w:t>朱雯越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63</w:t>
            </w:r>
          </w:p>
        </w:tc>
        <w:tc>
          <w:tcPr>
            <w:tcW w:type="dxa" w:w="2160"/>
          </w:tcPr>
          <w:p>
            <w:r>
              <w:t>刘聪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  <w:tr>
        <w:tc>
          <w:tcPr>
            <w:tcW w:type="dxa" w:w="2160"/>
          </w:tcPr>
          <w:p>
            <w:r>
              <w:t>64</w:t>
            </w:r>
          </w:p>
        </w:tc>
        <w:tc>
          <w:tcPr>
            <w:tcW w:type="dxa" w:w="2160"/>
          </w:tcPr>
          <w:p>
            <w:r>
              <w:t>杨恺</w:t>
            </w:r>
          </w:p>
        </w:tc>
        <w:tc>
          <w:tcPr>
            <w:tcW w:type="dxa" w:w="2160"/>
          </w:tcPr>
          <w:p>
            <w:r>
              <w:t>通信工程(华为实验班)</w:t>
            </w:r>
          </w:p>
        </w:tc>
        <w:tc>
          <w:tcPr>
            <w:tcW w:type="dxa" w:w="2160"/>
          </w:tcPr>
          <w:p>
            <w:r>
              <w:t>递补</w:t>
            </w:r>
          </w:p>
        </w:tc>
      </w:tr>
    </w:tbl>
    <w:p>
      <w:r>
        <w:t>公示时间：9月9日— 9月11日。</w:t>
      </w:r>
    </w:p>
    <w:p>
      <w:r>
        <w:t>如对上述结果有异议，请向学院办公室反映，联系电话025-58731571，联系人：李老师。</w:t>
      </w:r>
    </w:p>
    <w:p>
      <w:r>
        <w:t>电子与信息工程学院</w:t>
      </w:r>
    </w:p>
    <w:p>
      <w:r>
        <w:t>2025年9月9日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