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生态与应用气象学院2027年推荐免试攻读硕士研究生拟推荐名单 发布者：占玉燕</w:t>
      </w:r>
    </w:p>
    <w:p>
      <w:r>
        <w:t>按照《关于做好2027年推荐优秀应届本科毕业生免试攻读研究生工作的通知》和《生态与应用气象学院2027年推免工作实施细则》要求，经学生个人申请，学院完成报名资格审核、材料审核、成果鉴定，学院推免生工作领导小组审议，现将本院2027年推荐免试攻读硕士研究生拟推荐名单予以公示（见附件）。</w:t>
      </w:r>
    </w:p>
    <w:p>
      <w:r>
        <w:t>公示时间：2026年9月11日—13日。</w:t>
      </w:r>
    </w:p>
    <w:p>
      <w:r>
        <w:t>公示期间，如对上述结果有异议，请向应气院院办书面反映，反映问题须注明本人的真实姓名、单位、联系地址、邮编和电话（需保密者请注明），否则不予受理。联系电话：025-587311 34，邮箱：850487 @nuist.edu.cn。</w:t>
      </w:r>
    </w:p>
    <w:p>
      <w:r>
        <w:t>生态与应用气象学院</w:t>
      </w:r>
    </w:p>
    <w:p>
      <w:r>
        <w:t>2026年9月11日</w:t>
      </w:r>
    </w:p>
    <w:p>
      <w:r>
        <w:t>附件1：学院推免名单汇总表.pdf</w:t>
      </w:r>
    </w:p>
    <w:p>
      <w:r>
        <w:t>附件2：学生推免加分成果审核鉴定情况一览表.pdf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