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应用气象学院2024年推荐免试攻读硕士研究生拟推荐名单 发布者：李莹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性别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袁靖杰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202013020067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尹思怡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202013020005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沙雅晴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202013020055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张黄杏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202083290419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何润东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202013020052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史苏瑜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202013020078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蔡春昊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202013020035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董家硕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202013020069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许洋铭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202013020049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朱若珲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202013020011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岳娜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202013020105</w:t>
            </w:r>
          </w:p>
        </w:tc>
        <w:tc>
          <w:tcPr>
            <w:tcW w:type="dxa" w:w="1440"/>
          </w:tcPr>
          <w:p>
            <w:r>
              <w:t>应用气象学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吴海坤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202013170026</w:t>
            </w:r>
          </w:p>
        </w:tc>
        <w:tc>
          <w:tcPr>
            <w:tcW w:type="dxa" w:w="1440"/>
          </w:tcPr>
          <w:p>
            <w:r>
              <w:t>生态学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温佳蕙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202013170044</w:t>
            </w:r>
          </w:p>
        </w:tc>
        <w:tc>
          <w:tcPr>
            <w:tcW w:type="dxa" w:w="1440"/>
          </w:tcPr>
          <w:p>
            <w:r>
              <w:t>生态学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杨柯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202013420019</w:t>
            </w:r>
          </w:p>
        </w:tc>
        <w:tc>
          <w:tcPr>
            <w:tcW w:type="dxa" w:w="1440"/>
          </w:tcPr>
          <w:p>
            <w:r>
              <w:t>农业资源与环境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公示即日起为期三天，有异议者请联系院办李老师，尚贤楼423，025-58731134。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