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物理与光电工程学院2024年推荐免试研究生复试及录取工作细则</w:t>
      </w:r>
    </w:p>
    <w:p>
      <w:r>
        <w:t>根据《南京信息工程大学2024年推荐免试研究生复试及录取工作指导意见》等文件精神，为保证我院研究生招生工作顺利进行，提高招生工作质量，结合我院实际情况，现制定物理与光电工程学院2024年推荐免试攻读研究生复试及录取工作细则，具体内容如下：</w:t>
      </w:r>
    </w:p>
    <w:p>
      <w:r>
        <w:t>一、接收条件</w:t>
      </w:r>
    </w:p>
    <w:p>
      <w:r>
        <w:t>1.拥护中国共产党的领导，政治思想表现好，品德良好，诚信守法，身心健康，须符合《普通高等学校招生体检工作指导意见》要求，愿为祖国建设服务；</w:t>
      </w:r>
    </w:p>
    <w:p>
      <w:r>
        <w:t>2.在校期间各方面表现良好，历年成绩优良，基础扎实，具有较强的自学能力、实践能力和创新能力，学术研究兴趣浓厚；</w:t>
      </w:r>
    </w:p>
    <w:p>
      <w:r>
        <w:t>3.具有推荐免试资格高校的优秀应届本科毕业生，能获得本科所在学校的推免资格；</w:t>
      </w:r>
    </w:p>
    <w:p>
      <w:r>
        <w:t>4.学风端正，无作弊、剽窃他人学术成果以及其它违法违纪受处分记录。</w:t>
      </w:r>
    </w:p>
    <w:p>
      <w:r>
        <w:t>二、接收专业及名额</w:t>
      </w:r>
    </w:p>
    <w:p>
      <w:r>
        <w:t>我院“ 080300光学工程”（学术型硕士）、“ 085408光电信息工程”（专业学位硕士）两个硕士点招收推荐免试攻读硕士学位研究生。</w:t>
      </w:r>
    </w:p>
    <w:p>
      <w:r>
        <w:t>招收的推荐免试硕士生总数不超过我院2023年全日制硕士研究生招生计划的50%。</w:t>
      </w:r>
    </w:p>
    <w:p>
      <w:r>
        <w:t>三、申请程序及复试办法</w:t>
      </w:r>
    </w:p>
    <w:p>
      <w:r>
        <w:t>1.申请人需提交以下材料：</w:t>
      </w:r>
    </w:p>
    <w:p>
      <w:r>
        <w:t>（1）《南京信息工程大学2024年推荐免试攻读硕士学位研究生复试申请表》（附件1）；</w:t>
      </w:r>
    </w:p>
    <w:p>
      <w:r>
        <w:t>（2）《南京信息工程大学报考研究生思想品德考核表》（附件2）一份，要求加盖所在学院公章（红章原件）；</w:t>
      </w:r>
    </w:p>
    <w:p>
      <w:r>
        <w:t>（3）本人学生证、身份证复印件各一份；</w:t>
      </w:r>
    </w:p>
    <w:p>
      <w:r>
        <w:t>（4）国家级外语考试成绩或合格证书复印件一份；</w:t>
      </w:r>
    </w:p>
    <w:p>
      <w:r>
        <w:t>（5）本科学习成绩单一份，要求加盖所在学校教务处公章（红章原件）；</w:t>
      </w:r>
    </w:p>
    <w:p>
      <w:r>
        <w:t>（6）有公开发表的学术论文、科研成果或获奖证书者，提供复印件一份。以上材料仅供资格审查使用；</w:t>
      </w:r>
    </w:p>
    <w:p>
      <w:r>
        <w:t>接收材料截止时间：9月2 5日上午1 2 : 0 0。</w:t>
      </w:r>
    </w:p>
    <w:p>
      <w:r>
        <w:t>材料提交地点：纸质材料交至物理与光电工程学院院办（藕舫楼339室,电话：58731031，联系人：许老师），校外学生也可直接发送申请材料至邮箱：850472@nuist.edu.cn。</w:t>
      </w:r>
    </w:p>
    <w:p>
      <w:r>
        <w:t>2 .学院将对申请者提交的所有材料进行审查。申请人提交的全部材料必须保证真实准确，若弄虚作假，一经发现，立即取消其来我校的免试攻读研究生的资格，并通报所在学校。申请人提供的材料收到后不再返还，请自留底稿。</w:t>
      </w:r>
    </w:p>
    <w:p>
      <w:r>
        <w:t>3 .我院分批次审核申请信息，本着先申请先审核先复试的原则，择优选拔，并通过教育部“全国推荐免试攻读研究生（免初试、转段）信息公开暨管理服务系统（以下简称“全国推免服务系统”）”向符合条件的考生发放复试及拟录取通知。</w:t>
      </w:r>
    </w:p>
    <w:p>
      <w:r>
        <w:t>4 .推免研究生复试方式为面试。</w:t>
      </w:r>
    </w:p>
    <w:p>
      <w:r>
        <w:t>（1）复试专家小组负责及对考生的面试成绩进行评定，专家组人数不少于5人，由具有教授、副教授职称的教师组成。</w:t>
      </w:r>
    </w:p>
    <w:p>
      <w:r>
        <w:t>（2）复试成绩包括综合面试和思想政治品德考核等内容。综合面试满分100分，主要考察专业知识、科研能力、学术水平、英语应用能力等。测试方式为面试小组成员现场提问。面试成绩结果保留到小数点后三位。综合面试成绩不满60分者为复试不合格。</w:t>
      </w:r>
    </w:p>
    <w:p>
      <w:r>
        <w:t>（3）复试小组对考生的思想政治素质和道德品质进行考核，主要内容包括考生的政治态度、思想表现、学习（工作）态度、道德品质、守法表现等方面。考生思想政治品德考核成绩不记入复试综合成绩，但考核不合格者不予录取。</w:t>
      </w:r>
    </w:p>
    <w:p>
      <w:r>
        <w:t>四、其它</w:t>
      </w:r>
    </w:p>
    <w:p>
      <w:r>
        <w:t>1.学院根据面试成绩进行排名，确定拟接收免试研究生名单，统一报研究生院复审。</w:t>
      </w:r>
    </w:p>
    <w:p>
      <w:r>
        <w:t>2.若复试后，拟录取免试研究生名额未满，学院将根据系统填报情况另外安排补录复试。</w:t>
      </w:r>
    </w:p>
    <w:p>
      <w:r>
        <w:t>3.复试考核合格并被拟录取的推免生，接到我校在“全国推免服务系统”发送的拟录取通知后，应在规定时间内按要求接受并确认，否则视为自动放弃。</w:t>
      </w:r>
    </w:p>
    <w:p>
      <w:r>
        <w:t>本细则的解释权在物理与光电工程学院。</w:t>
      </w:r>
    </w:p>
    <w:p>
      <w:r>
        <w:t>附件1：南京信息工程大学2024年推荐免试攻读硕士学位研究生复试申请表.doc</w:t>
      </w:r>
    </w:p>
    <w:p>
      <w:r>
        <w:t>附件2：南京信息工程大学报考研究生思想品德考核表.doc</w:t>
      </w:r>
    </w:p>
    <w:p>
      <w:r>
        <w:t>物理与光电工程学院</w:t>
      </w:r>
    </w:p>
    <w:p>
      <w:r>
        <w:t>二○二三年九月二十日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