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海洋科学学院2025年推荐免试研究生（含直博生） 复试及录取工作办法</w:t>
      </w:r>
    </w:p>
    <w:p>
      <w:r>
        <w:t>根据《南京信息工程大学2025年推荐免试研究生复试及录取工作指导意见》《南京信息工程大学关于招收2025届优秀应届本科毕业生推荐免试直博攻读博士学位的通知》等文件精神，结合我院实际，现制定海洋科学学院2025年推荐免试研究生复试及录取工作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3、申请人已获得所在学校的推荐免试资格；</w:t>
      </w:r>
    </w:p>
    <w:p>
      <w:r>
        <w:t>4、学风端正，无作弊、剽窃他人学术成果以及其它违法违纪受处分记录。</w:t>
      </w:r>
    </w:p>
    <w:p>
      <w:r>
        <w:t>5、本科阶段在核心及以上学术刊物发表论文、各类学科竞赛或综合竞赛获省级以上奖励者、从事过科技活动获奖或表现突出者同等情况可优先考虑；</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二、接收名额</w:t>
      </w:r>
    </w:p>
    <w:p>
      <w:r>
        <w:t>录取的推荐免试研究生占用我院2025年的招生名额，录取专业和名额详见我校招生网上《南京信息工程大学2025年招收推荐免试研究生章程》https://yzb.nuist.edu.cn/info/1005/2814.htm附件。</w:t>
      </w:r>
    </w:p>
    <w:p>
      <w:r>
        <w:t>三、推免生复试办法和程序</w:t>
      </w:r>
    </w:p>
    <w:p>
      <w:r>
        <w:t>1、申请人发送电子版附件1：《南京信息工程大学2025年推荐免试攻读硕士学位研究生复试申请表》到学院邮箱：002018@nuist.edu.cn。</w:t>
      </w:r>
    </w:p>
    <w:p>
      <w:r>
        <w:t>截止时间：9月27日</w:t>
      </w:r>
    </w:p>
    <w:p>
      <w:r>
        <w:t>2、申请人需提交以下材料（面试时提交）：</w:t>
      </w:r>
    </w:p>
    <w:p>
      <w:r>
        <w:t>（1）本人学生证、有效身份证复印件各一份;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（5）《南京信息工程大学2025年推荐免试攻读硕士学位研究生复试申请表》或《南京信息工程大学招收优秀应届本科毕业生直接攻读博士学位申请表》（附件2或3）；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免试直博生还需提交《南京信息工程大学招收优秀应届本科毕业生直接攻读博士学位研究生专家推荐书》（附件4）两份(需要2名教授或相当职称以上的专家分别推荐)</w:t>
      </w:r>
    </w:p>
    <w:p>
      <w:r>
        <w:t>材料提交地点：文德楼S515，联系人：胡老师，电话：025-58695653</w:t>
      </w:r>
    </w:p>
    <w:p>
      <w:r>
        <w:t>2、我院成立免试研究生接收工作小组，审查申请人资格。</w:t>
      </w:r>
    </w:p>
    <w:p>
      <w:r>
        <w:t>3、推免复试方式为面试。</w:t>
      </w:r>
    </w:p>
    <w:p>
      <w:r>
        <w:t>（1）学院成立复不少于5人的复试考核小组（副高及以上职称），负责对申请人进行面试考核；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（3）申请人按照抽签顺序参加面试。每位申请人面试时间为10分钟左右，当场面试，当场评分。</w:t>
      </w:r>
    </w:p>
    <w:p>
      <w:r>
        <w:t>（4）复试线下进行，具体时间另行通知。申请人复试时提供有效证件（学生证或身份证），按规定时间报到，进行面试抽签并候考。未按规定时间报到者，视为自动放弃复试资格。</w:t>
      </w:r>
    </w:p>
    <w:p>
      <w:r>
        <w:t>4、确定拟接收免试研究生名单。</w:t>
      </w:r>
    </w:p>
    <w:p>
      <w:r>
        <w:t>学院根据复试成绩进行排名，确定拟接收免试研究生名单，统一报研究生院复审。</w:t>
      </w:r>
    </w:p>
    <w:p>
      <w:r>
        <w:t>5、若复试后，拟录取免试研究生名额未满，学院将根据系统填报情况另外安排补录复试。</w:t>
      </w:r>
    </w:p>
    <w:p>
      <w:r>
        <w:t>6、复试考核合格并被拟录取的推免生，在接到我校在“全国推免系统”发送的拟录取通知后，应在规定时间内按要求接受并确认，否则视为自动放弃。在2024年10月20日前未确认待录取的推免生，视为放弃推免生资格。</w:t>
      </w:r>
    </w:p>
    <w:p>
      <w:r>
        <w:t>四、本办法的解释权在海洋科学学院。</w:t>
      </w:r>
    </w:p>
    <w:p>
      <w:r>
        <w:t>海洋科学学院</w:t>
      </w:r>
    </w:p>
    <w:p>
      <w:r>
        <w:t>二〇二四年九月二十五日</w:t>
      </w:r>
    </w:p>
    <w:p>
      <w:r>
        <w:t>附件1：思想品德考核表</w:t>
      </w:r>
    </w:p>
    <w:p>
      <w:r>
        <w:t>附件2：南京信息工程大学2025年推荐免试攻读硕士学位研究生复试申请表</w:t>
      </w:r>
    </w:p>
    <w:p>
      <w:r>
        <w:t>附件3：南京信息工程大学招收优秀应届本科毕业生直接攻读博士学位申请表</w:t>
      </w:r>
    </w:p>
    <w:p>
      <w:r>
        <w:t>附件4：南京信息工程大学招收优秀应届本科毕业生直接攻读博士学位研究生专家推荐书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