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海洋科学学院2026年接收本科生免试攻读研究生名单公示</w:t>
      </w:r>
    </w:p>
    <w:p>
      <w:r>
        <w:t>头部</w:t>
      </w:r>
    </w:p>
    <w:p>
      <w:r>
        <w:t>移动端导航</w:t>
      </w:r>
    </w:p>
    <w:p>
      <w:r>
        <w:t>搜索模态框</w:t>
      </w:r>
    </w:p>
    <w:p>
      <w:r>
        <w:t>banner</w:t>
      </w:r>
    </w:p>
    <w:p>
      <w:pPr>
        <w:pStyle w:val="Heading2"/>
      </w:pPr>
      <w:r>
        <w:t>人才培养</w:t>
      </w:r>
    </w:p>
    <w:p>
      <w:pPr>
        <w:pStyle w:val="ListBullet"/>
      </w:pPr>
      <w:r>
        <w:t>本科生学生工作理想信念生涯发展健康生活学生团体教学工作培养方案课程教学实践创新</w:t>
      </w:r>
    </w:p>
    <w:p>
      <w:pPr>
        <w:pStyle w:val="ListBullet"/>
      </w:pPr>
      <w:r>
        <w:t>研究生培养方案过程培养</w:t>
      </w:r>
    </w:p>
    <w:p>
      <w:pPr>
        <w:pStyle w:val="ListBullet"/>
      </w:pPr>
      <w:r>
        <w:t>招生工作</w:t>
      </w:r>
    </w:p>
    <w:p>
      <w:pPr>
        <w:pStyle w:val="ListBullet"/>
      </w:pPr>
      <w:r>
        <w:t>百川学术</w:t>
      </w:r>
    </w:p>
    <w:p>
      <w:pPr>
        <w:pStyle w:val="ListBullet"/>
      </w:pPr>
      <w:r>
        <w:t>海洋科普</w:t>
      </w:r>
    </w:p>
    <w:p>
      <w:r>
        <w:t>来源：海洋科学学院时间：2025-09-22作者：点击：287</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序号</w:t>
            </w:r>
          </w:p>
        </w:tc>
        <w:tc>
          <w:tcPr>
            <w:tcW w:type="dxa" w:w="1440"/>
          </w:tcPr>
          <w:p>
            <w:r>
              <w:t>姓名</w:t>
            </w:r>
          </w:p>
        </w:tc>
        <w:tc>
          <w:tcPr>
            <w:tcW w:type="dxa" w:w="1440"/>
          </w:tcPr>
          <w:p>
            <w:r>
              <w:t>本科学校</w:t>
            </w:r>
          </w:p>
        </w:tc>
        <w:tc>
          <w:tcPr>
            <w:tcW w:type="dxa" w:w="1440"/>
          </w:tcPr>
          <w:p>
            <w:r>
              <w:t>所在学院</w:t>
            </w:r>
          </w:p>
        </w:tc>
        <w:tc>
          <w:tcPr>
            <w:tcW w:type="dxa" w:w="1440"/>
          </w:tcPr>
          <w:p>
            <w:r>
              <w:t>本科专业</w:t>
            </w:r>
          </w:p>
        </w:tc>
        <w:tc>
          <w:tcPr>
            <w:tcW w:type="dxa" w:w="1440"/>
          </w:tcPr>
          <w:p>
            <w:r>
              <w:t>拟录取专业</w:t>
            </w:r>
          </w:p>
        </w:tc>
      </w:tr>
      <w:tr>
        <w:tc>
          <w:tcPr>
            <w:tcW w:type="dxa" w:w="1440"/>
          </w:tcPr>
          <w:p>
            <w:r>
              <w:t>1</w:t>
            </w:r>
          </w:p>
        </w:tc>
        <w:tc>
          <w:tcPr>
            <w:tcW w:type="dxa" w:w="1440"/>
          </w:tcPr>
          <w:p>
            <w:r>
              <w:t>黄熙月</w:t>
            </w:r>
          </w:p>
        </w:tc>
        <w:tc>
          <w:tcPr>
            <w:tcW w:type="dxa" w:w="1440"/>
          </w:tcPr>
          <w:p>
            <w:r>
              <w:t>广东海洋大学</w:t>
            </w:r>
          </w:p>
        </w:tc>
        <w:tc>
          <w:tcPr>
            <w:tcW w:type="dxa" w:w="1440"/>
          </w:tcPr>
          <w:p>
            <w:r>
              <w:t>电子与信息工程学院</w:t>
            </w:r>
          </w:p>
        </w:tc>
        <w:tc>
          <w:tcPr>
            <w:tcW w:type="dxa" w:w="1440"/>
          </w:tcPr>
          <w:p>
            <w:r>
              <w:t>海洋技术专业</w:t>
            </w:r>
          </w:p>
        </w:tc>
        <w:tc>
          <w:tcPr>
            <w:tcW w:type="dxa" w:w="1440"/>
          </w:tcPr>
          <w:p>
            <w:r>
              <w:t>物理海洋学</w:t>
            </w:r>
          </w:p>
        </w:tc>
      </w:tr>
    </w:tbl>
    <w:p>
      <w:r>
        <w:t>公示期7天（2025.9.22-2025.9.30），如有问题请以书面或口头方式向学院办公室文S515反馈，电话：15951660183。</w:t>
      </w:r>
    </w:p>
    <w:p>
      <w:r>
        <w:t>海洋科学学院</w:t>
      </w:r>
    </w:p>
    <w:p>
      <w:r>
        <w:t>2025.09.22</w:t>
      </w:r>
    </w:p>
    <w:p>
      <w:r>
        <w:t>上一条：南京信息工程大学海洋科学学院博士研究生招生工作细则</w:t>
      </w:r>
    </w:p>
    <w:p>
      <w:r>
        <w:t>下一条：海洋科学学院2026年推荐免试研究生（含直博生）复试及录取工作办法</w:t>
      </w:r>
    </w:p>
    <w:p>
      <w:r>
        <w:t>foot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