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法学与公共管理学院2025年推免工作实施细则</w:t>
      </w:r>
    </w:p>
    <w:p>
      <w:pPr>
        <w:pStyle w:val="Heading2"/>
      </w:pPr>
      <w:r>
        <w:t>通知公告</w:t>
      </w:r>
    </w:p>
    <w:p>
      <w:r>
        <w:t>发布日期：2024-09-03点击数：382</w:t>
      </w:r>
    </w:p>
    <w:p>
      <w:r>
        <w:t>法学与公共管理学院2025年推免工作实施细则，详见附件。</w:t>
      </w:r>
    </w:p>
    <w:p>
      <w:pPr>
        <w:pStyle w:val="ListBullet"/>
      </w:pPr>
      <w:r>
        <w:t>附件【附件3：法学与公共管理学院2025年推免工作实施细则.pdf】已下载1734次</w:t>
      </w:r>
    </w:p>
    <w:p>
      <w:r>
        <w:t>上一条：关于法学与公共管理学院2025年优秀应届本科毕业生免试攻读硕士研究生拟推荐名单的公示</w:t>
      </w:r>
    </w:p>
    <w:p>
      <w:r>
        <w:t>下一条：法学与公共管理学院2024年本科生转专业笔试及面试通知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