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关于法学与公共管理学院2025年优秀应届本科毕业生免试攻读硕士研究生拟推荐名单的公示</w:t>
      </w:r>
    </w:p>
    <w:p>
      <w:r>
        <w:t>关于法学与公共管理学院2025年优秀应届本科毕业生</w:t>
      </w:r>
    </w:p>
    <w:p>
      <w:r>
        <w:t>免试攻读硕士研究生拟推荐名单的公示</w:t>
      </w:r>
    </w:p>
    <w:p>
      <w:r>
        <w:t>根据学校《关于做好2025年优秀应届本科毕业生免试攻读研究生推荐工作的通知》，我院组织开展推免工作。经个人申请、材料审核、专家评审等环节，拟向学校推荐15名同学免试攻读硕士研究生。</w:t>
      </w:r>
    </w:p>
    <w:p>
      <w:r>
        <w:t>公示时间：9月1 1日-9月13日。如有异议，请于202 4年9月13日前，将实名书面意见送达院办公室（阅江楼620），联系人：周老师，联系电话：58731895，电子邮箱：zhengzhoumo @16 3 .com。</w:t>
      </w:r>
    </w:p>
    <w:p>
      <w:r>
        <w:t>法学与公共管理学院</w:t>
      </w:r>
    </w:p>
    <w:p>
      <w:r>
        <w:t>202 4年9月1 1日</w:t>
      </w:r>
    </w:p>
    <w:p>
      <w:r>
        <w:t>附件5：法学与公共管理学院2025年免试攻读硕士研究生拟推荐名单</w:t>
      </w:r>
    </w:p>
    <w:p>
      <w:r>
        <w:t>附件6：法学与公共管理学院2025年免试攻读硕士研究生拟推荐学生推免加分成果一览表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