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水文与水资源工程学院2027年推荐优秀应届本科毕业生免试攻读研究生工作实施细则</w:t>
      </w:r>
    </w:p>
    <w:p>
      <w:r>
        <w:t>1.学院推免工作领导小组</w:t>
      </w:r>
    </w:p>
    <w:p>
      <w:r>
        <w:t>组长：吴欢、李霞（监督员）</w:t>
      </w:r>
    </w:p>
    <w:p>
      <w:r>
        <w:t>副组长：杨娜、李艳忠</w:t>
      </w:r>
    </w:p>
    <w:p>
      <w:r>
        <w:t>成员：焦阳（教师代表）、徐莉</w:t>
      </w:r>
    </w:p>
    <w:p>
      <w:r>
        <w:t>秘书：邵月红</w:t>
      </w:r>
    </w:p>
    <w:p>
      <w:r>
        <w:t>2 .学院推免专家审核小组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职称</w:t>
            </w:r>
          </w:p>
        </w:tc>
        <w:tc>
          <w:tcPr>
            <w:tcW w:type="dxa" w:w="1728"/>
          </w:tcPr>
          <w:p>
            <w:r>
              <w:t>学科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于志国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水文气象</w:t>
            </w:r>
          </w:p>
        </w:tc>
        <w:tc>
          <w:tcPr>
            <w:tcW w:type="dxa" w:w="1728"/>
          </w:tcPr>
          <w:p>
            <w:r>
              <w:t>组长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陈力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水利工程</w:t>
            </w:r>
          </w:p>
        </w:tc>
        <w:tc>
          <w:tcPr>
            <w:tcW w:type="dxa" w:w="1728"/>
          </w:tcPr>
          <w:p>
            <w:r>
              <w:t>副组长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杨娜</w:t>
            </w:r>
          </w:p>
        </w:tc>
        <w:tc>
          <w:tcPr>
            <w:tcW w:type="dxa" w:w="1728"/>
          </w:tcPr>
          <w:p>
            <w:r>
              <w:t>副教授</w:t>
            </w:r>
          </w:p>
        </w:tc>
        <w:tc>
          <w:tcPr>
            <w:tcW w:type="dxa" w:w="1728"/>
          </w:tcPr>
          <w:p>
            <w:r>
              <w:t>水利工程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朱德华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水利工程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尹君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水文气象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邵伟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水文气象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张叶晖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水文气象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</w:tbl>
    <w:p>
      <w:r>
        <w:t>二、名额分配</w:t>
      </w:r>
    </w:p>
    <w:p>
      <w:r>
        <w:t>分配如下:</w:t>
      </w:r>
    </w:p>
    <w:p>
      <w:r>
        <w:t>大气科学（水文气象）专业推免名额5人</w:t>
      </w:r>
    </w:p>
    <w:p>
      <w:r>
        <w:t>水文与水资源工程专业推免名额3人</w:t>
      </w:r>
    </w:p>
    <w:p>
      <w:r>
        <w:t>水利科学与工程专业推免名额4人</w:t>
      </w:r>
    </w:p>
    <w:p>
      <w:r>
        <w:t>三、推荐条件</w:t>
      </w:r>
    </w:p>
    <w:p>
      <w:r>
        <w:t>（一）坚持中国共产党的领导，拥护社会主义制度，遵纪守法，积极向上，身心健康。</w:t>
      </w:r>
    </w:p>
    <w:p>
      <w:r>
        <w:t>（二）诚实守信，学风端正，品行优良，无任何违法违纪受处分记录和学术不端行为记录。</w:t>
      </w:r>
    </w:p>
    <w:p>
      <w:r>
        <w:t>（三）学习勤奋，成绩优良，必修课没有补考或不及格记录。前三年必修课（按课程正考成绩计算，不含体育）学分加权平均成绩专业排名位列年级前40%，学生综合测评成绩每学年位列专业前5 0%。</w:t>
      </w:r>
    </w:p>
    <w:p>
      <w:r>
        <w:t>（四）全国大学英语六级考试425分及以上或全国大学英语四级考试500分及以上。</w:t>
      </w:r>
    </w:p>
    <w:p>
      <w:r>
        <w:t>四、综合成绩计算</w:t>
      </w:r>
    </w:p>
    <w:p>
      <w:r>
        <w:t>综合成绩=课程成绩(前三年必修课加权平均分) +成果加分</w:t>
      </w:r>
    </w:p>
    <w:p>
      <w:r>
        <w:t>前三年必修课加权平均分：按正考成绩计算，不含体育。</w:t>
      </w:r>
    </w:p>
    <w:p>
      <w:r>
        <w:t>成果加分：《推免加分细则》列出的八个方面成果或荣誉加分的总和，学生在某一方面成果中有多项加分情况时，原则上只取一项。未通过审核鉴定或答辩的成果或经历，不纳入综合成绩计算体系。</w:t>
      </w:r>
    </w:p>
    <w:p>
      <w:r>
        <w:t>在推免综合成绩相同的情况下，优先考虑学业成绩。</w:t>
      </w:r>
    </w:p>
    <w:p>
      <w:r>
        <w:t>五、排名办法</w:t>
      </w:r>
    </w:p>
    <w:p>
      <w:r>
        <w:t>排名按综合成绩由高分到低分进行排序。学院按照推免名额1：1 .2确定推荐和候补名单。</w:t>
      </w:r>
    </w:p>
    <w:p>
      <w:r>
        <w:t>六、工作程序</w:t>
      </w:r>
    </w:p>
    <w:p>
      <w:r>
        <w:t>1、9月1日成立学院推免生工作领导小组和推免生考核小组；制定《水文与水资源工程学院2 027年推荐优秀应届本科毕业生免试攻读研究生工作实施细则》并上报教务处审核同意后公布实施。</w:t>
      </w:r>
    </w:p>
    <w:p>
      <w:r>
        <w:t>2、9月2日：组织学生报名，学生本人填写《推荐免试研究生申请表》，与符合加分的证明材料一起提交至学院。凡联合发表的论文，学生须提供联合发表作者签名的书面说明书，客观陈述其在论文中的实际贡献。申请材料以身份证号+姓名. pdf格式扫描件发送至邮箱swy-jw@nuist.edu.cn。提交截止时间：9月2日1 6 : 45；地点：文德楼C 605；联系人：邵老师。</w:t>
      </w:r>
    </w:p>
    <w:p>
      <w:r>
        <w:t>3、9月8日前，学院完成报名资格审核、材料审核、组织加分成果答辩和鉴定等工作，在学院范围内公示拟推荐名单（含候补名单）和加分成果审核鉴定情况。按照学校要求提交推免工作材料。</w:t>
      </w:r>
    </w:p>
    <w:p>
      <w:r>
        <w:t>七、其他事项</w:t>
      </w:r>
    </w:p>
    <w:p>
      <w:r>
        <w:t>1、本次推免答辩全程录音录像。答辩结束后，按照学校要求将《学生推免加分成果审核鉴定情况一览表》和《学院推荐名单汇总表》公示在文德楼6楼公告栏。如有异议，请于公示期内，实名书面提交异议。联系人：邵老师，电话：025-58 2 3 5135，办公地点：文德楼C 605。邮箱：swy-jw@nuist.edu.cn。</w:t>
      </w:r>
    </w:p>
    <w:p>
      <w:r>
        <w:t>水文与水资源工程学院</w:t>
      </w:r>
    </w:p>
    <w:p>
      <w:r>
        <w:t>2 02 6年9月1日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