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水文与水资源工程学院推荐免试研究生工作细则表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学院推免生工作领导小组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马燮铫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于志国、徐海波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李燕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唐镭、袁星、王洁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学院推免生工作程序及日程安排</w:t>
            </w:r>
          </w:p>
        </w:tc>
        <w:tc>
          <w:tcPr>
            <w:tcW w:type="dxa" w:w="1234"/>
          </w:tcPr>
          <w:p>
            <w:r>
              <w:t>1、2019/9/9成立学院推免生工作领导小组和考核工作小组。2、2019/9/10领导小组研究确定并上报学院工作程序、日程安排和工作细则。3、2019/9/11公布学院推免生工作程序、日程安排和工作细则，并组织学生报名，填写《申请表》，审核学生材料，确定考核名单，并公示。4、2019/9/16根据考核名单组织面试。5、2019/9/17根据成绩评定原则排序并最终确定推荐名单上报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最终成绩评定原则及排名办法或公式（含课程成绩、笔试面试等考核成绩）</w:t>
            </w:r>
          </w:p>
        </w:tc>
        <w:tc>
          <w:tcPr>
            <w:tcW w:type="dxa" w:w="1234"/>
          </w:tcPr>
          <w:p>
            <w:r>
              <w:t>最终成绩=课程成绩(含加分)+考核成绩课程成绩占80%，考核成绩占20%考核成绩为面试成绩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学院笔试面试等考核办法</w:t>
            </w:r>
          </w:p>
        </w:tc>
        <w:tc>
          <w:tcPr>
            <w:tcW w:type="dxa" w:w="1234"/>
          </w:tcPr>
          <w:p>
            <w:r>
              <w:t>面试主要考核英语能力（20%），专业知识（30%）和应用创新能力（50%）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备注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p>
      <w:r>
        <w:t>学院推免生工作领导小组组长签名：</w:t>
      </w:r>
    </w:p>
    <w:p>
      <w:r>
        <w:t>（学院公章）2019年9月9日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