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关于公布2017届免试攻读硕士研究生推荐名单的通知</w:t>
      </w:r>
    </w:p>
    <w:p>
      <w:r>
        <w:t>各学院：</w:t>
      </w:r>
    </w:p>
    <w:p>
      <w:r>
        <w:t>根据《关于做好2017届本科毕业生推荐免试攻读研究生工作的通知》要求，经校内公示，现将2017届免试攻读硕士研究生推荐名单予以公布。</w:t>
      </w:r>
    </w:p>
    <w:p>
      <w:r>
        <w:t>请各学院通知学生尽快登陆教育部推免服务系统（地址：http://yz.chsi.com.cn/tm），进行注册、查询本人推免生资格及其他相关政策，并填报个人资料信息等事宜。</w:t>
      </w:r>
    </w:p>
    <w:p>
      <w:r>
        <w:t>附件：2017届免试攻读硕士研究生推荐名单</w:t>
      </w:r>
    </w:p>
    <w:p>
      <w:r>
        <w:t>教务处</w:t>
      </w:r>
    </w:p>
    <w:p>
      <w:r>
        <w:t>二〇一六年九月二十五日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