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文学院2026年推荐免试攻读硕士研究生拟推荐名单公示</w:t>
      </w:r>
    </w:p>
    <w:p>
      <w:r>
        <w:t>文学院2026年推荐免试攻读硕士研究生拟推荐名单和文学院学生推免加分成果审核鉴定情况一览表如下附件所示，现予以公示。</w:t>
      </w:r>
    </w:p>
    <w:p>
      <w:r>
        <w:t>公示期：202 5年9月7日— 2025年9月9日</w:t>
      </w:r>
    </w:p>
    <w:p>
      <w:r>
        <w:t>如对上述结果有异议，请向文学院教务办公室书面反映，反映问题须注明本人的真实姓名、单位、联系地址、邮编和电话（需保密者请注明），否则不予受理。联系电话：025-5873 1360，地点：文德N404，邮箱：wxy -jw@nuist.edu.cn。</w:t>
      </w:r>
    </w:p>
    <w:p>
      <w:r>
        <w:t>附件5：学院推荐情况汇总表.pdf</w:t>
      </w:r>
    </w:p>
    <w:p>
      <w:r>
        <w:t>附件6：学生推免加分成果一览表.pdf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