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文学院2026年接收推荐免试研究生复试成绩公示</w:t>
      </w:r>
    </w:p>
    <w:p>
      <w:r>
        <w:t>根据学校发布的《南京信息工程大学2026年推荐免试研究生复试及录取工作指导意见》和《文学院2026年招收推荐免试研究生复试及录取工作办法》，经学生个人申请和学院专家面试，现将复试成绩予以公示。公示时间：2025年9月19日—— 2025年9月25日。如有异议，请在公示期内以书面形式实名反映。</w:t>
      </w:r>
    </w:p>
    <w:p>
      <w:r>
        <w:t>联系电话：025-58731360</w:t>
      </w:r>
    </w:p>
    <w:p>
      <w:r>
        <w:t>地址：文德楼N404</w:t>
      </w:r>
    </w:p>
    <w:p>
      <w:r>
        <w:t>电子邮箱：xiao@nuist.edu.cn</w:t>
      </w:r>
    </w:p>
    <w:p>
      <w:r>
        <w:t>具体复试成绩如下（报考支教团计划的单独排序）：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报考专业</w:t>
            </w:r>
          </w:p>
        </w:tc>
        <w:tc>
          <w:tcPr>
            <w:tcW w:type="dxa" w:w="1728"/>
          </w:tcPr>
          <w:p>
            <w:r>
              <w:t>复试成绩</w:t>
            </w:r>
          </w:p>
        </w:tc>
        <w:tc>
          <w:tcPr>
            <w:tcW w:type="dxa" w:w="1728"/>
          </w:tcPr>
          <w:p>
            <w:r>
              <w:t>备注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庄逸</w:t>
            </w:r>
          </w:p>
        </w:tc>
        <w:tc>
          <w:tcPr>
            <w:tcW w:type="dxa" w:w="1728"/>
          </w:tcPr>
          <w:p>
            <w:r>
              <w:t>日语笔译</w:t>
            </w:r>
          </w:p>
        </w:tc>
        <w:tc>
          <w:tcPr>
            <w:tcW w:type="dxa" w:w="1728"/>
          </w:tcPr>
          <w:p>
            <w:r>
              <w:t>95.000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王渝婷</w:t>
            </w:r>
          </w:p>
        </w:tc>
        <w:tc>
          <w:tcPr>
            <w:tcW w:type="dxa" w:w="1728"/>
          </w:tcPr>
          <w:p>
            <w:r>
              <w:t>日语笔译</w:t>
            </w:r>
          </w:p>
        </w:tc>
        <w:tc>
          <w:tcPr>
            <w:tcW w:type="dxa" w:w="1728"/>
          </w:tcPr>
          <w:p>
            <w:r>
              <w:t>91.000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杨静怡</w:t>
            </w:r>
          </w:p>
        </w:tc>
        <w:tc>
          <w:tcPr>
            <w:tcW w:type="dxa" w:w="1728"/>
          </w:tcPr>
          <w:p>
            <w:r>
              <w:t>英语笔译</w:t>
            </w:r>
          </w:p>
        </w:tc>
        <w:tc>
          <w:tcPr>
            <w:tcW w:type="dxa" w:w="1728"/>
          </w:tcPr>
          <w:p>
            <w:r>
              <w:t>94.000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陈婉婷</w:t>
            </w:r>
          </w:p>
        </w:tc>
        <w:tc>
          <w:tcPr>
            <w:tcW w:type="dxa" w:w="1728"/>
          </w:tcPr>
          <w:p>
            <w:r>
              <w:t>英语笔译</w:t>
            </w:r>
          </w:p>
        </w:tc>
        <w:tc>
          <w:tcPr>
            <w:tcW w:type="dxa" w:w="1728"/>
          </w:tcPr>
          <w:p>
            <w:r>
              <w:t>93.200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张闰杰</w:t>
            </w:r>
          </w:p>
        </w:tc>
        <w:tc>
          <w:tcPr>
            <w:tcW w:type="dxa" w:w="1728"/>
          </w:tcPr>
          <w:p>
            <w:r>
              <w:t>英语笔译</w:t>
            </w:r>
          </w:p>
        </w:tc>
        <w:tc>
          <w:tcPr>
            <w:tcW w:type="dxa" w:w="1728"/>
          </w:tcPr>
          <w:p>
            <w:r>
              <w:t>92.200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李清莎</w:t>
            </w:r>
          </w:p>
        </w:tc>
        <w:tc>
          <w:tcPr>
            <w:tcW w:type="dxa" w:w="1728"/>
          </w:tcPr>
          <w:p>
            <w:r>
              <w:t>英语笔译</w:t>
            </w:r>
          </w:p>
        </w:tc>
        <w:tc>
          <w:tcPr>
            <w:tcW w:type="dxa" w:w="1728"/>
          </w:tcPr>
          <w:p>
            <w:r>
              <w:t>91.600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邵薇薇</w:t>
            </w:r>
          </w:p>
        </w:tc>
        <w:tc>
          <w:tcPr>
            <w:tcW w:type="dxa" w:w="1728"/>
          </w:tcPr>
          <w:p>
            <w:r>
              <w:t>英语笔译</w:t>
            </w:r>
          </w:p>
        </w:tc>
        <w:tc>
          <w:tcPr>
            <w:tcW w:type="dxa" w:w="1728"/>
          </w:tcPr>
          <w:p>
            <w:r>
              <w:t>90.800</w:t>
            </w:r>
          </w:p>
        </w:tc>
        <w:tc>
          <w:tcPr>
            <w:tcW w:type="dxa" w:w="1728"/>
          </w:tcPr>
          <w:p>
            <w:r>
              <w:t>支教团</w:t>
            </w:r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缪雯瑞</w:t>
            </w:r>
          </w:p>
        </w:tc>
        <w:tc>
          <w:tcPr>
            <w:tcW w:type="dxa" w:w="1728"/>
          </w:tcPr>
          <w:p>
            <w:r>
              <w:t>英语语言文学</w:t>
            </w:r>
          </w:p>
        </w:tc>
        <w:tc>
          <w:tcPr>
            <w:tcW w:type="dxa" w:w="1728"/>
          </w:tcPr>
          <w:p>
            <w:r>
              <w:t>94.400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肖欣雨</w:t>
            </w:r>
          </w:p>
        </w:tc>
        <w:tc>
          <w:tcPr>
            <w:tcW w:type="dxa" w:w="1728"/>
          </w:tcPr>
          <w:p>
            <w:r>
              <w:t>英语语言文学</w:t>
            </w:r>
          </w:p>
        </w:tc>
        <w:tc>
          <w:tcPr>
            <w:tcW w:type="dxa" w:w="1728"/>
          </w:tcPr>
          <w:p>
            <w:r>
              <w:t>93.800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邹丽娜</w:t>
            </w:r>
          </w:p>
        </w:tc>
        <w:tc>
          <w:tcPr>
            <w:tcW w:type="dxa" w:w="1728"/>
          </w:tcPr>
          <w:p>
            <w:r>
              <w:t>英语语言文学</w:t>
            </w:r>
          </w:p>
        </w:tc>
        <w:tc>
          <w:tcPr>
            <w:tcW w:type="dxa" w:w="1728"/>
          </w:tcPr>
          <w:p>
            <w:r>
              <w:t>93.600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朱亦文</w:t>
            </w:r>
          </w:p>
        </w:tc>
        <w:tc>
          <w:tcPr>
            <w:tcW w:type="dxa" w:w="1728"/>
          </w:tcPr>
          <w:p>
            <w:r>
              <w:t>英语语言文学</w:t>
            </w:r>
          </w:p>
        </w:tc>
        <w:tc>
          <w:tcPr>
            <w:tcW w:type="dxa" w:w="1728"/>
          </w:tcPr>
          <w:p>
            <w:r>
              <w:t>93.200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12</w:t>
            </w:r>
          </w:p>
        </w:tc>
        <w:tc>
          <w:tcPr>
            <w:tcW w:type="dxa" w:w="1728"/>
          </w:tcPr>
          <w:p>
            <w:r>
              <w:t>张露露</w:t>
            </w:r>
          </w:p>
        </w:tc>
        <w:tc>
          <w:tcPr>
            <w:tcW w:type="dxa" w:w="1728"/>
          </w:tcPr>
          <w:p>
            <w:r>
              <w:t>英语语言文学</w:t>
            </w:r>
          </w:p>
        </w:tc>
        <w:tc>
          <w:tcPr>
            <w:tcW w:type="dxa" w:w="1728"/>
          </w:tcPr>
          <w:p>
            <w:r>
              <w:t>91.800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13</w:t>
            </w:r>
          </w:p>
        </w:tc>
        <w:tc>
          <w:tcPr>
            <w:tcW w:type="dxa" w:w="1728"/>
          </w:tcPr>
          <w:p>
            <w:r>
              <w:t>霍然然</w:t>
            </w:r>
          </w:p>
        </w:tc>
        <w:tc>
          <w:tcPr>
            <w:tcW w:type="dxa" w:w="1728"/>
          </w:tcPr>
          <w:p>
            <w:r>
              <w:t>英语语言文学</w:t>
            </w:r>
          </w:p>
        </w:tc>
        <w:tc>
          <w:tcPr>
            <w:tcW w:type="dxa" w:w="1728"/>
          </w:tcPr>
          <w:p>
            <w:r>
              <w:t>89.800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14</w:t>
            </w:r>
          </w:p>
        </w:tc>
        <w:tc>
          <w:tcPr>
            <w:tcW w:type="dxa" w:w="1728"/>
          </w:tcPr>
          <w:p>
            <w:r>
              <w:t>郭晟东</w:t>
            </w:r>
          </w:p>
        </w:tc>
        <w:tc>
          <w:tcPr>
            <w:tcW w:type="dxa" w:w="1728"/>
          </w:tcPr>
          <w:p>
            <w:r>
              <w:t>英语语言文学</w:t>
            </w:r>
          </w:p>
        </w:tc>
        <w:tc>
          <w:tcPr>
            <w:tcW w:type="dxa" w:w="1728"/>
          </w:tcPr>
          <w:p>
            <w:r>
              <w:t>88.000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>
              <w:t>刘影</w:t>
            </w:r>
          </w:p>
        </w:tc>
        <w:tc>
          <w:tcPr>
            <w:tcW w:type="dxa" w:w="1728"/>
          </w:tcPr>
          <w:p>
            <w:r>
              <w:t>英语语言文学</w:t>
            </w:r>
          </w:p>
        </w:tc>
        <w:tc>
          <w:tcPr>
            <w:tcW w:type="dxa" w:w="1728"/>
          </w:tcPr>
          <w:p>
            <w:r>
              <w:t>92.000</w:t>
            </w:r>
          </w:p>
        </w:tc>
        <w:tc>
          <w:tcPr>
            <w:tcW w:type="dxa" w:w="1728"/>
          </w:tcPr>
          <w:p>
            <w:r>
              <w:t>支教团</w:t>
            </w:r>
          </w:p>
        </w:tc>
      </w:tr>
      <w:tr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阳之泓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95.600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17</w:t>
            </w:r>
          </w:p>
        </w:tc>
        <w:tc>
          <w:tcPr>
            <w:tcW w:type="dxa" w:w="1728"/>
          </w:tcPr>
          <w:p>
            <w:r>
              <w:t>任馨怡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95.000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18</w:t>
            </w:r>
          </w:p>
        </w:tc>
        <w:tc>
          <w:tcPr>
            <w:tcW w:type="dxa" w:w="1728"/>
          </w:tcPr>
          <w:p>
            <w:r>
              <w:t>张玥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94.200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19</w:t>
            </w:r>
          </w:p>
        </w:tc>
        <w:tc>
          <w:tcPr>
            <w:tcW w:type="dxa" w:w="1728"/>
          </w:tcPr>
          <w:p>
            <w:r>
              <w:t>黄佩柔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94.200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20</w:t>
            </w:r>
          </w:p>
        </w:tc>
        <w:tc>
          <w:tcPr>
            <w:tcW w:type="dxa" w:w="1728"/>
          </w:tcPr>
          <w:p>
            <w:r>
              <w:t>韦玥含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93.000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21</w:t>
            </w:r>
          </w:p>
        </w:tc>
        <w:tc>
          <w:tcPr>
            <w:tcW w:type="dxa" w:w="1728"/>
          </w:tcPr>
          <w:p>
            <w:r>
              <w:t>李鑫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92.000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22</w:t>
            </w:r>
          </w:p>
        </w:tc>
        <w:tc>
          <w:tcPr>
            <w:tcW w:type="dxa" w:w="1728"/>
          </w:tcPr>
          <w:p>
            <w:r>
              <w:t>冷玥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91.600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23</w:t>
            </w:r>
          </w:p>
        </w:tc>
        <w:tc>
          <w:tcPr>
            <w:tcW w:type="dxa" w:w="1728"/>
          </w:tcPr>
          <w:p>
            <w:r>
              <w:t>唐砚秋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91.000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24</w:t>
            </w:r>
          </w:p>
        </w:tc>
        <w:tc>
          <w:tcPr>
            <w:tcW w:type="dxa" w:w="1728"/>
          </w:tcPr>
          <w:p>
            <w:r>
              <w:t>梁泺帆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90.800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25</w:t>
            </w:r>
          </w:p>
        </w:tc>
        <w:tc>
          <w:tcPr>
            <w:tcW w:type="dxa" w:w="1728"/>
          </w:tcPr>
          <w:p>
            <w:r>
              <w:t>张小涵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90.400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26</w:t>
            </w:r>
          </w:p>
        </w:tc>
        <w:tc>
          <w:tcPr>
            <w:tcW w:type="dxa" w:w="1728"/>
          </w:tcPr>
          <w:p>
            <w:r>
              <w:t>刘婉如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90.400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27</w:t>
            </w:r>
          </w:p>
        </w:tc>
        <w:tc>
          <w:tcPr>
            <w:tcW w:type="dxa" w:w="1728"/>
          </w:tcPr>
          <w:p>
            <w:r>
              <w:t>李东会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90.200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28</w:t>
            </w:r>
          </w:p>
        </w:tc>
        <w:tc>
          <w:tcPr>
            <w:tcW w:type="dxa" w:w="1728"/>
          </w:tcPr>
          <w:p>
            <w:r>
              <w:t>项倩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90.000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29</w:t>
            </w:r>
          </w:p>
        </w:tc>
        <w:tc>
          <w:tcPr>
            <w:tcW w:type="dxa" w:w="1728"/>
          </w:tcPr>
          <w:p>
            <w:r>
              <w:t>张慧颖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89.800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30</w:t>
            </w:r>
          </w:p>
        </w:tc>
        <w:tc>
          <w:tcPr>
            <w:tcW w:type="dxa" w:w="1728"/>
          </w:tcPr>
          <w:p>
            <w:r>
              <w:t>刘兴愿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89.800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31</w:t>
            </w:r>
          </w:p>
        </w:tc>
        <w:tc>
          <w:tcPr>
            <w:tcW w:type="dxa" w:w="1728"/>
          </w:tcPr>
          <w:p>
            <w:r>
              <w:t>杜梦洁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89.400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32</w:t>
            </w:r>
          </w:p>
        </w:tc>
        <w:tc>
          <w:tcPr>
            <w:tcW w:type="dxa" w:w="1728"/>
          </w:tcPr>
          <w:p>
            <w:r>
              <w:t>王姝月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89.400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33</w:t>
            </w:r>
          </w:p>
        </w:tc>
        <w:tc>
          <w:tcPr>
            <w:tcW w:type="dxa" w:w="1728"/>
          </w:tcPr>
          <w:p>
            <w:r>
              <w:t>周墨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89.400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34</w:t>
            </w:r>
          </w:p>
        </w:tc>
        <w:tc>
          <w:tcPr>
            <w:tcW w:type="dxa" w:w="1728"/>
          </w:tcPr>
          <w:p>
            <w:r>
              <w:t>景园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89.200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35</w:t>
            </w:r>
          </w:p>
        </w:tc>
        <w:tc>
          <w:tcPr>
            <w:tcW w:type="dxa" w:w="1728"/>
          </w:tcPr>
          <w:p>
            <w:r>
              <w:t>靳梦彬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89.200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36</w:t>
            </w:r>
          </w:p>
        </w:tc>
        <w:tc>
          <w:tcPr>
            <w:tcW w:type="dxa" w:w="1728"/>
          </w:tcPr>
          <w:p>
            <w:r>
              <w:t>李胡莉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88.600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37</w:t>
            </w:r>
          </w:p>
        </w:tc>
        <w:tc>
          <w:tcPr>
            <w:tcW w:type="dxa" w:w="1728"/>
          </w:tcPr>
          <w:p>
            <w:r>
              <w:t>解雯婷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87.800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38</w:t>
            </w:r>
          </w:p>
        </w:tc>
        <w:tc>
          <w:tcPr>
            <w:tcW w:type="dxa" w:w="1728"/>
          </w:tcPr>
          <w:p>
            <w:r>
              <w:t>王漪澜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86.800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39</w:t>
            </w:r>
          </w:p>
        </w:tc>
        <w:tc>
          <w:tcPr>
            <w:tcW w:type="dxa" w:w="1728"/>
          </w:tcPr>
          <w:p>
            <w:r>
              <w:t>李晓娟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86.600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40</w:t>
            </w:r>
          </w:p>
        </w:tc>
        <w:tc>
          <w:tcPr>
            <w:tcW w:type="dxa" w:w="1728"/>
          </w:tcPr>
          <w:p>
            <w:r>
              <w:t>胡如冰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86.200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41</w:t>
            </w:r>
          </w:p>
        </w:tc>
        <w:tc>
          <w:tcPr>
            <w:tcW w:type="dxa" w:w="1728"/>
          </w:tcPr>
          <w:p>
            <w:r>
              <w:t>徐铖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85.800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42</w:t>
            </w:r>
          </w:p>
        </w:tc>
        <w:tc>
          <w:tcPr>
            <w:tcW w:type="dxa" w:w="1728"/>
          </w:tcPr>
          <w:p>
            <w:r>
              <w:t>徐可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92.800</w:t>
            </w:r>
          </w:p>
        </w:tc>
        <w:tc>
          <w:tcPr>
            <w:tcW w:type="dxa" w:w="1728"/>
          </w:tcPr>
          <w:p>
            <w:r>
              <w:t>支教团</w:t>
            </w:r>
          </w:p>
        </w:tc>
      </w:tr>
      <w:tr>
        <w:tc>
          <w:tcPr>
            <w:tcW w:type="dxa" w:w="1728"/>
          </w:tcPr>
          <w:p>
            <w:r>
              <w:t>43</w:t>
            </w:r>
          </w:p>
        </w:tc>
        <w:tc>
          <w:tcPr>
            <w:tcW w:type="dxa" w:w="1728"/>
          </w:tcPr>
          <w:p>
            <w:r>
              <w:t>许睿</w:t>
            </w:r>
          </w:p>
        </w:tc>
        <w:tc>
          <w:tcPr>
            <w:tcW w:type="dxa" w:w="1728"/>
          </w:tcPr>
          <w:p>
            <w:r>
              <w:t>中国语言文学</w:t>
            </w:r>
          </w:p>
        </w:tc>
        <w:tc>
          <w:tcPr>
            <w:tcW w:type="dxa" w:w="1728"/>
          </w:tcPr>
          <w:p>
            <w:r>
              <w:t>87.600</w:t>
            </w:r>
          </w:p>
        </w:tc>
        <w:tc>
          <w:tcPr>
            <w:tcW w:type="dxa" w:w="1728"/>
          </w:tcPr>
          <w:p>
            <w:r>
              <w:t>支教团</w:t>
            </w:r>
          </w:p>
        </w:tc>
      </w:tr>
    </w:tbl>
    <w:p>
      <w:r>
        <w:t>文学院</w:t>
      </w:r>
    </w:p>
    <w:p>
      <w:r>
        <w:t>2025年9月19日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