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文学院2024年推荐免试攻读硕士研究生拟推荐名单公示</w:t>
      </w:r>
    </w:p>
    <w:p>
      <w:r>
        <w:t>文学院2024年推荐免试攻读硕士研究生拟推荐名单如下附件所示，现予以公示。</w:t>
      </w:r>
    </w:p>
    <w:p>
      <w:r>
        <w:t>公示期：2023年9月1 8日— 2023年9月20日，公示期间若有异议，请实名向文学院教务办公室反映，联系人：王老师，联系电话：025-58731360，地点：文德N404室。</w:t>
      </w:r>
    </w:p>
    <w:p>
      <w:r>
        <w:t>附件5：学院推荐情况汇总表.xlsx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