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文学院2023年推荐免试攻读硕士研究生拟推荐名单</w:t>
      </w:r>
    </w:p>
    <w:p>
      <w:r>
        <w:t>创建者：王颖作者：发布时间：2022-09-15浏览次数：3717</w:t>
      </w:r>
    </w:p>
    <w:p>
      <w:r>
        <w:t>文学院2023年推荐免试攻读硕士研究生拟推荐名单见下面附件：</w:t>
      </w:r>
    </w:p>
    <w:p>
      <w:r>
        <w:t>附件5：学院推免推荐情况汇总表(文学院).xlsx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