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文学院2023年推荐免试攻读硕士研究生拟推荐名单（增补）</w:t>
      </w:r>
    </w:p>
    <w:p>
      <w:r>
        <w:t>文学院2023年推荐免试攻读硕士研究生拟推荐名单（增补）见下面附件：</w:t>
      </w:r>
    </w:p>
    <w:p>
      <w:r>
        <w:t>附件5：学院推免推荐情况汇总表(文学院增补名额).xlsx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