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文学院2022年推荐免试攻读硕士研究生拟推荐名单(含候补名单）</w:t>
      </w:r>
    </w:p>
    <w:p>
      <w:r>
        <w:t>文学院2022年推荐免试攻读硕士研究生拟推荐名单(含候补名单）见下面附件：</w:t>
      </w:r>
    </w:p>
    <w:p>
      <w:r>
        <w:t>文学院2022年推荐免试攻读硕士研究生拟推荐名单(含候补名单）.xlsx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