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南京信息工程大学教师教育学院2025年招收推荐免试研究生拟录取名单公示</w:t>
      </w:r>
    </w:p>
    <w:p>
      <w:r>
        <w:t>研究生教育</w:t>
      </w:r>
    </w:p>
    <w:p>
      <w:r>
        <w:t>当前位置：首页人才培养研究生教育</w:t>
      </w:r>
    </w:p>
    <w:p>
      <w:r>
        <w:t>发布者：朱芳毅作者：发布时间：2024-09-27浏览次数：2200</w:t>
      </w:r>
    </w:p>
    <w:p>
      <w:r>
        <w:t>根据教育部有关文件精神和我校202 5年硕士研究生招生工作安排，经考生报名，我院组织综合面试，现将南京信息工程大学教师教育学院202 5年招收推荐免试研究生拟录取名单（第一批）进行公示，公示时间：9月2 7日- 10月3日。公示期内如有异议，请与教师教育学院院办联系。凡发现弄虚作假者，将取消拟录取资格。</w:t>
      </w:r>
    </w:p>
    <w:p>
      <w:r>
        <w:t>联系电话：025-58235867；15952015597</w:t>
      </w:r>
    </w:p>
    <w:p>
      <w:r>
        <w:t>电子邮箱：002015@nuist.edu.cn</w:t>
      </w:r>
    </w:p>
    <w:p>
      <w:r>
        <w:t>教师教育学院2025年招收推荐免试研究生拟录取名单（第一批）.xlsx</w:t>
      </w:r>
    </w:p>
    <w:p>
      <w:pPr>
        <w:pStyle w:val="Heading3"/>
      </w:pPr>
      <w:r>
        <w:t>通知公告</w:t>
      </w:r>
    </w:p>
    <w:p>
      <w:r>
        <w:t>+更多</w:t>
      </w:r>
    </w:p>
    <w:p>
      <w:pPr>
        <w:pStyle w:val="ListBullet"/>
      </w:pPr>
      <w:r>
        <w:t>教师院会议纪要2026第14期</w:t>
      </w:r>
    </w:p>
    <w:p>
      <w:pPr>
        <w:pStyle w:val="ListBullet"/>
      </w:pPr>
      <w:r>
        <w:t>南京信息工程大学教师教育学院高等...</w:t>
      </w:r>
    </w:p>
    <w:p>
      <w:pPr>
        <w:pStyle w:val="ListBullet"/>
      </w:pPr>
      <w:r>
        <w:t>关于2026年“国优计划”研究生二次...</w:t>
      </w:r>
    </w:p>
    <w:p>
      <w:pPr>
        <w:pStyle w:val="ListBullet"/>
      </w:pPr>
      <w:r>
        <w:t>教师院党委会议纪要2026年第7期</w:t>
      </w:r>
    </w:p>
    <w:p>
      <w:pPr>
        <w:pStyle w:val="ListBullet"/>
      </w:pPr>
      <w:r>
        <w:t>教师院会议纪要2026第13期</w:t>
      </w:r>
    </w:p>
    <w:p>
      <w:pPr>
        <w:pStyle w:val="ListBullet"/>
      </w:pPr>
      <w:r>
        <w:t>教师院会议纪要2026第12期</w:t>
      </w:r>
    </w:p>
    <w:p>
      <w:pPr>
        <w:pStyle w:val="ListBullet"/>
      </w:pPr>
      <w:r>
        <w:t>南京信息工程大学教师教育学院2027...</w:t>
      </w:r>
    </w:p>
    <w:p>
      <w:pPr>
        <w:pStyle w:val="ListBullet"/>
      </w:pPr>
      <w:r>
        <w:t>教师教育学院2027年招收推荐免试...</w:t>
      </w:r>
    </w:p>
    <w:p>
      <w:pPr>
        <w:pStyle w:val="ListBullet"/>
      </w:pPr>
      <w:r>
        <w:t>南京信息工程大学2027年招收“国优...</w:t>
      </w:r>
    </w:p>
    <w:p>
      <w:pPr>
        <w:pStyle w:val="ListBullet"/>
      </w:pPr>
      <w:r>
        <w:t>教师院党委会议纪要2026年第6期</w:t>
      </w:r>
    </w:p>
    <w:p>
      <w:pPr>
        <w:pStyle w:val="Heading3"/>
      </w:pPr>
      <w:r>
        <w:t>媒体聚焦</w:t>
      </w:r>
    </w:p>
    <w:p>
      <w:r>
        <w:t>+更多</w:t>
      </w:r>
    </w:p>
    <w:p>
      <w:pPr>
        <w:pStyle w:val="ListBullet"/>
      </w:pPr>
      <w:r>
        <w:t>【江苏教育工作简报】南京信息工程...</w:t>
      </w:r>
    </w:p>
    <w:p>
      <w:pPr>
        <w:pStyle w:val="ListBullet"/>
      </w:pPr>
      <w:r>
        <w:t>【科普研究】圆桌论坛｜科普学科建...</w:t>
      </w:r>
    </w:p>
    <w:p>
      <w:pPr>
        <w:pStyle w:val="ListBullet"/>
      </w:pPr>
      <w:r>
        <w:t>【企业家日报】党建赋能新质生产力...</w:t>
      </w:r>
    </w:p>
    <w:p>
      <w:pPr>
        <w:pStyle w:val="ListBullet"/>
      </w:pPr>
      <w:r>
        <w:t>【紫金山新闻】这是一堂让青春与热...</w:t>
      </w:r>
    </w:p>
    <w:p>
      <w:pPr>
        <w:pStyle w:val="ListBullet"/>
      </w:pPr>
      <w:r>
        <w:t>【今日头条】南京信息工程大学探索...</w:t>
      </w:r>
    </w:p>
    <w:p>
      <w:pPr>
        <w:pStyle w:val="ListBullet"/>
      </w:pPr>
      <w:r>
        <w:t>【今日头条】新时代“小先生”的使...</w:t>
      </w:r>
    </w:p>
    <w:p>
      <w:pPr>
        <w:pStyle w:val="ListBullet"/>
      </w:pPr>
      <w:r>
        <w:t>【交汇点新闻】南京信息工程大学师...</w:t>
      </w:r>
    </w:p>
    <w:p>
      <w:pPr>
        <w:pStyle w:val="ListBullet"/>
      </w:pPr>
      <w:r>
        <w:t>【江苏科技报】南信大重大科技热点...</w:t>
      </w:r>
    </w:p>
    <w:p>
      <w:pPr>
        <w:pStyle w:val="ListBullet"/>
      </w:pPr>
      <w:r>
        <w:t>【新华网】党建引领教师教育高质量...</w:t>
      </w:r>
    </w:p>
    <w:p>
      <w:pPr>
        <w:pStyle w:val="ListBullet"/>
      </w:pPr>
      <w:r>
        <w:t>【江苏科技报】校地“双向奔赴”推...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