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大气物理学院2027年推荐优秀应届本科毕业生免试攻读研究生工作实施细则</w:t>
      </w:r>
    </w:p>
    <w:p>
      <w:r>
        <w:t>一、组织机构</w:t>
      </w:r>
    </w:p>
    <w:p>
      <w:r>
        <w:t>1.学院推免工作领导小组</w:t>
      </w:r>
    </w:p>
    <w:p>
      <w:r>
        <w:t>组长：陆春松成芳</w:t>
      </w:r>
    </w:p>
    <w:p>
      <w:r>
        <w:t>副组长：郜海阳方群</w:t>
      </w:r>
    </w:p>
    <w:p>
      <w:r>
        <w:t>成员：黄乾袁成狄迪（监督员）康娜（教师代表）</w:t>
      </w:r>
    </w:p>
    <w:p>
      <w:r>
        <w:t>秘书：胡萌</w:t>
      </w:r>
    </w:p>
    <w:p>
      <w:r>
        <w:t>2.学院推免专家审核小组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职称</w:t>
            </w:r>
          </w:p>
        </w:tc>
        <w:tc>
          <w:tcPr>
            <w:tcW w:type="dxa" w:w="1728"/>
          </w:tcPr>
          <w:p>
            <w:r>
              <w:t>学科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李煜斌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大气遥感与大气探测</w:t>
            </w:r>
          </w:p>
        </w:tc>
        <w:tc>
          <w:tcPr>
            <w:tcW w:type="dxa" w:w="1728"/>
          </w:tcPr>
          <w:p>
            <w:r>
              <w:t>组长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寇蕾蕾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大气遥感与大气探测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宁贵财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大气物理学与大气环境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刘晓莉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大气物理学与大气环境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张麒伟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防灾减灾科学与工程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</w:tbl>
    <w:p>
      <w:r>
        <w:t>二、名额分配</w:t>
      </w:r>
    </w:p>
    <w:p>
      <w:r>
        <w:t>大气科学（大气物理）：18人</w:t>
      </w:r>
    </w:p>
    <w:p>
      <w:r>
        <w:t>气象技术与工程：8人</w:t>
      </w:r>
    </w:p>
    <w:p>
      <w:r>
        <w:t>防灾减灾科学与工程：4人</w:t>
      </w:r>
    </w:p>
    <w:p>
      <w:r>
        <w:t>各专业因符合条件的学生自愿放弃申请推免而剩余的名额，根据学院专业建设需要，统筹分配至学院其它专业。</w:t>
      </w:r>
    </w:p>
    <w:p>
      <w:r>
        <w:t>三、推荐条件</w:t>
      </w:r>
    </w:p>
    <w:p>
      <w:r>
        <w:t>被推荐的学生应是政治思想表现良好，学习成绩优良，学术研究兴趣浓厚，具有较强的创新意识、创新能力和专业能力的2027年应届优秀本科毕业生（不含专升本、第二学士学位等学生），且符合以下基本条件：</w:t>
      </w:r>
    </w:p>
    <w:p>
      <w:r>
        <w:t>（一）坚持中国共产党的领导，拥护社会主义制度，遵纪守法，积极向上，身心健康。</w:t>
      </w:r>
    </w:p>
    <w:p>
      <w:r>
        <w:t>（二）诚实守信，学风端正，品行优良，无任何违法违纪受处分记录和学术不端行为记录。</w:t>
      </w:r>
    </w:p>
    <w:p>
      <w:r>
        <w:t>（三）学习勤奋，成绩优良，必修课无不及格或补考记录。</w:t>
      </w:r>
    </w:p>
    <w:p>
      <w:r>
        <w:t>（四）前三年必修课（按课程首考成绩计算，不含体育）学分加权平均成绩专业排名位列年级前40%；学生综合测评成绩每学年位列专业前50%。各类拔尖班专业排名条件由学院视情况决定，并报学校审核。</w:t>
      </w:r>
    </w:p>
    <w:p>
      <w:r>
        <w:t>（五）全国大学英语六级考试425分及以上或全国大学英语四级考试500分及以上（艺术类专业学生大学英语四级考试425分及以上），或者雅思（或TEEP）6.5分及以上（其中听、说、读、写四个单项分数5.5分及以上），或者托福成绩80分及以上。外语类专业学生通过专业四级。</w:t>
      </w:r>
    </w:p>
    <w:p>
      <w:r>
        <w:t>四、综合成绩计算</w:t>
      </w:r>
    </w:p>
    <w:p>
      <w:r>
        <w:t>推免综合成绩=学业成绩+综合素质加分。</w:t>
      </w:r>
    </w:p>
    <w:p>
      <w:r>
        <w:t>“学业成绩”按学生前三学年必修课（按课程首考成绩计算，不含体育）学分加权平均成绩计取。</w:t>
      </w:r>
    </w:p>
    <w:p>
      <w:r>
        <w:t>“综合素质加分”的计取范围和办法详见《推免加分细则》，且所有综合素质加分项目须在取得我校本科学籍之后取得。学生科研成果、论文和竞赛获奖均应以南京信息工程大学为第一署名单位。学生在某一方面中有多项加分情况时，原则上只取一项。学生与直系亲属合作的科研成果、论文和竞赛奖项等仅作为参考，不纳入学生本人推荐遴选综合成绩计算体系，同等条件下可优先考虑。</w:t>
      </w:r>
    </w:p>
    <w:p>
      <w:r>
        <w:t>在“推免综合成绩”相同的情况下，优先考虑学业成绩，以必修课加权平均成绩逐一比对，直至有差别为止。</w:t>
      </w:r>
    </w:p>
    <w:p>
      <w:r>
        <w:t>五、排名办法</w:t>
      </w:r>
    </w:p>
    <w:p>
      <w:r>
        <w:t>大气科学（大气物理）、气象技术与工程、防灾减灾科学与工程专业分别按照“推免综合成绩”从高分到低分排序。学院按照推免名额1：1.2确定推荐和候补名单。</w:t>
      </w:r>
    </w:p>
    <w:p>
      <w:r>
        <w:t>六、工作程序</w:t>
      </w:r>
    </w:p>
    <w:p>
      <w:r>
        <w:t>8月31日：制定《大气物理学院2027年推荐优秀应届本科毕业生免试攻读研究生工作实施细则》并上报教务处审核同意后公布实施。</w:t>
      </w:r>
    </w:p>
    <w:p>
      <w:r>
        <w:t>9月2日前：组织学生报名。学生本人填写《南京信息工程大学推荐免试攻读研究生申请表》，与符合加分的证明材料一起交至学院。凡联合发表的论文，学生须提供联合发表作者签名的书面说明书，客观陈述其在论文中的实际贡献。未按要求提交书面说明书的，应不予受理。申请材料提交截止时间：9月2日16:45；地点：气象楼1125；联系人：胡老师。</w:t>
      </w:r>
    </w:p>
    <w:p>
      <w:r>
        <w:t>9月8日前：学院完成报名资格审核、材料审核、组织加分成果答辩和鉴定等工作，在学院范围内公示拟推荐名单（含候补名单）和加分成果审核鉴定情况。按照学校要求提交推免工作材料。</w:t>
      </w:r>
    </w:p>
    <w:p>
      <w:r>
        <w:t>七、其他事项（含申诉渠道）</w:t>
      </w:r>
    </w:p>
    <w:p>
      <w:r>
        <w:t>本次推免答辩全程录音录像。加分成果答辩结束后，按照学校要求将《学生推免加分成果审核鉴定情况一览表》与《学院推免名单汇总表》公示在气象楼11楼公告栏。如有异议，请于公示期内，实名书面提交异议。联系人：胡老师；办公地点：气象楼1125；电话：58731093；电子邮箱：Dqwl-jw@nuist.edu.cn。</w:t>
      </w:r>
    </w:p>
    <w:p>
      <w:r>
        <w:t>大气物理学院</w:t>
      </w:r>
    </w:p>
    <w:p>
      <w:r>
        <w:t>2026年8月31日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