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南京信息工程大学商学院2026年推荐免试研究生复试成绩公示</w:t>
      </w:r>
    </w:p>
    <w:p>
      <w:r>
        <w:t>根据《南京信息工程大学202 6年推荐免试研究生复试及录取工作指导意见》、《商学院202 6年招收推荐免试研究生复试及录取工作细则》等文件精神，经学生申请和学院复试考查，现将复试成绩予以公示。</w:t>
      </w:r>
    </w:p>
    <w:p>
      <w:r>
        <w:t>公示时间：202 5年09月21日— 09月27日。</w:t>
      </w:r>
    </w:p>
    <w:p>
      <w:r>
        <w:t>如有异议，请在公示期内以口头或书面形式反映。</w:t>
      </w:r>
    </w:p>
    <w:p>
      <w:r>
        <w:t>联系电话：025-58699839，地址：阅江楼512</w:t>
      </w:r>
    </w:p>
    <w:p>
      <w:r>
        <w:t>具体复试成绩如下：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报考学院代码及名称</w:t>
            </w:r>
          </w:p>
        </w:tc>
        <w:tc>
          <w:tcPr>
            <w:tcW w:type="dxa" w:w="1728"/>
          </w:tcPr>
          <w:p>
            <w:r>
              <w:t>报考专业代码及名称</w:t>
            </w:r>
          </w:p>
        </w:tc>
        <w:tc>
          <w:tcPr>
            <w:tcW w:type="dxa" w:w="1728"/>
          </w:tcPr>
          <w:p>
            <w:r>
              <w:t>报考类型</w:t>
            </w:r>
          </w:p>
        </w:tc>
        <w:tc>
          <w:tcPr>
            <w:tcW w:type="dxa" w:w="1728"/>
          </w:tcPr>
          <w:p>
            <w:r>
              <w:t>复试成绩</w:t>
            </w:r>
          </w:p>
        </w:tc>
      </w:tr>
      <w:tr>
        <w:tc>
          <w:tcPr>
            <w:tcW w:type="dxa" w:w="1728"/>
          </w:tcPr>
          <w:p>
            <w:r>
              <w:t>夏文洁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95.667</w:t>
            </w:r>
          </w:p>
        </w:tc>
      </w:tr>
      <w:tr>
        <w:tc>
          <w:tcPr>
            <w:tcW w:type="dxa" w:w="1728"/>
          </w:tcPr>
          <w:p>
            <w:r>
              <w:t>周馨宇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</w:tr>
      <w:tr>
        <w:tc>
          <w:tcPr>
            <w:tcW w:type="dxa" w:w="1728"/>
          </w:tcPr>
          <w:p>
            <w:r>
              <w:t>张娜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94.333</w:t>
            </w:r>
          </w:p>
        </w:tc>
      </w:tr>
      <w:tr>
        <w:tc>
          <w:tcPr>
            <w:tcW w:type="dxa" w:w="1728"/>
          </w:tcPr>
          <w:p>
            <w:r>
              <w:t>张小雪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94.333</w:t>
            </w:r>
          </w:p>
        </w:tc>
      </w:tr>
      <w:tr>
        <w:tc>
          <w:tcPr>
            <w:tcW w:type="dxa" w:w="1728"/>
          </w:tcPr>
          <w:p>
            <w:r>
              <w:t>朱喆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93.000</w:t>
            </w:r>
          </w:p>
        </w:tc>
      </w:tr>
      <w:tr>
        <w:tc>
          <w:tcPr>
            <w:tcW w:type="dxa" w:w="1728"/>
          </w:tcPr>
          <w:p>
            <w:r>
              <w:t>卜佳莉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92.667</w:t>
            </w:r>
          </w:p>
        </w:tc>
      </w:tr>
      <w:tr>
        <w:tc>
          <w:tcPr>
            <w:tcW w:type="dxa" w:w="1728"/>
          </w:tcPr>
          <w:p>
            <w:r>
              <w:t>杨梓萌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92.667</w:t>
            </w:r>
          </w:p>
        </w:tc>
      </w:tr>
      <w:tr>
        <w:tc>
          <w:tcPr>
            <w:tcW w:type="dxa" w:w="1728"/>
          </w:tcPr>
          <w:p>
            <w:r>
              <w:t>杨家琪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91.333</w:t>
            </w:r>
          </w:p>
        </w:tc>
      </w:tr>
      <w:tr>
        <w:tc>
          <w:tcPr>
            <w:tcW w:type="dxa" w:w="1728"/>
          </w:tcPr>
          <w:p>
            <w:r>
              <w:t>张顺茹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90.333</w:t>
            </w:r>
          </w:p>
        </w:tc>
      </w:tr>
      <w:tr>
        <w:tc>
          <w:tcPr>
            <w:tcW w:type="dxa" w:w="1728"/>
          </w:tcPr>
          <w:p>
            <w:r>
              <w:t>陈成霞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</w:tr>
      <w:tr>
        <w:tc>
          <w:tcPr>
            <w:tcW w:type="dxa" w:w="1728"/>
          </w:tcPr>
          <w:p>
            <w:r>
              <w:t>唐莹莹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020200应用经济学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孙懂艺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025400国际商务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90.667</w:t>
            </w:r>
          </w:p>
        </w:tc>
      </w:tr>
      <w:tr>
        <w:tc>
          <w:tcPr>
            <w:tcW w:type="dxa" w:w="1728"/>
          </w:tcPr>
          <w:p>
            <w:r>
              <w:t>张慧敏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025400国际商务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88.333</w:t>
            </w:r>
          </w:p>
        </w:tc>
      </w:tr>
      <w:tr>
        <w:tc>
          <w:tcPr>
            <w:tcW w:type="dxa" w:w="1728"/>
          </w:tcPr>
          <w:p>
            <w:r>
              <w:t>王海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025600资产评估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</w:tr>
      <w:tr>
        <w:tc>
          <w:tcPr>
            <w:tcW w:type="dxa" w:w="1728"/>
          </w:tcPr>
          <w:p>
            <w:r>
              <w:t>梁云庆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97.667</w:t>
            </w:r>
          </w:p>
        </w:tc>
      </w:tr>
      <w:tr>
        <w:tc>
          <w:tcPr>
            <w:tcW w:type="dxa" w:w="1728"/>
          </w:tcPr>
          <w:p>
            <w:r>
              <w:t>李欣桐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96.000</w:t>
            </w:r>
          </w:p>
        </w:tc>
      </w:tr>
      <w:tr>
        <w:tc>
          <w:tcPr>
            <w:tcW w:type="dxa" w:w="1728"/>
          </w:tcPr>
          <w:p>
            <w:r>
              <w:t>朱金路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95.667</w:t>
            </w:r>
          </w:p>
        </w:tc>
      </w:tr>
      <w:tr>
        <w:tc>
          <w:tcPr>
            <w:tcW w:type="dxa" w:w="1728"/>
          </w:tcPr>
          <w:p>
            <w:r>
              <w:t>林泳辰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95.333</w:t>
            </w:r>
          </w:p>
        </w:tc>
      </w:tr>
      <w:tr>
        <w:tc>
          <w:tcPr>
            <w:tcW w:type="dxa" w:w="1728"/>
          </w:tcPr>
          <w:p>
            <w:r>
              <w:t>刘佳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95.333</w:t>
            </w:r>
          </w:p>
        </w:tc>
      </w:tr>
      <w:tr>
        <w:tc>
          <w:tcPr>
            <w:tcW w:type="dxa" w:w="1728"/>
          </w:tcPr>
          <w:p>
            <w:r>
              <w:t>易敏灿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95.333</w:t>
            </w:r>
          </w:p>
        </w:tc>
      </w:tr>
      <w:tr>
        <w:tc>
          <w:tcPr>
            <w:tcW w:type="dxa" w:w="1728"/>
          </w:tcPr>
          <w:p>
            <w:r>
              <w:t>葛若萱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95.333</w:t>
            </w:r>
          </w:p>
        </w:tc>
      </w:tr>
      <w:tr>
        <w:tc>
          <w:tcPr>
            <w:tcW w:type="dxa" w:w="1728"/>
          </w:tcPr>
          <w:p>
            <w:r>
              <w:t>郑子萌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95.333</w:t>
            </w:r>
          </w:p>
        </w:tc>
      </w:tr>
      <w:tr>
        <w:tc>
          <w:tcPr>
            <w:tcW w:type="dxa" w:w="1728"/>
          </w:tcPr>
          <w:p>
            <w:r>
              <w:t>徐悦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95.333</w:t>
            </w:r>
          </w:p>
        </w:tc>
      </w:tr>
      <w:tr>
        <w:tc>
          <w:tcPr>
            <w:tcW w:type="dxa" w:w="1728"/>
          </w:tcPr>
          <w:p>
            <w:r>
              <w:t>诸羽煊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</w:tr>
      <w:tr>
        <w:tc>
          <w:tcPr>
            <w:tcW w:type="dxa" w:w="1728"/>
          </w:tcPr>
          <w:p>
            <w:r>
              <w:t>郦心莹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</w:tr>
      <w:tr>
        <w:tc>
          <w:tcPr>
            <w:tcW w:type="dxa" w:w="1728"/>
          </w:tcPr>
          <w:p>
            <w:r>
              <w:t>苏一诺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</w:tr>
      <w:tr>
        <w:tc>
          <w:tcPr>
            <w:tcW w:type="dxa" w:w="1728"/>
          </w:tcPr>
          <w:p>
            <w:r>
              <w:t>王雨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</w:tr>
      <w:tr>
        <w:tc>
          <w:tcPr>
            <w:tcW w:type="dxa" w:w="1728"/>
          </w:tcPr>
          <w:p>
            <w:r>
              <w:t>陆启雯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94.667</w:t>
            </w:r>
          </w:p>
        </w:tc>
      </w:tr>
      <w:tr>
        <w:tc>
          <w:tcPr>
            <w:tcW w:type="dxa" w:w="1728"/>
          </w:tcPr>
          <w:p>
            <w:r>
              <w:t>彭思蕊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94.667</w:t>
            </w:r>
          </w:p>
        </w:tc>
      </w:tr>
      <w:tr>
        <w:tc>
          <w:tcPr>
            <w:tcW w:type="dxa" w:w="1728"/>
          </w:tcPr>
          <w:p>
            <w:r>
              <w:t>姚颖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94.667</w:t>
            </w:r>
          </w:p>
        </w:tc>
      </w:tr>
      <w:tr>
        <w:tc>
          <w:tcPr>
            <w:tcW w:type="dxa" w:w="1728"/>
          </w:tcPr>
          <w:p>
            <w:r>
              <w:t>刘志莹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94.667</w:t>
            </w:r>
          </w:p>
        </w:tc>
      </w:tr>
      <w:tr>
        <w:tc>
          <w:tcPr>
            <w:tcW w:type="dxa" w:w="1728"/>
          </w:tcPr>
          <w:p>
            <w:r>
              <w:t>操羽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94.333</w:t>
            </w:r>
          </w:p>
        </w:tc>
      </w:tr>
      <w:tr>
        <w:tc>
          <w:tcPr>
            <w:tcW w:type="dxa" w:w="1728"/>
          </w:tcPr>
          <w:p>
            <w:r>
              <w:t>陈萱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94.333</w:t>
            </w:r>
          </w:p>
        </w:tc>
      </w:tr>
      <w:tr>
        <w:tc>
          <w:tcPr>
            <w:tcW w:type="dxa" w:w="1728"/>
          </w:tcPr>
          <w:p>
            <w:r>
              <w:t>代洁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94.333</w:t>
            </w:r>
          </w:p>
        </w:tc>
      </w:tr>
      <w:tr>
        <w:tc>
          <w:tcPr>
            <w:tcW w:type="dxa" w:w="1728"/>
          </w:tcPr>
          <w:p>
            <w:r>
              <w:t>沈姝含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94.333</w:t>
            </w:r>
          </w:p>
        </w:tc>
      </w:tr>
      <w:tr>
        <w:tc>
          <w:tcPr>
            <w:tcW w:type="dxa" w:w="1728"/>
          </w:tcPr>
          <w:p>
            <w:r>
              <w:t>朱依涵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94.000</w:t>
            </w:r>
          </w:p>
        </w:tc>
      </w:tr>
      <w:tr>
        <w:tc>
          <w:tcPr>
            <w:tcW w:type="dxa" w:w="1728"/>
          </w:tcPr>
          <w:p>
            <w:r>
              <w:t>江苏苏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94.000</w:t>
            </w:r>
          </w:p>
        </w:tc>
      </w:tr>
      <w:tr>
        <w:tc>
          <w:tcPr>
            <w:tcW w:type="dxa" w:w="1728"/>
          </w:tcPr>
          <w:p>
            <w:r>
              <w:t>王梅婷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94.000</w:t>
            </w:r>
          </w:p>
        </w:tc>
      </w:tr>
      <w:tr>
        <w:tc>
          <w:tcPr>
            <w:tcW w:type="dxa" w:w="1728"/>
          </w:tcPr>
          <w:p>
            <w:r>
              <w:t>祝雅倩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94.000</w:t>
            </w:r>
          </w:p>
        </w:tc>
      </w:tr>
      <w:tr>
        <w:tc>
          <w:tcPr>
            <w:tcW w:type="dxa" w:w="1728"/>
          </w:tcPr>
          <w:p>
            <w:r>
              <w:t>孙欣怡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93.667</w:t>
            </w:r>
          </w:p>
        </w:tc>
      </w:tr>
      <w:tr>
        <w:tc>
          <w:tcPr>
            <w:tcW w:type="dxa" w:w="1728"/>
          </w:tcPr>
          <w:p>
            <w:r>
              <w:t>田雨思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93.333</w:t>
            </w:r>
          </w:p>
        </w:tc>
      </w:tr>
      <w:tr>
        <w:tc>
          <w:tcPr>
            <w:tcW w:type="dxa" w:w="1728"/>
          </w:tcPr>
          <w:p>
            <w:r>
              <w:t>郑薇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93.333</w:t>
            </w:r>
          </w:p>
        </w:tc>
      </w:tr>
      <w:tr>
        <w:tc>
          <w:tcPr>
            <w:tcW w:type="dxa" w:w="1728"/>
          </w:tcPr>
          <w:p>
            <w:r>
              <w:t>王家儒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92.667</w:t>
            </w:r>
          </w:p>
        </w:tc>
      </w:tr>
      <w:tr>
        <w:tc>
          <w:tcPr>
            <w:tcW w:type="dxa" w:w="1728"/>
          </w:tcPr>
          <w:p>
            <w:r>
              <w:t>高子涵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92.667</w:t>
            </w:r>
          </w:p>
        </w:tc>
      </w:tr>
      <w:tr>
        <w:tc>
          <w:tcPr>
            <w:tcW w:type="dxa" w:w="1728"/>
          </w:tcPr>
          <w:p>
            <w:r>
              <w:t>李雨果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92.333</w:t>
            </w:r>
          </w:p>
        </w:tc>
      </w:tr>
      <w:tr>
        <w:tc>
          <w:tcPr>
            <w:tcW w:type="dxa" w:w="1728"/>
          </w:tcPr>
          <w:p>
            <w:r>
              <w:t>谢欣然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91.667</w:t>
            </w:r>
          </w:p>
        </w:tc>
      </w:tr>
      <w:tr>
        <w:tc>
          <w:tcPr>
            <w:tcW w:type="dxa" w:w="1728"/>
          </w:tcPr>
          <w:p>
            <w:r>
              <w:t>贾丽荣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91.333</w:t>
            </w:r>
          </w:p>
        </w:tc>
      </w:tr>
      <w:tr>
        <w:tc>
          <w:tcPr>
            <w:tcW w:type="dxa" w:w="1728"/>
          </w:tcPr>
          <w:p>
            <w:r>
              <w:t>马依璇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91.333</w:t>
            </w:r>
          </w:p>
        </w:tc>
      </w:tr>
      <w:tr>
        <w:tc>
          <w:tcPr>
            <w:tcW w:type="dxa" w:w="1728"/>
          </w:tcPr>
          <w:p>
            <w:r>
              <w:t>关新垚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120200工商管理学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90.333</w:t>
            </w:r>
          </w:p>
        </w:tc>
      </w:tr>
      <w:tr>
        <w:tc>
          <w:tcPr>
            <w:tcW w:type="dxa" w:w="1728"/>
          </w:tcPr>
          <w:p>
            <w:r>
              <w:t>姜佳彤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93.667</w:t>
            </w:r>
          </w:p>
        </w:tc>
      </w:tr>
      <w:tr>
        <w:tc>
          <w:tcPr>
            <w:tcW w:type="dxa" w:w="1728"/>
          </w:tcPr>
          <w:p>
            <w:r>
              <w:t>胡沈妍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92.333</w:t>
            </w:r>
          </w:p>
        </w:tc>
      </w:tr>
      <w:tr>
        <w:tc>
          <w:tcPr>
            <w:tcW w:type="dxa" w:w="1728"/>
          </w:tcPr>
          <w:p>
            <w:r>
              <w:t>李远凡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92.333</w:t>
            </w:r>
          </w:p>
        </w:tc>
      </w:tr>
      <w:tr>
        <w:tc>
          <w:tcPr>
            <w:tcW w:type="dxa" w:w="1728"/>
          </w:tcPr>
          <w:p>
            <w:r>
              <w:t>孔宣文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92.000</w:t>
            </w:r>
          </w:p>
        </w:tc>
      </w:tr>
      <w:tr>
        <w:tc>
          <w:tcPr>
            <w:tcW w:type="dxa" w:w="1728"/>
          </w:tcPr>
          <w:p>
            <w:r>
              <w:t>张智垣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91.333</w:t>
            </w:r>
          </w:p>
        </w:tc>
      </w:tr>
      <w:tr>
        <w:tc>
          <w:tcPr>
            <w:tcW w:type="dxa" w:w="1728"/>
          </w:tcPr>
          <w:p>
            <w:r>
              <w:t>高鹏悦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91.000</w:t>
            </w:r>
          </w:p>
        </w:tc>
      </w:tr>
      <w:tr>
        <w:tc>
          <w:tcPr>
            <w:tcW w:type="dxa" w:w="1728"/>
          </w:tcPr>
          <w:p>
            <w:r>
              <w:t>郝菲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90.667</w:t>
            </w:r>
          </w:p>
        </w:tc>
      </w:tr>
      <w:tr>
        <w:tc>
          <w:tcPr>
            <w:tcW w:type="dxa" w:w="1728"/>
          </w:tcPr>
          <w:p>
            <w:r>
              <w:t>雷怡凤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90.667</w:t>
            </w:r>
          </w:p>
        </w:tc>
      </w:tr>
      <w:tr>
        <w:tc>
          <w:tcPr>
            <w:tcW w:type="dxa" w:w="1728"/>
          </w:tcPr>
          <w:p>
            <w:r>
              <w:t>胡舒涵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90.333</w:t>
            </w:r>
          </w:p>
        </w:tc>
      </w:tr>
      <w:tr>
        <w:tc>
          <w:tcPr>
            <w:tcW w:type="dxa" w:w="1728"/>
          </w:tcPr>
          <w:p>
            <w:r>
              <w:t>陈远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</w:tr>
      <w:tr>
        <w:tc>
          <w:tcPr>
            <w:tcW w:type="dxa" w:w="1728"/>
          </w:tcPr>
          <w:p>
            <w:r>
              <w:t>林洋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</w:tr>
      <w:tr>
        <w:tc>
          <w:tcPr>
            <w:tcW w:type="dxa" w:w="1728"/>
          </w:tcPr>
          <w:p>
            <w:r>
              <w:t>姚亚琳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</w:tr>
      <w:tr>
        <w:tc>
          <w:tcPr>
            <w:tcW w:type="dxa" w:w="1728"/>
          </w:tcPr>
          <w:p>
            <w:r>
              <w:t>张裕萍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</w:tr>
      <w:tr>
        <w:tc>
          <w:tcPr>
            <w:tcW w:type="dxa" w:w="1728"/>
          </w:tcPr>
          <w:p>
            <w:r>
              <w:t>姜姞如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89.667</w:t>
            </w:r>
          </w:p>
        </w:tc>
      </w:tr>
      <w:tr>
        <w:tc>
          <w:tcPr>
            <w:tcW w:type="dxa" w:w="1728"/>
          </w:tcPr>
          <w:p>
            <w:r>
              <w:t>庄心妍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89.667</w:t>
            </w:r>
          </w:p>
        </w:tc>
      </w:tr>
      <w:tr>
        <w:tc>
          <w:tcPr>
            <w:tcW w:type="dxa" w:w="1728"/>
          </w:tcPr>
          <w:p>
            <w:r>
              <w:t>周方方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89.667</w:t>
            </w:r>
          </w:p>
        </w:tc>
      </w:tr>
      <w:tr>
        <w:tc>
          <w:tcPr>
            <w:tcW w:type="dxa" w:w="1728"/>
          </w:tcPr>
          <w:p>
            <w:r>
              <w:t>刘悦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89.667</w:t>
            </w:r>
          </w:p>
        </w:tc>
      </w:tr>
      <w:tr>
        <w:tc>
          <w:tcPr>
            <w:tcW w:type="dxa" w:w="1728"/>
          </w:tcPr>
          <w:p>
            <w:r>
              <w:t>吴玉如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李沛泽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梁欢晴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廖淳瑶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沈仙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姚雨菲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89.333</w:t>
            </w:r>
          </w:p>
        </w:tc>
      </w:tr>
      <w:tr>
        <w:tc>
          <w:tcPr>
            <w:tcW w:type="dxa" w:w="1728"/>
          </w:tcPr>
          <w:p>
            <w:r>
              <w:t>宋欣茹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89.000</w:t>
            </w:r>
          </w:p>
        </w:tc>
      </w:tr>
      <w:tr>
        <w:tc>
          <w:tcPr>
            <w:tcW w:type="dxa" w:w="1728"/>
          </w:tcPr>
          <w:p>
            <w:r>
              <w:t>杨阔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89.000</w:t>
            </w:r>
          </w:p>
        </w:tc>
      </w:tr>
      <w:tr>
        <w:tc>
          <w:tcPr>
            <w:tcW w:type="dxa" w:w="1728"/>
          </w:tcPr>
          <w:p>
            <w:r>
              <w:t>邵苗苗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89.000</w:t>
            </w:r>
          </w:p>
        </w:tc>
      </w:tr>
      <w:tr>
        <w:tc>
          <w:tcPr>
            <w:tcW w:type="dxa" w:w="1728"/>
          </w:tcPr>
          <w:p>
            <w:r>
              <w:t>安慧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88.667</w:t>
            </w:r>
          </w:p>
        </w:tc>
      </w:tr>
      <w:tr>
        <w:tc>
          <w:tcPr>
            <w:tcW w:type="dxa" w:w="1728"/>
          </w:tcPr>
          <w:p>
            <w:r>
              <w:t>王栩炯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88.333</w:t>
            </w:r>
          </w:p>
        </w:tc>
      </w:tr>
      <w:tr>
        <w:tc>
          <w:tcPr>
            <w:tcW w:type="dxa" w:w="1728"/>
          </w:tcPr>
          <w:p>
            <w:r>
              <w:t>韩升炘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88.000</w:t>
            </w:r>
          </w:p>
        </w:tc>
      </w:tr>
      <w:tr>
        <w:tc>
          <w:tcPr>
            <w:tcW w:type="dxa" w:w="1728"/>
          </w:tcPr>
          <w:p>
            <w:r>
              <w:t>王璨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88.000</w:t>
            </w:r>
          </w:p>
        </w:tc>
      </w:tr>
      <w:tr>
        <w:tc>
          <w:tcPr>
            <w:tcW w:type="dxa" w:w="1728"/>
          </w:tcPr>
          <w:p>
            <w:r>
              <w:t>刘鑫宇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87.667</w:t>
            </w:r>
          </w:p>
        </w:tc>
      </w:tr>
      <w:tr>
        <w:tc>
          <w:tcPr>
            <w:tcW w:type="dxa" w:w="1728"/>
          </w:tcPr>
          <w:p>
            <w:r>
              <w:t>周罗女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87.667</w:t>
            </w:r>
          </w:p>
        </w:tc>
      </w:tr>
      <w:tr>
        <w:tc>
          <w:tcPr>
            <w:tcW w:type="dxa" w:w="1728"/>
          </w:tcPr>
          <w:p>
            <w:r>
              <w:t>冯雪静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87.333</w:t>
            </w:r>
          </w:p>
        </w:tc>
      </w:tr>
      <w:tr>
        <w:tc>
          <w:tcPr>
            <w:tcW w:type="dxa" w:w="1728"/>
          </w:tcPr>
          <w:p>
            <w:r>
              <w:t>张芹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87.000</w:t>
            </w:r>
          </w:p>
        </w:tc>
      </w:tr>
      <w:tr>
        <w:tc>
          <w:tcPr>
            <w:tcW w:type="dxa" w:w="1728"/>
          </w:tcPr>
          <w:p>
            <w:r>
              <w:t>孟杰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86.667</w:t>
            </w:r>
          </w:p>
        </w:tc>
      </w:tr>
      <w:tr>
        <w:tc>
          <w:tcPr>
            <w:tcW w:type="dxa" w:w="1728"/>
          </w:tcPr>
          <w:p>
            <w:r>
              <w:t>崔美琦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86.000</w:t>
            </w:r>
          </w:p>
        </w:tc>
      </w:tr>
      <w:tr>
        <w:tc>
          <w:tcPr>
            <w:tcW w:type="dxa" w:w="1728"/>
          </w:tcPr>
          <w:p>
            <w:r>
              <w:t>吴思佳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85.000</w:t>
            </w:r>
          </w:p>
        </w:tc>
      </w:tr>
      <w:tr>
        <w:tc>
          <w:tcPr>
            <w:tcW w:type="dxa" w:w="1728"/>
          </w:tcPr>
          <w:p>
            <w:r>
              <w:t>宫文乐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84.333</w:t>
            </w:r>
          </w:p>
        </w:tc>
      </w:tr>
      <w:tr>
        <w:tc>
          <w:tcPr>
            <w:tcW w:type="dxa" w:w="1728"/>
          </w:tcPr>
          <w:p>
            <w:r>
              <w:t>杨艳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放弃复试</w:t>
            </w:r>
          </w:p>
        </w:tc>
      </w:tr>
      <w:tr>
        <w:tc>
          <w:tcPr>
            <w:tcW w:type="dxa" w:w="1728"/>
          </w:tcPr>
          <w:p>
            <w:r>
              <w:t>方巧妍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125300会计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放弃复试</w:t>
            </w:r>
          </w:p>
        </w:tc>
      </w:tr>
      <w:tr>
        <w:tc>
          <w:tcPr>
            <w:tcW w:type="dxa" w:w="1728"/>
          </w:tcPr>
          <w:p>
            <w:r>
              <w:t>杨亚萱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125700审计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87.000</w:t>
            </w:r>
          </w:p>
        </w:tc>
      </w:tr>
      <w:tr>
        <w:tc>
          <w:tcPr>
            <w:tcW w:type="dxa" w:w="1728"/>
          </w:tcPr>
          <w:p>
            <w:r>
              <w:t>洪钰琳</w:t>
            </w:r>
          </w:p>
        </w:tc>
        <w:tc>
          <w:tcPr>
            <w:tcW w:type="dxa" w:w="1728"/>
          </w:tcPr>
          <w:p>
            <w:r>
              <w:t>017商学院</w:t>
            </w:r>
          </w:p>
        </w:tc>
        <w:tc>
          <w:tcPr>
            <w:tcW w:type="dxa" w:w="1728"/>
          </w:tcPr>
          <w:p>
            <w:r>
              <w:t>125700审计</w:t>
            </w:r>
          </w:p>
        </w:tc>
        <w:tc>
          <w:tcPr>
            <w:tcW w:type="dxa" w:w="1728"/>
          </w:tcPr>
          <w:p>
            <w:r>
              <w:t>硕士生</w:t>
            </w:r>
          </w:p>
        </w:tc>
        <w:tc>
          <w:tcPr>
            <w:tcW w:type="dxa" w:w="1728"/>
          </w:tcPr>
          <w:p>
            <w:r>
              <w:t>87.000</w:t>
            </w:r>
          </w:p>
        </w:tc>
      </w:tr>
    </w:tbl>
    <w:p>
      <w:r>
        <w:t>商学院</w:t>
      </w:r>
    </w:p>
    <w:p>
      <w:r>
        <w:t>2025年09月21日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