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化学与材料学院2025年优秀应届本科毕业生免试攻读研究生拟推荐名单公示</w:t>
      </w:r>
    </w:p>
    <w:p>
      <w:r>
        <w:t>根据学校《关于做好2025年推荐优秀应届本科毕业生免试攻读研究生工作的通知》，我院组织开展推免工作，经个人申请、材料审核、加分审核鉴定答辩等环节，学院推免工作领导小组、专家考核小组审核研究，确定拟推荐名单，具体如下：</w:t>
      </w:r>
    </w:p>
    <w:p>
      <w:r>
        <w:t>应用化学专业：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性别</w:t>
            </w:r>
          </w:p>
        </w:tc>
        <w:tc>
          <w:tcPr>
            <w:tcW w:type="dxa" w:w="1080"/>
          </w:tcPr>
          <w:p>
            <w:r>
              <w:t>学号</w:t>
            </w:r>
          </w:p>
        </w:tc>
        <w:tc>
          <w:tcPr>
            <w:tcW w:type="dxa" w:w="1080"/>
          </w:tcPr>
          <w:p>
            <w:r>
              <w:t>必修课（不含体育）加权平均分</w:t>
            </w:r>
          </w:p>
        </w:tc>
        <w:tc>
          <w:tcPr>
            <w:tcW w:type="dxa" w:w="1080"/>
          </w:tcPr>
          <w:p>
            <w:r>
              <w:t>加分分值</w:t>
            </w:r>
          </w:p>
        </w:tc>
        <w:tc>
          <w:tcPr>
            <w:tcW w:type="dxa" w:w="1080"/>
          </w:tcPr>
          <w:p>
            <w:r>
              <w:t>最终成绩</w:t>
            </w:r>
          </w:p>
        </w:tc>
        <w:tc>
          <w:tcPr>
            <w:tcW w:type="dxa" w:w="1080"/>
          </w:tcPr>
          <w:p>
            <w:r>
              <w:t>最终排名</w:t>
            </w:r>
          </w:p>
        </w:tc>
        <w:tc>
          <w:tcPr>
            <w:tcW w:type="dxa" w:w="1080"/>
          </w:tcPr>
          <w:p>
            <w:r>
              <w:t>备注</w:t>
            </w:r>
          </w:p>
        </w:tc>
      </w:tr>
      <w:tr>
        <w:tc>
          <w:tcPr>
            <w:tcW w:type="dxa" w:w="1080"/>
          </w:tcPr>
          <w:p>
            <w:r>
              <w:t>宁景怡</w:t>
            </w:r>
          </w:p>
        </w:tc>
        <w:tc>
          <w:tcPr>
            <w:tcW w:type="dxa" w:w="1080"/>
          </w:tcPr>
          <w:p>
            <w:r>
              <w:t>女</w:t>
            </w:r>
          </w:p>
        </w:tc>
        <w:tc>
          <w:tcPr>
            <w:tcW w:type="dxa" w:w="1080"/>
          </w:tcPr>
          <w:p>
            <w:r>
              <w:t>202113370005</w:t>
            </w:r>
          </w:p>
        </w:tc>
        <w:tc>
          <w:tcPr>
            <w:tcW w:type="dxa" w:w="1080"/>
          </w:tcPr>
          <w:p>
            <w:r>
              <w:t>87.99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90.99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刘妍言</w:t>
            </w:r>
          </w:p>
        </w:tc>
        <w:tc>
          <w:tcPr>
            <w:tcW w:type="dxa" w:w="1080"/>
          </w:tcPr>
          <w:p>
            <w:r>
              <w:t>女</w:t>
            </w:r>
          </w:p>
        </w:tc>
        <w:tc>
          <w:tcPr>
            <w:tcW w:type="dxa" w:w="1080"/>
          </w:tcPr>
          <w:p>
            <w:r>
              <w:t>202113370010</w:t>
            </w:r>
          </w:p>
        </w:tc>
        <w:tc>
          <w:tcPr>
            <w:tcW w:type="dxa" w:w="1080"/>
          </w:tcPr>
          <w:p>
            <w:r>
              <w:t>85.81</w:t>
            </w:r>
          </w:p>
        </w:tc>
        <w:tc>
          <w:tcPr>
            <w:tcW w:type="dxa" w:w="1080"/>
          </w:tcPr>
          <w:p>
            <w:r>
              <w:t>0</w:t>
            </w:r>
          </w:p>
        </w:tc>
        <w:tc>
          <w:tcPr>
            <w:tcW w:type="dxa" w:w="1080"/>
          </w:tcPr>
          <w:p>
            <w:r>
              <w:t>85.81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陆鑫鑫</w:t>
            </w:r>
          </w:p>
        </w:tc>
        <w:tc>
          <w:tcPr>
            <w:tcW w:type="dxa" w:w="1080"/>
          </w:tcPr>
          <w:p>
            <w:r>
              <w:t>女</w:t>
            </w:r>
          </w:p>
        </w:tc>
        <w:tc>
          <w:tcPr>
            <w:tcW w:type="dxa" w:w="1080"/>
          </w:tcPr>
          <w:p>
            <w:r>
              <w:t>202113370018</w:t>
            </w:r>
          </w:p>
        </w:tc>
        <w:tc>
          <w:tcPr>
            <w:tcW w:type="dxa" w:w="1080"/>
          </w:tcPr>
          <w:p>
            <w:r>
              <w:t>80.13</w:t>
            </w:r>
          </w:p>
        </w:tc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84.13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李政谕</w:t>
            </w:r>
          </w:p>
        </w:tc>
        <w:tc>
          <w:tcPr>
            <w:tcW w:type="dxa" w:w="1080"/>
          </w:tcPr>
          <w:p>
            <w:r>
              <w:t>男</w:t>
            </w:r>
          </w:p>
        </w:tc>
        <w:tc>
          <w:tcPr>
            <w:tcW w:type="dxa" w:w="1080"/>
          </w:tcPr>
          <w:p>
            <w:r>
              <w:t>202113370017</w:t>
            </w:r>
          </w:p>
        </w:tc>
        <w:tc>
          <w:tcPr>
            <w:tcW w:type="dxa" w:w="1080"/>
          </w:tcPr>
          <w:p>
            <w:r>
              <w:t>83.87</w:t>
            </w:r>
          </w:p>
        </w:tc>
        <w:tc>
          <w:tcPr>
            <w:tcW w:type="dxa" w:w="1080"/>
          </w:tcPr>
          <w:p>
            <w:r>
              <w:t>0</w:t>
            </w:r>
          </w:p>
        </w:tc>
        <w:tc>
          <w:tcPr>
            <w:tcW w:type="dxa" w:w="1080"/>
          </w:tcPr>
          <w:p>
            <w:r>
              <w:t>83.87</w:t>
            </w:r>
          </w:p>
        </w:tc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张扬帆</w:t>
            </w:r>
          </w:p>
        </w:tc>
        <w:tc>
          <w:tcPr>
            <w:tcW w:type="dxa" w:w="1080"/>
          </w:tcPr>
          <w:p>
            <w:r>
              <w:t>男</w:t>
            </w:r>
          </w:p>
        </w:tc>
        <w:tc>
          <w:tcPr>
            <w:tcW w:type="dxa" w:w="1080"/>
          </w:tcPr>
          <w:p>
            <w:r>
              <w:t>202113370024</w:t>
            </w:r>
          </w:p>
        </w:tc>
        <w:tc>
          <w:tcPr>
            <w:tcW w:type="dxa" w:w="1080"/>
          </w:tcPr>
          <w:p>
            <w:r>
              <w:t>81.14</w:t>
            </w:r>
          </w:p>
        </w:tc>
        <w:tc>
          <w:tcPr>
            <w:tcW w:type="dxa" w:w="1080"/>
          </w:tcPr>
          <w:p>
            <w:r>
              <w:t>0</w:t>
            </w:r>
          </w:p>
        </w:tc>
        <w:tc>
          <w:tcPr>
            <w:tcW w:type="dxa" w:w="1080"/>
          </w:tcPr>
          <w:p>
            <w:r>
              <w:t>81.14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顺位递补1</w:t>
            </w:r>
          </w:p>
        </w:tc>
      </w:tr>
    </w:tbl>
    <w:p>
      <w:r>
        <w:t>材料物理专业：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性别</w:t>
            </w:r>
          </w:p>
        </w:tc>
        <w:tc>
          <w:tcPr>
            <w:tcW w:type="dxa" w:w="1080"/>
          </w:tcPr>
          <w:p>
            <w:r>
              <w:t>学号</w:t>
            </w:r>
          </w:p>
        </w:tc>
        <w:tc>
          <w:tcPr>
            <w:tcW w:type="dxa" w:w="1080"/>
          </w:tcPr>
          <w:p>
            <w:r>
              <w:t>必修课（不含体育）加权平均分</w:t>
            </w:r>
          </w:p>
        </w:tc>
        <w:tc>
          <w:tcPr>
            <w:tcW w:type="dxa" w:w="1080"/>
          </w:tcPr>
          <w:p>
            <w:r>
              <w:t>加分分值</w:t>
            </w:r>
          </w:p>
        </w:tc>
        <w:tc>
          <w:tcPr>
            <w:tcW w:type="dxa" w:w="1080"/>
          </w:tcPr>
          <w:p>
            <w:r>
              <w:t>最终成绩</w:t>
            </w:r>
          </w:p>
        </w:tc>
        <w:tc>
          <w:tcPr>
            <w:tcW w:type="dxa" w:w="1080"/>
          </w:tcPr>
          <w:p>
            <w:r>
              <w:t>最终排名</w:t>
            </w:r>
          </w:p>
        </w:tc>
        <w:tc>
          <w:tcPr>
            <w:tcW w:type="dxa" w:w="1080"/>
          </w:tcPr>
          <w:p>
            <w:r>
              <w:t>备注</w:t>
            </w:r>
          </w:p>
        </w:tc>
      </w:tr>
      <w:tr>
        <w:tc>
          <w:tcPr>
            <w:tcW w:type="dxa" w:w="1080"/>
          </w:tcPr>
          <w:p>
            <w:r>
              <w:t>张恒嘉</w:t>
            </w:r>
          </w:p>
        </w:tc>
        <w:tc>
          <w:tcPr>
            <w:tcW w:type="dxa" w:w="1080"/>
          </w:tcPr>
          <w:p>
            <w:r>
              <w:t>男</w:t>
            </w:r>
          </w:p>
        </w:tc>
        <w:tc>
          <w:tcPr>
            <w:tcW w:type="dxa" w:w="1080"/>
          </w:tcPr>
          <w:p>
            <w:r>
              <w:t>202113380054</w:t>
            </w:r>
          </w:p>
        </w:tc>
        <w:tc>
          <w:tcPr>
            <w:tcW w:type="dxa" w:w="1080"/>
          </w:tcPr>
          <w:p>
            <w:r>
              <w:t>88.44</w:t>
            </w:r>
          </w:p>
        </w:tc>
        <w:tc>
          <w:tcPr>
            <w:tcW w:type="dxa" w:w="1080"/>
          </w:tcPr>
          <w:p>
            <w:r>
              <w:t>7.5</w:t>
            </w:r>
          </w:p>
        </w:tc>
        <w:tc>
          <w:tcPr>
            <w:tcW w:type="dxa" w:w="1080"/>
          </w:tcPr>
          <w:p>
            <w:r>
              <w:t>95.94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夏靖杰</w:t>
            </w:r>
          </w:p>
        </w:tc>
        <w:tc>
          <w:tcPr>
            <w:tcW w:type="dxa" w:w="1080"/>
          </w:tcPr>
          <w:p>
            <w:r>
              <w:t>男</w:t>
            </w:r>
          </w:p>
        </w:tc>
        <w:tc>
          <w:tcPr>
            <w:tcW w:type="dxa" w:w="1080"/>
          </w:tcPr>
          <w:p>
            <w:r>
              <w:t>202113380065</w:t>
            </w:r>
          </w:p>
        </w:tc>
        <w:tc>
          <w:tcPr>
            <w:tcW w:type="dxa" w:w="1080"/>
          </w:tcPr>
          <w:p>
            <w:r>
              <w:t>87.01</w:t>
            </w:r>
          </w:p>
        </w:tc>
        <w:tc>
          <w:tcPr>
            <w:tcW w:type="dxa" w:w="1080"/>
          </w:tcPr>
          <w:p>
            <w:r>
              <w:t>4.5</w:t>
            </w:r>
          </w:p>
        </w:tc>
        <w:tc>
          <w:tcPr>
            <w:tcW w:type="dxa" w:w="1080"/>
          </w:tcPr>
          <w:p>
            <w:r>
              <w:t>91.51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陈梦翔</w:t>
            </w:r>
          </w:p>
        </w:tc>
        <w:tc>
          <w:tcPr>
            <w:tcW w:type="dxa" w:w="1080"/>
          </w:tcPr>
          <w:p>
            <w:r>
              <w:t>男</w:t>
            </w:r>
          </w:p>
        </w:tc>
        <w:tc>
          <w:tcPr>
            <w:tcW w:type="dxa" w:w="1080"/>
          </w:tcPr>
          <w:p>
            <w:r>
              <w:t>202113380045</w:t>
            </w:r>
          </w:p>
        </w:tc>
        <w:tc>
          <w:tcPr>
            <w:tcW w:type="dxa" w:w="1080"/>
          </w:tcPr>
          <w:p>
            <w:r>
              <w:t>87.35</w:t>
            </w:r>
          </w:p>
        </w:tc>
        <w:tc>
          <w:tcPr>
            <w:tcW w:type="dxa" w:w="1080"/>
          </w:tcPr>
          <w:p>
            <w:r>
              <w:t>3.5</w:t>
            </w:r>
          </w:p>
        </w:tc>
        <w:tc>
          <w:tcPr>
            <w:tcW w:type="dxa" w:w="1080"/>
          </w:tcPr>
          <w:p>
            <w:r>
              <w:t>90.85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于露</w:t>
            </w:r>
          </w:p>
        </w:tc>
        <w:tc>
          <w:tcPr>
            <w:tcW w:type="dxa" w:w="1080"/>
          </w:tcPr>
          <w:p>
            <w:r>
              <w:t>女</w:t>
            </w:r>
          </w:p>
        </w:tc>
        <w:tc>
          <w:tcPr>
            <w:tcW w:type="dxa" w:w="1080"/>
          </w:tcPr>
          <w:p>
            <w:r>
              <w:t>202113380035</w:t>
            </w:r>
          </w:p>
        </w:tc>
        <w:tc>
          <w:tcPr>
            <w:tcW w:type="dxa" w:w="1080"/>
          </w:tcPr>
          <w:p>
            <w:r>
              <w:t>86.80</w:t>
            </w:r>
          </w:p>
        </w:tc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90.80</w:t>
            </w:r>
          </w:p>
        </w:tc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崔丁宇</w:t>
            </w:r>
          </w:p>
        </w:tc>
        <w:tc>
          <w:tcPr>
            <w:tcW w:type="dxa" w:w="1080"/>
          </w:tcPr>
          <w:p>
            <w:r>
              <w:t>男</w:t>
            </w:r>
          </w:p>
        </w:tc>
        <w:tc>
          <w:tcPr>
            <w:tcW w:type="dxa" w:w="1080"/>
          </w:tcPr>
          <w:p>
            <w:r>
              <w:t>202113380030</w:t>
            </w:r>
          </w:p>
        </w:tc>
        <w:tc>
          <w:tcPr>
            <w:tcW w:type="dxa" w:w="1080"/>
          </w:tcPr>
          <w:p>
            <w:r>
              <w:t>85.40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87.40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薛季婕</w:t>
            </w:r>
          </w:p>
        </w:tc>
        <w:tc>
          <w:tcPr>
            <w:tcW w:type="dxa" w:w="1080"/>
          </w:tcPr>
          <w:p>
            <w:r>
              <w:t>女</w:t>
            </w:r>
          </w:p>
        </w:tc>
        <w:tc>
          <w:tcPr>
            <w:tcW w:type="dxa" w:w="1080"/>
          </w:tcPr>
          <w:p>
            <w:r>
              <w:t>202113380034</w:t>
            </w:r>
          </w:p>
        </w:tc>
        <w:tc>
          <w:tcPr>
            <w:tcW w:type="dxa" w:w="1080"/>
          </w:tcPr>
          <w:p>
            <w:r>
              <w:t>85.77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86.77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顺位递补1</w:t>
            </w:r>
          </w:p>
        </w:tc>
      </w:tr>
    </w:tbl>
    <w:p>
      <w:r>
        <w:t>对以上公示如有异议，请实名向院办书面反映，具体反映地点和联系方式如下：逸夫楼S227办公室，58235829。</w:t>
      </w:r>
    </w:p>
    <w:p>
      <w:r>
        <w:t>化学与材料学院</w:t>
      </w:r>
    </w:p>
    <w:p>
      <w:r>
        <w:t>2024年9月13日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