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南京信息工程大学人工智能学院2025年推荐免试攻读硕士研究生拟推荐名单公示</w:t>
      </w:r>
    </w:p>
    <w:p>
      <w:r>
        <w:t>按照《人工智能学院2025年关于推荐免试攻读硕士学位研究生工作细则》要求，经学生个人申请，学院教务及辅导员进行“推荐条件”审核，学院推免生考核小组进行加分材料审核鉴定，学院推免生工作领导小组审议通过，现将我院2025年免试攻读研究生拟推荐名单及加分审核结果予以公示（名单见附件）。公示名单见附件。</w:t>
      </w:r>
    </w:p>
    <w:p>
      <w:r>
        <w:t>公示时间：9月13日-9月15日</w:t>
      </w:r>
    </w:p>
    <w:p>
      <w:r>
        <w:t>如对上述结果有异议，请向学院教学管理科反映，电话：025-58235916。</w:t>
      </w:r>
    </w:p>
    <w:p>
      <w:pPr>
        <w:pStyle w:val="ListBullet"/>
      </w:pPr>
      <w:r>
        <w:t>附件【学院推荐情况汇总表.pdf】已下载3902次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