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山东体育学院2023年接收推荐免试硕士研究生拟录取名单公示</w:t>
      </w:r>
    </w:p>
    <w:p>
      <w:r>
        <w:t>发布者：党委宣传部发布时间：2022-10-17浏览次数：2</w:t>
      </w:r>
    </w:p>
    <w:p>
      <w:r>
        <w:t>分享：</w:t>
      </w:r>
    </w:p>
    <w:p>
      <w:pPr>
        <w:pStyle w:val="Heading4"/>
      </w:pPr>
      <w:r>
        <w:t>微信扫一扫：分享</w:t>
      </w:r>
    </w:p>
    <w:p>
      <w:r>
        <w:t>微信里点“发现”，扫一下</w:t>
      </w:r>
    </w:p>
    <w:p>
      <w:r>
        <w:t>二维码便可将本文分享至朋友圈。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