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哈尔滨体育学院关于推荐2027届优秀应届本科毕业生免试攻读硕士学位研究生名单公示</w:t>
      </w:r>
    </w:p>
    <w:p>
      <w:r>
        <w:t>哈尔滨体育学院关于推荐2027届本科</w:t>
      </w:r>
    </w:p>
    <w:p>
      <w:r>
        <w:t>毕业生免试攻读硕士学位研究生</w:t>
      </w:r>
    </w:p>
    <w:p>
      <w:r>
        <w:t>名单公示</w:t>
      </w:r>
    </w:p>
    <w:p>
      <w:r>
        <w:t>根据教育部《全国普通高等学校推荐优秀应届本科毕业生免试攻读硕士学位研究生工作管理办法（试行）》（教学〔2006〕14号）《教育部办公厅关于进一步规范和加强推荐优秀应届本科毕业生免试攻读研究生工作的通知》（教学厅〔2020〕12号）《全国高等学校推荐优秀应届本科毕业生免试攻读研究生工作管理规定》（教学厅〔2026〕1号）文件精神，按照《哈尔滨体育学院推荐优秀应届本科毕业生免试攻读硕士学位研究生管理办法（修订）》（哈体院政发〔2026〕74号）文件要求，经学生个人申请、二级学院审核遴选与公示、教务处审核、学校推免工作领导小组审定，并向学校党委汇报。我校现已完成推荐程序，拟推荐苏世毫等40名本科学生免试攻读硕士学位研究生。</w:t>
      </w:r>
    </w:p>
    <w:p>
      <w:r>
        <w:t>现将名单公示如下，公示期为202 6年9月13 — 19日。公示期间，如有异议，可逐级联系学院、教务处、纪委办公室进行申诉或举报。</w:t>
      </w:r>
    </w:p>
    <w:p>
      <w:r>
        <w:t>电话：0451-827 21057邮箱：htyjwc@hrbipe.edu.cn</w:t>
      </w:r>
    </w:p>
    <w:p>
      <w:r>
        <w:t>附件：哈尔滨体育学院202 7届推免生拟推荐名单汇总表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