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哈尔滨体育学院关于推荐2026届优秀应届本科毕业生免试攻读硕士学位研究生名单公示</w:t>
      </w:r>
    </w:p>
    <w:p>
      <w:r>
        <w:t>根据教育部有关文件、视频会议精神，按照《哈尔滨体育学院推荐优秀应届本科毕业生免试攻读硕士学位研究生管理办法（试行）》（哈体院政发〔202 5〕40号）、《哈尔滨体育学院推荐2026届优秀应届本科毕业生免试攻读硕士学位研究生的实施方案》（哈体院政发〔20 25〕45号）文件要求，经学生个人申请、二级学院审核遴选与公示、教务处审核、学校推免生工作领导小组审定，并向学校党委汇报后，我校已完成推荐程序，拟推荐李晓壮等23名本科生获得推免资格。现将名单公示如下，公示期到2025年9月19日17:00为止。公示期间，如有异议，联系教务处进行申诉或举报。</w:t>
      </w:r>
    </w:p>
    <w:p>
      <w:r>
        <w:t>电话：0451-82713656邮箱：htyjwc@hrbipe.edu.cn</w:t>
      </w:r>
    </w:p>
    <w:p>
      <w:r>
        <w:t>附件：哈尔滨体育学院2026届推免生你推荐名单汇总表</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