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体育教育与人文学院2024届推免公示</w:t>
      </w:r>
    </w:p>
    <w:p>
      <w:r>
        <w:t>根据《2024年南京体育学院遴选推荐应届优秀本科毕业生免试攻读硕士学位研究生工作的通知》和《体育教育与人文学院推荐应届优秀本科毕业生免试攻读硕士学位研究生工作细则》文件要求，结合学院实际，体育教育与人文学院推荐优秀应届本科毕业生免试攻读研究生工作已经开始，根据推荐条件指标及量化考评细则，结合我院实际，拟推荐以下7名同学为免试攻读硕士学位候选人。</w:t>
      </w:r>
    </w:p>
    <w:p>
      <w:r>
        <w:t>附名单如下：</w:t>
      </w:r>
    </w:p>
    <w:p>
      <w:r>
        <w:t>7204136葛政荧，男，汉族，新闻学专业</w:t>
      </w:r>
    </w:p>
    <w:p>
      <w:r>
        <w:t>7204125俞茜桐，女，汉族，新闻学专业</w:t>
      </w:r>
    </w:p>
    <w:p>
      <w:r>
        <w:t>7204122许羽洁，女，汉族，新闻学专业</w:t>
      </w:r>
    </w:p>
    <w:p>
      <w:r>
        <w:t>1204225李政，男，汉族，体育教育专业</w:t>
      </w:r>
    </w:p>
    <w:p>
      <w:r>
        <w:t>1204102徐思维，女，汉族，体育教育专业</w:t>
      </w:r>
    </w:p>
    <w:p>
      <w:r>
        <w:t>1204204曹洋，女，汉族，体育教育专业</w:t>
      </w:r>
    </w:p>
    <w:p>
      <w:r>
        <w:t>1204301徐嘉怡，女，汉族，体育教育专业</w:t>
      </w:r>
    </w:p>
    <w:p>
      <w:r>
        <w:t>现将拟推荐学生名单进行公示。公示期自202 3年9月25日至10月5日。如有异议请在公示期间向学院反馈。</w:t>
      </w:r>
    </w:p>
    <w:p>
      <w:r>
        <w:t>联系人：赵玉超联系电话：19962033258</w:t>
      </w:r>
    </w:p>
    <w:p>
      <w:r>
        <w:t>纪检联系人：沈梦联系电话：19962033074</w:t>
      </w:r>
    </w:p>
    <w:p>
      <w:r>
        <w:t>体育教育与人文学院</w:t>
      </w:r>
    </w:p>
    <w:p>
      <w:r>
        <w:t>2023年9月25日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