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体育教育与人文学院2023届推免公示</w:t>
      </w:r>
    </w:p>
    <w:p>
      <w:r>
        <w:t>发布者：沈梦发布时间：2022-09-15浏览次数：779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