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体育教育与人文学院2021年推免公示</w:t>
      </w:r>
    </w:p>
    <w:p>
      <w:r>
        <w:t>根据《全国普通高等学校推荐优秀应届本科毕业生免试攻读硕士学位研究生工作管理办法(试行)》(教学〔2006〕14号)和《教育部办公厅关于进一步加强推荐优秀应届本科毕业生免试攻读研究生工作的通知》(教学厅〔2013〕8号)以及学校相关文件要求，体育教育与人文学院学院推荐优秀应届本科毕业生免试攻读研究生工作已开始，根据推荐条件、指标及量化考评细则，我院拟推荐以下五名同学。</w:t>
      </w:r>
    </w:p>
    <w:p>
      <w:r>
        <w:t>附名单如下：</w:t>
      </w:r>
    </w:p>
    <w:p>
      <w:r>
        <w:t>7174114沈璇，女，汉，江苏徐州，新闻学专业；</w:t>
      </w:r>
    </w:p>
    <w:p>
      <w:r>
        <w:t>7174118张蕊，女，汉，江苏常州，新闻学专业；</w:t>
      </w:r>
    </w:p>
    <w:p>
      <w:r>
        <w:t>1174319李庆，男，汉，江苏高邮，体育教育专业；</w:t>
      </w:r>
    </w:p>
    <w:p>
      <w:r>
        <w:t>1174126吴桐，男，汉，江苏徐州，体育教育专业；</w:t>
      </w:r>
    </w:p>
    <w:p>
      <w:r>
        <w:t>1174204朱敏，女，汉，江苏泰州，体育教育专业。</w:t>
      </w:r>
    </w:p>
    <w:p>
      <w:r>
        <w:t>现将上述拟推荐学生名单予以公示。公示期自20 20年9月25日至9月30日（5个工作日）。如对公示名单有异议者，请于公示期间向学院反映。</w:t>
      </w:r>
    </w:p>
    <w:p>
      <w:r>
        <w:t>联系人：汤皓老师</w:t>
      </w:r>
    </w:p>
    <w:p>
      <w:r>
        <w:t>联系电话：025 --84755367</w:t>
      </w:r>
    </w:p>
    <w:p>
      <w:r>
        <w:t>体育教育与人文学院</w:t>
      </w:r>
    </w:p>
    <w:p>
      <w:r>
        <w:t>2020年9月25日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