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体育教育与人文学院拟推荐2027年优秀本科毕业生免试攻读硕士学位研究生名单公示</w:t>
      </w:r>
    </w:p>
    <w:p>
      <w:r>
        <w:t>根据学校《关于做好2027年南京体育学院推荐优秀应届本科毕业生免试攻读硕士学位研究生工作的通知》和《体育教育与人文学院推荐应届优秀本科毕业生免试攻读硕士学位研究生工作细则（试行）》文件要求，结合学院实际，经学生个人申报，学院推免生专家审核工作小组审议通过，学院党政联席会议讨论决定，拟推荐体育教育专业9名、新闻学专业3名同学免试攻读2027年研究生，替补1名。在公示期间，如有特殊情况，由替补人选递补。</w:t>
      </w:r>
    </w:p>
    <w:p>
      <w:r>
        <w:t>公示期自2026年9月2日至9月4日。如有异议，请于公示期内以书面形式向学院（电话：19962033074）反映，过期不予受理。</w:t>
      </w:r>
    </w:p>
    <w:p>
      <w:r>
        <w:t>拟推荐名单及替补名单如下：</w:t>
      </w:r>
    </w:p>
    <w:tbl>
      <w:tblPr>
        <w:tblStyle w:val="TableGrid"/>
        <w:tblW w:type="auto" w:w="0"/>
        <w:tblLook w:firstColumn="1" w:firstRow="1" w:lastColumn="0" w:lastRow="0" w:noHBand="0" w:noVBand="1" w:val="04A0"/>
      </w:tblPr>
      <w:tblGrid>
        <w:gridCol w:w="720"/>
        <w:gridCol w:w="720"/>
        <w:gridCol w:w="720"/>
        <w:gridCol w:w="720"/>
        <w:gridCol w:w="720"/>
        <w:gridCol w:w="720"/>
        <w:gridCol w:w="720"/>
        <w:gridCol w:w="720"/>
        <w:gridCol w:w="720"/>
        <w:gridCol w:w="720"/>
        <w:gridCol w:w="720"/>
        <w:gridCol w:w="720"/>
      </w:tblGrid>
      <w:tr>
        <w:tc>
          <w:tcPr>
            <w:tcW w:type="dxa" w:w="720"/>
          </w:tcPr>
          <w:p>
            <w:r>
              <w:t>学号</w:t>
            </w:r>
          </w:p>
        </w:tc>
        <w:tc>
          <w:tcPr>
            <w:tcW w:type="dxa" w:w="720"/>
          </w:tcPr>
          <w:p>
            <w:r>
              <w:t>姓名</w:t>
            </w:r>
          </w:p>
        </w:tc>
        <w:tc>
          <w:tcPr>
            <w:tcW w:type="dxa" w:w="720"/>
          </w:tcPr>
          <w:p>
            <w:r>
              <w:t>专业</w:t>
            </w:r>
          </w:p>
        </w:tc>
        <w:tc>
          <w:tcPr>
            <w:tcW w:type="dxa" w:w="720"/>
          </w:tcPr>
          <w:p>
            <w:r>
              <w:t>英语成绩</w:t>
            </w:r>
          </w:p>
        </w:tc>
        <w:tc>
          <w:tcPr>
            <w:tcW w:type="dxa" w:w="720"/>
          </w:tcPr>
          <w:p>
            <w:r>
              <w:t>平均学分绩点</w:t>
            </w:r>
          </w:p>
        </w:tc>
        <w:tc>
          <w:tcPr>
            <w:tcW w:type="dxa" w:w="720"/>
          </w:tcPr>
          <w:p>
            <w:r>
              <w:t>综合素质总分</w:t>
            </w:r>
          </w:p>
        </w:tc>
        <w:tc>
          <w:tcPr>
            <w:tcW w:type="dxa" w:w="720"/>
          </w:tcPr>
          <w:p>
            <w:r>
              <w:t>科研成果（10%）</w:t>
            </w:r>
          </w:p>
        </w:tc>
        <w:tc>
          <w:tcPr>
            <w:tcW w:type="dxa" w:w="720"/>
          </w:tcPr>
          <w:p>
            <w:r>
              <w:t>创新创业、志愿服务等实践活动（10%）</w:t>
            </w:r>
          </w:p>
        </w:tc>
        <w:tc>
          <w:tcPr>
            <w:tcW w:type="dxa" w:w="720"/>
          </w:tcPr>
          <w:p>
            <w:r>
              <w:t>竞赛获奖（10%）</w:t>
            </w:r>
          </w:p>
        </w:tc>
        <w:tc>
          <w:tcPr>
            <w:tcW w:type="dxa" w:w="720"/>
          </w:tcPr>
          <w:p>
            <w:r>
              <w:t>综合成绩</w:t>
            </w:r>
          </w:p>
        </w:tc>
        <w:tc>
          <w:tcPr>
            <w:tcW w:type="dxa" w:w="720"/>
          </w:tcPr>
          <w:p>
            <w:r>
              <w:t>综合排名</w:t>
            </w:r>
          </w:p>
        </w:tc>
        <w:tc>
          <w:tcPr>
            <w:tcW w:type="dxa" w:w="720"/>
          </w:tcPr>
          <w:p>
            <w:r>
              <w:t>推荐情况</w:t>
            </w:r>
          </w:p>
        </w:tc>
      </w:tr>
      <w:tr>
        <w:tc>
          <w:tcPr>
            <w:tcW w:type="dxa" w:w="720"/>
          </w:tcPr>
          <w:p>
            <w:r>
              <w:t>101231005</w:t>
            </w:r>
          </w:p>
        </w:tc>
        <w:tc>
          <w:tcPr>
            <w:tcW w:type="dxa" w:w="720"/>
          </w:tcPr>
          <w:p>
            <w:r>
              <w:t>陶文卿</w:t>
            </w:r>
          </w:p>
        </w:tc>
        <w:tc>
          <w:tcPr>
            <w:tcW w:type="dxa" w:w="720"/>
          </w:tcPr>
          <w:p>
            <w:r>
              <w:t>体育教育</w:t>
            </w:r>
          </w:p>
        </w:tc>
        <w:tc>
          <w:tcPr>
            <w:tcW w:type="dxa" w:w="720"/>
          </w:tcPr>
          <w:p>
            <w:r>
              <w:t>CET4（521）CET6（515）</w:t>
            </w:r>
          </w:p>
        </w:tc>
        <w:tc>
          <w:tcPr>
            <w:tcW w:type="dxa" w:w="720"/>
          </w:tcPr>
          <w:p>
            <w:r>
              <w:t>4.15</w:t>
            </w:r>
          </w:p>
        </w:tc>
        <w:tc>
          <w:tcPr>
            <w:tcW w:type="dxa" w:w="720"/>
          </w:tcPr>
          <w:p>
            <w:r>
              <w:t>5.8125</w:t>
            </w:r>
          </w:p>
        </w:tc>
        <w:tc>
          <w:tcPr>
            <w:tcW w:type="dxa" w:w="720"/>
          </w:tcPr>
          <w:p>
            <w:r>
              <w:t>3.3750</w:t>
            </w:r>
          </w:p>
        </w:tc>
        <w:tc>
          <w:tcPr>
            <w:tcW w:type="dxa" w:w="720"/>
          </w:tcPr>
          <w:p>
            <w:r>
              <w:t>0.3125</w:t>
            </w:r>
          </w:p>
        </w:tc>
        <w:tc>
          <w:tcPr>
            <w:tcW w:type="dxa" w:w="720"/>
          </w:tcPr>
          <w:p>
            <w:r>
              <w:t>2.1250</w:t>
            </w:r>
          </w:p>
        </w:tc>
        <w:tc>
          <w:tcPr>
            <w:tcW w:type="dxa" w:w="720"/>
          </w:tcPr>
          <w:p>
            <w:r>
              <w:t>73.7125</w:t>
            </w:r>
          </w:p>
        </w:tc>
        <w:tc>
          <w:tcPr>
            <w:tcW w:type="dxa" w:w="720"/>
          </w:tcPr>
          <w:p>
            <w:r>
              <w:t>1</w:t>
            </w:r>
          </w:p>
        </w:tc>
        <w:tc>
          <w:tcPr>
            <w:tcW w:type="dxa" w:w="720"/>
          </w:tcPr>
          <w:p>
            <w:r>
              <w:t>拟推荐</w:t>
            </w:r>
          </w:p>
        </w:tc>
      </w:tr>
      <w:tr>
        <w:tc>
          <w:tcPr>
            <w:tcW w:type="dxa" w:w="720"/>
          </w:tcPr>
          <w:p>
            <w:r>
              <w:t>101233008</w:t>
            </w:r>
          </w:p>
        </w:tc>
        <w:tc>
          <w:tcPr>
            <w:tcW w:type="dxa" w:w="720"/>
          </w:tcPr>
          <w:p>
            <w:r>
              <w:t>钱青青</w:t>
            </w:r>
          </w:p>
        </w:tc>
        <w:tc>
          <w:tcPr>
            <w:tcW w:type="dxa" w:w="720"/>
          </w:tcPr>
          <w:p>
            <w:r>
              <w:t>体育教育</w:t>
            </w:r>
          </w:p>
        </w:tc>
        <w:tc>
          <w:tcPr>
            <w:tcW w:type="dxa" w:w="720"/>
          </w:tcPr>
          <w:p>
            <w:r>
              <w:t>CET4（429）</w:t>
            </w:r>
          </w:p>
        </w:tc>
        <w:tc>
          <w:tcPr>
            <w:tcW w:type="dxa" w:w="720"/>
          </w:tcPr>
          <w:p>
            <w:r>
              <w:t>4.21</w:t>
            </w:r>
          </w:p>
        </w:tc>
        <w:tc>
          <w:tcPr>
            <w:tcW w:type="dxa" w:w="720"/>
          </w:tcPr>
          <w:p>
            <w:r>
              <w:t>2.8000</w:t>
            </w:r>
          </w:p>
        </w:tc>
        <w:tc>
          <w:tcPr>
            <w:tcW w:type="dxa" w:w="720"/>
          </w:tcPr>
          <w:p>
            <w:r>
              <w:t>0.0000</w:t>
            </w:r>
          </w:p>
        </w:tc>
        <w:tc>
          <w:tcPr>
            <w:tcW w:type="dxa" w:w="720"/>
          </w:tcPr>
          <w:p>
            <w:r>
              <w:t>0.8000</w:t>
            </w:r>
          </w:p>
        </w:tc>
        <w:tc>
          <w:tcPr>
            <w:tcW w:type="dxa" w:w="720"/>
          </w:tcPr>
          <w:p>
            <w:r>
              <w:t>2.0000</w:t>
            </w:r>
          </w:p>
        </w:tc>
        <w:tc>
          <w:tcPr>
            <w:tcW w:type="dxa" w:w="720"/>
          </w:tcPr>
          <w:p>
            <w:r>
              <w:t>72.8000</w:t>
            </w:r>
          </w:p>
        </w:tc>
        <w:tc>
          <w:tcPr>
            <w:tcW w:type="dxa" w:w="720"/>
          </w:tcPr>
          <w:p>
            <w:r>
              <w:t>2</w:t>
            </w:r>
          </w:p>
        </w:tc>
        <w:tc>
          <w:tcPr>
            <w:tcW w:type="dxa" w:w="720"/>
          </w:tcPr>
          <w:p>
            <w:r>
              <w:t>拟推荐</w:t>
            </w:r>
          </w:p>
        </w:tc>
      </w:tr>
      <w:tr>
        <w:tc>
          <w:tcPr>
            <w:tcW w:type="dxa" w:w="720"/>
          </w:tcPr>
          <w:p>
            <w:r>
              <w:t>101233023</w:t>
            </w:r>
          </w:p>
        </w:tc>
        <w:tc>
          <w:tcPr>
            <w:tcW w:type="dxa" w:w="720"/>
          </w:tcPr>
          <w:p>
            <w:r>
              <w:t>唐鑫</w:t>
            </w:r>
          </w:p>
        </w:tc>
        <w:tc>
          <w:tcPr>
            <w:tcW w:type="dxa" w:w="720"/>
          </w:tcPr>
          <w:p>
            <w:r>
              <w:t>体育教育</w:t>
            </w:r>
          </w:p>
        </w:tc>
        <w:tc>
          <w:tcPr>
            <w:tcW w:type="dxa" w:w="720"/>
          </w:tcPr>
          <w:p>
            <w:r>
              <w:t>CET4（4 78）CET6（454）</w:t>
            </w:r>
          </w:p>
        </w:tc>
        <w:tc>
          <w:tcPr>
            <w:tcW w:type="dxa" w:w="720"/>
          </w:tcPr>
          <w:p>
            <w:r>
              <w:t>4.10</w:t>
            </w:r>
          </w:p>
        </w:tc>
        <w:tc>
          <w:tcPr>
            <w:tcW w:type="dxa" w:w="720"/>
          </w:tcPr>
          <w:p>
            <w:r>
              <w:t>4.7500</w:t>
            </w:r>
          </w:p>
        </w:tc>
        <w:tc>
          <w:tcPr>
            <w:tcW w:type="dxa" w:w="720"/>
          </w:tcPr>
          <w:p>
            <w:r>
              <w:t>0.5000</w:t>
            </w:r>
          </w:p>
        </w:tc>
        <w:tc>
          <w:tcPr>
            <w:tcW w:type="dxa" w:w="720"/>
          </w:tcPr>
          <w:p>
            <w:r>
              <w:t>0.3750</w:t>
            </w:r>
          </w:p>
        </w:tc>
        <w:tc>
          <w:tcPr>
            <w:tcW w:type="dxa" w:w="720"/>
          </w:tcPr>
          <w:p>
            <w:r>
              <w:t>3.8750</w:t>
            </w:r>
          </w:p>
        </w:tc>
        <w:tc>
          <w:tcPr>
            <w:tcW w:type="dxa" w:w="720"/>
          </w:tcPr>
          <w:p>
            <w:r>
              <w:t>68.4500</w:t>
            </w:r>
          </w:p>
        </w:tc>
        <w:tc>
          <w:tcPr>
            <w:tcW w:type="dxa" w:w="720"/>
          </w:tcPr>
          <w:p>
            <w:r>
              <w:t>3</w:t>
            </w:r>
          </w:p>
        </w:tc>
        <w:tc>
          <w:tcPr>
            <w:tcW w:type="dxa" w:w="720"/>
          </w:tcPr>
          <w:p>
            <w:r>
              <w:t>拟推荐</w:t>
            </w:r>
          </w:p>
        </w:tc>
      </w:tr>
      <w:tr>
        <w:tc>
          <w:tcPr>
            <w:tcW w:type="dxa" w:w="720"/>
          </w:tcPr>
          <w:p>
            <w:r>
              <w:t>101233009</w:t>
            </w:r>
          </w:p>
        </w:tc>
        <w:tc>
          <w:tcPr>
            <w:tcW w:type="dxa" w:w="720"/>
          </w:tcPr>
          <w:p>
            <w:r>
              <w:t>徐璐</w:t>
            </w:r>
          </w:p>
        </w:tc>
        <w:tc>
          <w:tcPr>
            <w:tcW w:type="dxa" w:w="720"/>
          </w:tcPr>
          <w:p>
            <w:r>
              <w:t>体育教育</w:t>
            </w:r>
          </w:p>
        </w:tc>
        <w:tc>
          <w:tcPr>
            <w:tcW w:type="dxa" w:w="720"/>
          </w:tcPr>
          <w:p>
            <w:r>
              <w:t>CET4（428）CET6（437）</w:t>
            </w:r>
          </w:p>
        </w:tc>
        <w:tc>
          <w:tcPr>
            <w:tcW w:type="dxa" w:w="720"/>
          </w:tcPr>
          <w:p>
            <w:r>
              <w:t>4.11</w:t>
            </w:r>
          </w:p>
        </w:tc>
        <w:tc>
          <w:tcPr>
            <w:tcW w:type="dxa" w:w="720"/>
          </w:tcPr>
          <w:p>
            <w:r>
              <w:t>1.4875</w:t>
            </w:r>
          </w:p>
        </w:tc>
        <w:tc>
          <w:tcPr>
            <w:tcW w:type="dxa" w:w="720"/>
          </w:tcPr>
          <w:p>
            <w:r>
              <w:t>0.0000</w:t>
            </w:r>
          </w:p>
        </w:tc>
        <w:tc>
          <w:tcPr>
            <w:tcW w:type="dxa" w:w="720"/>
          </w:tcPr>
          <w:p>
            <w:r>
              <w:t>0.9250</w:t>
            </w:r>
          </w:p>
        </w:tc>
        <w:tc>
          <w:tcPr>
            <w:tcW w:type="dxa" w:w="720"/>
          </w:tcPr>
          <w:p>
            <w:r>
              <w:t>0.5625</w:t>
            </w:r>
          </w:p>
        </w:tc>
        <w:tc>
          <w:tcPr>
            <w:tcW w:type="dxa" w:w="720"/>
          </w:tcPr>
          <w:p>
            <w:r>
              <w:t>67.2875</w:t>
            </w:r>
          </w:p>
        </w:tc>
        <w:tc>
          <w:tcPr>
            <w:tcW w:type="dxa" w:w="720"/>
          </w:tcPr>
          <w:p>
            <w:r>
              <w:t>4</w:t>
            </w:r>
          </w:p>
        </w:tc>
        <w:tc>
          <w:tcPr>
            <w:tcW w:type="dxa" w:w="720"/>
          </w:tcPr>
          <w:p>
            <w:r>
              <w:t>拟推荐</w:t>
            </w:r>
          </w:p>
        </w:tc>
      </w:tr>
      <w:tr>
        <w:tc>
          <w:tcPr>
            <w:tcW w:type="dxa" w:w="720"/>
          </w:tcPr>
          <w:p>
            <w:r>
              <w:t>101231006</w:t>
            </w:r>
          </w:p>
        </w:tc>
        <w:tc>
          <w:tcPr>
            <w:tcW w:type="dxa" w:w="720"/>
          </w:tcPr>
          <w:p>
            <w:r>
              <w:t>何玲会</w:t>
            </w:r>
          </w:p>
        </w:tc>
        <w:tc>
          <w:tcPr>
            <w:tcW w:type="dxa" w:w="720"/>
          </w:tcPr>
          <w:p>
            <w:r>
              <w:t>体育教育</w:t>
            </w:r>
          </w:p>
        </w:tc>
        <w:tc>
          <w:tcPr>
            <w:tcW w:type="dxa" w:w="720"/>
          </w:tcPr>
          <w:p>
            <w:r>
              <w:t>CET4（4 35）</w:t>
            </w:r>
          </w:p>
        </w:tc>
        <w:tc>
          <w:tcPr>
            <w:tcW w:type="dxa" w:w="720"/>
          </w:tcPr>
          <w:p>
            <w:r>
              <w:t>4.05</w:t>
            </w:r>
          </w:p>
        </w:tc>
        <w:tc>
          <w:tcPr>
            <w:tcW w:type="dxa" w:w="720"/>
          </w:tcPr>
          <w:p>
            <w:r>
              <w:t>1.4375</w:t>
            </w:r>
          </w:p>
        </w:tc>
        <w:tc>
          <w:tcPr>
            <w:tcW w:type="dxa" w:w="720"/>
          </w:tcPr>
          <w:p>
            <w:r>
              <w:t>0.0000</w:t>
            </w:r>
          </w:p>
        </w:tc>
        <w:tc>
          <w:tcPr>
            <w:tcW w:type="dxa" w:w="720"/>
          </w:tcPr>
          <w:p>
            <w:r>
              <w:t>0.0000</w:t>
            </w:r>
          </w:p>
        </w:tc>
        <w:tc>
          <w:tcPr>
            <w:tcW w:type="dxa" w:w="720"/>
          </w:tcPr>
          <w:p>
            <w:r>
              <w:t>1.4375</w:t>
            </w:r>
          </w:p>
        </w:tc>
        <w:tc>
          <w:tcPr>
            <w:tcW w:type="dxa" w:w="720"/>
          </w:tcPr>
          <w:p>
            <w:r>
              <w:t>63.0375</w:t>
            </w:r>
          </w:p>
        </w:tc>
        <w:tc>
          <w:tcPr>
            <w:tcW w:type="dxa" w:w="720"/>
          </w:tcPr>
          <w:p>
            <w:r>
              <w:t>5</w:t>
            </w:r>
          </w:p>
        </w:tc>
        <w:tc>
          <w:tcPr>
            <w:tcW w:type="dxa" w:w="720"/>
          </w:tcPr>
          <w:p>
            <w:r>
              <w:t>拟推荐</w:t>
            </w:r>
          </w:p>
        </w:tc>
      </w:tr>
      <w:tr>
        <w:tc>
          <w:tcPr>
            <w:tcW w:type="dxa" w:w="720"/>
          </w:tcPr>
          <w:p>
            <w:r>
              <w:t>101232012</w:t>
            </w:r>
          </w:p>
        </w:tc>
        <w:tc>
          <w:tcPr>
            <w:tcW w:type="dxa" w:w="720"/>
          </w:tcPr>
          <w:p>
            <w:r>
              <w:t>鲍钇圳</w:t>
            </w:r>
          </w:p>
        </w:tc>
        <w:tc>
          <w:tcPr>
            <w:tcW w:type="dxa" w:w="720"/>
          </w:tcPr>
          <w:p>
            <w:r>
              <w:t>体育教育</w:t>
            </w:r>
          </w:p>
        </w:tc>
        <w:tc>
          <w:tcPr>
            <w:tcW w:type="dxa" w:w="720"/>
          </w:tcPr>
          <w:p>
            <w:r>
              <w:t>CET4（443）</w:t>
            </w:r>
          </w:p>
        </w:tc>
        <w:tc>
          <w:tcPr>
            <w:tcW w:type="dxa" w:w="720"/>
          </w:tcPr>
          <w:p>
            <w:r>
              <w:t>3.96</w:t>
            </w:r>
          </w:p>
        </w:tc>
        <w:tc>
          <w:tcPr>
            <w:tcW w:type="dxa" w:w="720"/>
          </w:tcPr>
          <w:p>
            <w:r>
              <w:t>4.5000</w:t>
            </w:r>
          </w:p>
        </w:tc>
        <w:tc>
          <w:tcPr>
            <w:tcW w:type="dxa" w:w="720"/>
          </w:tcPr>
          <w:p>
            <w:r>
              <w:t>4.5000</w:t>
            </w:r>
          </w:p>
        </w:tc>
        <w:tc>
          <w:tcPr>
            <w:tcW w:type="dxa" w:w="720"/>
          </w:tcPr>
          <w:p>
            <w:r>
              <w:t>0.0000</w:t>
            </w:r>
          </w:p>
        </w:tc>
        <w:tc>
          <w:tcPr>
            <w:tcW w:type="dxa" w:w="720"/>
          </w:tcPr>
          <w:p>
            <w:r>
              <w:t>0.0000</w:t>
            </w:r>
          </w:p>
        </w:tc>
        <w:tc>
          <w:tcPr>
            <w:tcW w:type="dxa" w:w="720"/>
          </w:tcPr>
          <w:p>
            <w:r>
              <w:t>61.9000</w:t>
            </w:r>
          </w:p>
        </w:tc>
        <w:tc>
          <w:tcPr>
            <w:tcW w:type="dxa" w:w="720"/>
          </w:tcPr>
          <w:p>
            <w:r>
              <w:t>6</w:t>
            </w:r>
          </w:p>
        </w:tc>
        <w:tc>
          <w:tcPr>
            <w:tcW w:type="dxa" w:w="720"/>
          </w:tcPr>
          <w:p>
            <w:r>
              <w:t>拟推荐</w:t>
            </w:r>
          </w:p>
        </w:tc>
      </w:tr>
      <w:tr>
        <w:tc>
          <w:tcPr>
            <w:tcW w:type="dxa" w:w="720"/>
          </w:tcPr>
          <w:p>
            <w:r>
              <w:t>101232001</w:t>
            </w:r>
          </w:p>
        </w:tc>
        <w:tc>
          <w:tcPr>
            <w:tcW w:type="dxa" w:w="720"/>
          </w:tcPr>
          <w:p>
            <w:r>
              <w:t>宋敬玉</w:t>
            </w:r>
          </w:p>
        </w:tc>
        <w:tc>
          <w:tcPr>
            <w:tcW w:type="dxa" w:w="720"/>
          </w:tcPr>
          <w:p>
            <w:r>
              <w:t>体育教育</w:t>
            </w:r>
          </w:p>
        </w:tc>
        <w:tc>
          <w:tcPr>
            <w:tcW w:type="dxa" w:w="720"/>
          </w:tcPr>
          <w:p>
            <w:r>
              <w:t>CET4（474）</w:t>
            </w:r>
          </w:p>
        </w:tc>
        <w:tc>
          <w:tcPr>
            <w:tcW w:type="dxa" w:w="720"/>
          </w:tcPr>
          <w:p>
            <w:r>
              <w:t>4.00</w:t>
            </w:r>
          </w:p>
        </w:tc>
        <w:tc>
          <w:tcPr>
            <w:tcW w:type="dxa" w:w="720"/>
          </w:tcPr>
          <w:p>
            <w:r>
              <w:t>0.2500</w:t>
            </w:r>
          </w:p>
        </w:tc>
        <w:tc>
          <w:tcPr>
            <w:tcW w:type="dxa" w:w="720"/>
          </w:tcPr>
          <w:p>
            <w:r>
              <w:t>0.0000</w:t>
            </w:r>
          </w:p>
        </w:tc>
        <w:tc>
          <w:tcPr>
            <w:tcW w:type="dxa" w:w="720"/>
          </w:tcPr>
          <w:p>
            <w:r>
              <w:t>0.0000</w:t>
            </w:r>
          </w:p>
        </w:tc>
        <w:tc>
          <w:tcPr>
            <w:tcW w:type="dxa" w:w="720"/>
          </w:tcPr>
          <w:p>
            <w:r>
              <w:t>0.2500</w:t>
            </w:r>
          </w:p>
        </w:tc>
        <w:tc>
          <w:tcPr>
            <w:tcW w:type="dxa" w:w="720"/>
          </w:tcPr>
          <w:p>
            <w:r>
              <w:t>59.7500</w:t>
            </w:r>
          </w:p>
        </w:tc>
        <w:tc>
          <w:tcPr>
            <w:tcW w:type="dxa" w:w="720"/>
          </w:tcPr>
          <w:p>
            <w:r>
              <w:t>7</w:t>
            </w:r>
          </w:p>
        </w:tc>
        <w:tc>
          <w:tcPr>
            <w:tcW w:type="dxa" w:w="720"/>
          </w:tcPr>
          <w:p>
            <w:r>
              <w:t>拟推荐</w:t>
            </w:r>
          </w:p>
        </w:tc>
      </w:tr>
      <w:tr>
        <w:tc>
          <w:tcPr>
            <w:tcW w:type="dxa" w:w="720"/>
          </w:tcPr>
          <w:p>
            <w:r>
              <w:t>101231002</w:t>
            </w:r>
          </w:p>
        </w:tc>
        <w:tc>
          <w:tcPr>
            <w:tcW w:type="dxa" w:w="720"/>
          </w:tcPr>
          <w:p>
            <w:r>
              <w:t>刘金诺</w:t>
            </w:r>
          </w:p>
        </w:tc>
        <w:tc>
          <w:tcPr>
            <w:tcW w:type="dxa" w:w="720"/>
          </w:tcPr>
          <w:p>
            <w:r>
              <w:t>体育教育</w:t>
            </w:r>
          </w:p>
        </w:tc>
        <w:tc>
          <w:tcPr>
            <w:tcW w:type="dxa" w:w="720"/>
          </w:tcPr>
          <w:p>
            <w:r>
              <w:t>CET4（448）</w:t>
            </w:r>
          </w:p>
        </w:tc>
        <w:tc>
          <w:tcPr>
            <w:tcW w:type="dxa" w:w="720"/>
          </w:tcPr>
          <w:p>
            <w:r>
              <w:t>3.94</w:t>
            </w:r>
          </w:p>
        </w:tc>
        <w:tc>
          <w:tcPr>
            <w:tcW w:type="dxa" w:w="720"/>
          </w:tcPr>
          <w:p>
            <w:r>
              <w:t>0.87 50</w:t>
            </w:r>
          </w:p>
        </w:tc>
        <w:tc>
          <w:tcPr>
            <w:tcW w:type="dxa" w:w="720"/>
          </w:tcPr>
          <w:p>
            <w:r>
              <w:t>0.0000</w:t>
            </w:r>
          </w:p>
        </w:tc>
        <w:tc>
          <w:tcPr>
            <w:tcW w:type="dxa" w:w="720"/>
          </w:tcPr>
          <w:p>
            <w:r>
              <w:t>0.0000</w:t>
            </w:r>
          </w:p>
        </w:tc>
        <w:tc>
          <w:tcPr>
            <w:tcW w:type="dxa" w:w="720"/>
          </w:tcPr>
          <w:p>
            <w:r>
              <w:t>0.87 50</w:t>
            </w:r>
          </w:p>
        </w:tc>
        <w:tc>
          <w:tcPr>
            <w:tcW w:type="dxa" w:w="720"/>
          </w:tcPr>
          <w:p>
            <w:r>
              <w:t>56.17 50</w:t>
            </w:r>
          </w:p>
        </w:tc>
        <w:tc>
          <w:tcPr>
            <w:tcW w:type="dxa" w:w="720"/>
          </w:tcPr>
          <w:p>
            <w:r>
              <w:t>8</w:t>
            </w:r>
          </w:p>
        </w:tc>
        <w:tc>
          <w:tcPr>
            <w:tcW w:type="dxa" w:w="720"/>
          </w:tcPr>
          <w:p>
            <w:r>
              <w:t>拟推荐</w:t>
            </w:r>
          </w:p>
        </w:tc>
      </w:tr>
      <w:tr>
        <w:tc>
          <w:tcPr>
            <w:tcW w:type="dxa" w:w="720"/>
          </w:tcPr>
          <w:p>
            <w:r>
              <w:t>101232028</w:t>
            </w:r>
          </w:p>
        </w:tc>
        <w:tc>
          <w:tcPr>
            <w:tcW w:type="dxa" w:w="720"/>
          </w:tcPr>
          <w:p>
            <w:r>
              <w:t>严盛阳</w:t>
            </w:r>
          </w:p>
        </w:tc>
        <w:tc>
          <w:tcPr>
            <w:tcW w:type="dxa" w:w="720"/>
          </w:tcPr>
          <w:p>
            <w:r>
              <w:t>体育教育</w:t>
            </w:r>
          </w:p>
        </w:tc>
        <w:tc>
          <w:tcPr>
            <w:tcW w:type="dxa" w:w="720"/>
          </w:tcPr>
          <w:p>
            <w:r>
              <w:t>CET4（473）CET6（532）</w:t>
            </w:r>
          </w:p>
        </w:tc>
        <w:tc>
          <w:tcPr>
            <w:tcW w:type="dxa" w:w="720"/>
          </w:tcPr>
          <w:p>
            <w:r>
              <w:t>3.8 3</w:t>
            </w:r>
          </w:p>
        </w:tc>
        <w:tc>
          <w:tcPr>
            <w:tcW w:type="dxa" w:w="720"/>
          </w:tcPr>
          <w:p>
            <w:r>
              <w:t>4.1250</w:t>
            </w:r>
          </w:p>
        </w:tc>
        <w:tc>
          <w:tcPr>
            <w:tcW w:type="dxa" w:w="720"/>
          </w:tcPr>
          <w:p>
            <w:r>
              <w:t>2.4500</w:t>
            </w:r>
          </w:p>
        </w:tc>
        <w:tc>
          <w:tcPr>
            <w:tcW w:type="dxa" w:w="720"/>
          </w:tcPr>
          <w:p>
            <w:r>
              <w:t>0.4250</w:t>
            </w:r>
          </w:p>
        </w:tc>
        <w:tc>
          <w:tcPr>
            <w:tcW w:type="dxa" w:w="720"/>
          </w:tcPr>
          <w:p>
            <w:r>
              <w:t>1.2500</w:t>
            </w:r>
          </w:p>
        </w:tc>
        <w:tc>
          <w:tcPr>
            <w:tcW w:type="dxa" w:w="720"/>
          </w:tcPr>
          <w:p>
            <w:r>
              <w:t>51.0250</w:t>
            </w:r>
          </w:p>
        </w:tc>
        <w:tc>
          <w:tcPr>
            <w:tcW w:type="dxa" w:w="720"/>
          </w:tcPr>
          <w:p>
            <w:r>
              <w:t>9</w:t>
            </w:r>
          </w:p>
        </w:tc>
        <w:tc>
          <w:tcPr>
            <w:tcW w:type="dxa" w:w="720"/>
          </w:tcPr>
          <w:p>
            <w:r>
              <w:t>拟推荐</w:t>
            </w:r>
          </w:p>
        </w:tc>
      </w:tr>
      <w:tr>
        <w:tc>
          <w:tcPr>
            <w:tcW w:type="dxa" w:w="720"/>
          </w:tcPr>
          <w:p>
            <w:r>
              <w:t>107231033</w:t>
            </w:r>
          </w:p>
        </w:tc>
        <w:tc>
          <w:tcPr>
            <w:tcW w:type="dxa" w:w="720"/>
          </w:tcPr>
          <w:p>
            <w:r>
              <w:t>蒲月</w:t>
            </w:r>
          </w:p>
        </w:tc>
        <w:tc>
          <w:tcPr>
            <w:tcW w:type="dxa" w:w="720"/>
          </w:tcPr>
          <w:p>
            <w:r>
              <w:t>新闻学</w:t>
            </w:r>
          </w:p>
        </w:tc>
        <w:tc>
          <w:tcPr>
            <w:tcW w:type="dxa" w:w="720"/>
          </w:tcPr>
          <w:p>
            <w:r>
              <w:t>CET4（570）CET6（492）</w:t>
            </w:r>
          </w:p>
        </w:tc>
        <w:tc>
          <w:tcPr>
            <w:tcW w:type="dxa" w:w="720"/>
          </w:tcPr>
          <w:p>
            <w:r>
              <w:t>4.21</w:t>
            </w:r>
          </w:p>
        </w:tc>
        <w:tc>
          <w:tcPr>
            <w:tcW w:type="dxa" w:w="720"/>
          </w:tcPr>
          <w:p>
            <w:r>
              <w:t>2.6750</w:t>
            </w:r>
          </w:p>
        </w:tc>
        <w:tc>
          <w:tcPr>
            <w:tcW w:type="dxa" w:w="720"/>
          </w:tcPr>
          <w:p>
            <w:r>
              <w:t>0.5000</w:t>
            </w:r>
          </w:p>
        </w:tc>
        <w:tc>
          <w:tcPr>
            <w:tcW w:type="dxa" w:w="720"/>
          </w:tcPr>
          <w:p>
            <w:r>
              <w:t>1.2375</w:t>
            </w:r>
          </w:p>
        </w:tc>
        <w:tc>
          <w:tcPr>
            <w:tcW w:type="dxa" w:w="720"/>
          </w:tcPr>
          <w:p>
            <w:r>
              <w:t>0.9375</w:t>
            </w:r>
          </w:p>
        </w:tc>
        <w:tc>
          <w:tcPr>
            <w:tcW w:type="dxa" w:w="720"/>
          </w:tcPr>
          <w:p>
            <w:r>
              <w:t>72.6750</w:t>
            </w:r>
          </w:p>
        </w:tc>
        <w:tc>
          <w:tcPr>
            <w:tcW w:type="dxa" w:w="720"/>
          </w:tcPr>
          <w:p>
            <w:r>
              <w:t>1</w:t>
            </w:r>
          </w:p>
        </w:tc>
        <w:tc>
          <w:tcPr>
            <w:tcW w:type="dxa" w:w="720"/>
          </w:tcPr>
          <w:p>
            <w:r>
              <w:t>拟推荐</w:t>
            </w:r>
          </w:p>
        </w:tc>
      </w:tr>
      <w:tr>
        <w:tc>
          <w:tcPr>
            <w:tcW w:type="dxa" w:w="720"/>
          </w:tcPr>
          <w:p>
            <w:r>
              <w:t>107231007</w:t>
            </w:r>
          </w:p>
        </w:tc>
        <w:tc>
          <w:tcPr>
            <w:tcW w:type="dxa" w:w="720"/>
          </w:tcPr>
          <w:p>
            <w:r>
              <w:t>胡宛彤</w:t>
            </w:r>
          </w:p>
        </w:tc>
        <w:tc>
          <w:tcPr>
            <w:tcW w:type="dxa" w:w="720"/>
          </w:tcPr>
          <w:p>
            <w:r>
              <w:t>新闻学</w:t>
            </w:r>
          </w:p>
        </w:tc>
        <w:tc>
          <w:tcPr>
            <w:tcW w:type="dxa" w:w="720"/>
          </w:tcPr>
          <w:p>
            <w:r>
              <w:t>CET4（600）CET6（540）</w:t>
            </w:r>
          </w:p>
        </w:tc>
        <w:tc>
          <w:tcPr>
            <w:tcW w:type="dxa" w:w="720"/>
          </w:tcPr>
          <w:p>
            <w:r>
              <w:t>4.21</w:t>
            </w:r>
          </w:p>
        </w:tc>
        <w:tc>
          <w:tcPr>
            <w:tcW w:type="dxa" w:w="720"/>
          </w:tcPr>
          <w:p>
            <w:r>
              <w:t>3.6875</w:t>
            </w:r>
          </w:p>
        </w:tc>
        <w:tc>
          <w:tcPr>
            <w:tcW w:type="dxa" w:w="720"/>
          </w:tcPr>
          <w:p>
            <w:r>
              <w:t>2.6250</w:t>
            </w:r>
          </w:p>
        </w:tc>
        <w:tc>
          <w:tcPr>
            <w:tcW w:type="dxa" w:w="720"/>
          </w:tcPr>
          <w:p>
            <w:r>
              <w:t>0.3125</w:t>
            </w:r>
          </w:p>
        </w:tc>
        <w:tc>
          <w:tcPr>
            <w:tcW w:type="dxa" w:w="720"/>
          </w:tcPr>
          <w:p>
            <w:r>
              <w:t>0.7500</w:t>
            </w:r>
          </w:p>
        </w:tc>
        <w:tc>
          <w:tcPr>
            <w:tcW w:type="dxa" w:w="720"/>
          </w:tcPr>
          <w:p>
            <w:r>
              <w:t>71.5875</w:t>
            </w:r>
          </w:p>
        </w:tc>
        <w:tc>
          <w:tcPr>
            <w:tcW w:type="dxa" w:w="720"/>
          </w:tcPr>
          <w:p>
            <w:r>
              <w:t>2</w:t>
            </w:r>
          </w:p>
        </w:tc>
        <w:tc>
          <w:tcPr>
            <w:tcW w:type="dxa" w:w="720"/>
          </w:tcPr>
          <w:p>
            <w:r>
              <w:t>拟推荐</w:t>
            </w:r>
          </w:p>
        </w:tc>
      </w:tr>
      <w:tr>
        <w:tc>
          <w:tcPr>
            <w:tcW w:type="dxa" w:w="720"/>
          </w:tcPr>
          <w:p>
            <w:r>
              <w:t>107231035</w:t>
            </w:r>
          </w:p>
        </w:tc>
        <w:tc>
          <w:tcPr>
            <w:tcW w:type="dxa" w:w="720"/>
          </w:tcPr>
          <w:p>
            <w:r>
              <w:t>温徐灵淇</w:t>
            </w:r>
          </w:p>
        </w:tc>
        <w:tc>
          <w:tcPr>
            <w:tcW w:type="dxa" w:w="720"/>
          </w:tcPr>
          <w:p>
            <w:r>
              <w:t>新闻学</w:t>
            </w:r>
          </w:p>
        </w:tc>
        <w:tc>
          <w:tcPr>
            <w:tcW w:type="dxa" w:w="720"/>
          </w:tcPr>
          <w:p>
            <w:r>
              <w:t>CET4（544）CET6（470）</w:t>
            </w:r>
          </w:p>
        </w:tc>
        <w:tc>
          <w:tcPr>
            <w:tcW w:type="dxa" w:w="720"/>
          </w:tcPr>
          <w:p>
            <w:r>
              <w:t>4.11</w:t>
            </w:r>
          </w:p>
        </w:tc>
        <w:tc>
          <w:tcPr>
            <w:tcW w:type="dxa" w:w="720"/>
          </w:tcPr>
          <w:p>
            <w:r>
              <w:t>0. 887 5</w:t>
            </w:r>
          </w:p>
        </w:tc>
        <w:tc>
          <w:tcPr>
            <w:tcW w:type="dxa" w:w="720"/>
          </w:tcPr>
          <w:p>
            <w:r>
              <w:t>0.2500</w:t>
            </w:r>
          </w:p>
        </w:tc>
        <w:tc>
          <w:tcPr>
            <w:tcW w:type="dxa" w:w="720"/>
          </w:tcPr>
          <w:p>
            <w:r>
              <w:t>0. 4375</w:t>
            </w:r>
          </w:p>
        </w:tc>
        <w:tc>
          <w:tcPr>
            <w:tcW w:type="dxa" w:w="720"/>
          </w:tcPr>
          <w:p>
            <w:r>
              <w:t>0.2000</w:t>
            </w:r>
          </w:p>
        </w:tc>
        <w:tc>
          <w:tcPr>
            <w:tcW w:type="dxa" w:w="720"/>
          </w:tcPr>
          <w:p>
            <w:r>
              <w:t>66. 687 5</w:t>
            </w:r>
          </w:p>
        </w:tc>
        <w:tc>
          <w:tcPr>
            <w:tcW w:type="dxa" w:w="720"/>
          </w:tcPr>
          <w:p>
            <w:r>
              <w:t>3</w:t>
            </w:r>
          </w:p>
        </w:tc>
        <w:tc>
          <w:tcPr>
            <w:tcW w:type="dxa" w:w="720"/>
          </w:tcPr>
          <w:p>
            <w:r>
              <w:t>拟推荐</w:t>
            </w:r>
          </w:p>
        </w:tc>
      </w:tr>
      <w:tr>
        <w:tc>
          <w:tcPr>
            <w:tcW w:type="dxa" w:w="720"/>
          </w:tcPr>
          <w:p>
            <w:r>
              <w:t>107231034</w:t>
            </w:r>
          </w:p>
        </w:tc>
        <w:tc>
          <w:tcPr>
            <w:tcW w:type="dxa" w:w="720"/>
          </w:tcPr>
          <w:p>
            <w:r>
              <w:t>毛瑜璇</w:t>
            </w:r>
          </w:p>
        </w:tc>
        <w:tc>
          <w:tcPr>
            <w:tcW w:type="dxa" w:w="720"/>
          </w:tcPr>
          <w:p>
            <w:r>
              <w:t>新闻学</w:t>
            </w:r>
          </w:p>
        </w:tc>
        <w:tc>
          <w:tcPr>
            <w:tcW w:type="dxa" w:w="720"/>
          </w:tcPr>
          <w:p>
            <w:r>
              <w:t>CET4（458）</w:t>
            </w:r>
          </w:p>
        </w:tc>
        <w:tc>
          <w:tcPr>
            <w:tcW w:type="dxa" w:w="720"/>
          </w:tcPr>
          <w:p>
            <w:r>
              <w:t>4.05</w:t>
            </w:r>
          </w:p>
        </w:tc>
        <w:tc>
          <w:tcPr>
            <w:tcW w:type="dxa" w:w="720"/>
          </w:tcPr>
          <w:p>
            <w:r>
              <w:t>1.5875</w:t>
            </w:r>
          </w:p>
        </w:tc>
        <w:tc>
          <w:tcPr>
            <w:tcW w:type="dxa" w:w="720"/>
          </w:tcPr>
          <w:p>
            <w:r>
              <w:t>0.3750</w:t>
            </w:r>
          </w:p>
        </w:tc>
        <w:tc>
          <w:tcPr>
            <w:tcW w:type="dxa" w:w="720"/>
          </w:tcPr>
          <w:p>
            <w:r>
              <w:t>0.9625</w:t>
            </w:r>
          </w:p>
        </w:tc>
        <w:tc>
          <w:tcPr>
            <w:tcW w:type="dxa" w:w="720"/>
          </w:tcPr>
          <w:p>
            <w:r>
              <w:t>0.2500</w:t>
            </w:r>
          </w:p>
        </w:tc>
        <w:tc>
          <w:tcPr>
            <w:tcW w:type="dxa" w:w="720"/>
          </w:tcPr>
          <w:p>
            <w:r>
              <w:t>65.2875</w:t>
            </w:r>
          </w:p>
        </w:tc>
        <w:tc>
          <w:tcPr>
            <w:tcW w:type="dxa" w:w="720"/>
          </w:tcPr>
          <w:p>
            <w:r>
              <w:t>4</w:t>
            </w:r>
          </w:p>
        </w:tc>
        <w:tc>
          <w:tcPr>
            <w:tcW w:type="dxa" w:w="720"/>
          </w:tcPr>
          <w:p>
            <w:r>
              <w:t>候补推荐</w:t>
            </w:r>
          </w:p>
        </w:tc>
      </w:tr>
    </w:tbl>
    <w:p>
      <w:r>
        <w:t>体育教育与人文学院</w:t>
      </w:r>
    </w:p>
    <w:p>
      <w:r>
        <w:t>2026年9月2日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