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体育教育与人文学院拟推荐2026年优秀本科毕业生免试攻读硕士学位研究生名单公示</w:t>
      </w:r>
    </w:p>
    <w:p>
      <w:r>
        <w:t>根据学校《关于做好2026年南京体育学院推荐优秀应届本科毕业生免试攻读硕士学位研究生工作的通知》和《体育教育与人文学院推荐应届优秀本科毕业生免试攻读硕士学位研究生工作细则（试行）》文件要求，结合学院实际，经学生个人申报，学院推免生专家审核工作小组审议通过，学院党政联席会议讨论决定，拟推荐11名同学免试攻读2026年研究生。在公示期间，如有特殊情况，由候选推荐人选递补。</w:t>
      </w:r>
    </w:p>
    <w:p>
      <w:r>
        <w:t>公示期自2025年9月5日至9月9日。如有异议，请于公示期内以书面形式向学院（电话：19962033074）反映，过期不予受理。</w:t>
      </w:r>
    </w:p>
    <w:p>
      <w:r>
        <w:t>拟推荐名单如下：</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姓名</w:t>
            </w:r>
          </w:p>
        </w:tc>
        <w:tc>
          <w:tcPr>
            <w:tcW w:type="dxa" w:w="1080"/>
          </w:tcPr>
          <w:p>
            <w:r>
              <w:t>专业</w:t>
            </w:r>
          </w:p>
        </w:tc>
        <w:tc>
          <w:tcPr>
            <w:tcW w:type="dxa" w:w="1080"/>
          </w:tcPr>
          <w:p>
            <w:r>
              <w:t>学号</w:t>
            </w:r>
          </w:p>
        </w:tc>
        <w:tc>
          <w:tcPr>
            <w:tcW w:type="dxa" w:w="1080"/>
          </w:tcPr>
          <w:p>
            <w:r>
              <w:t>平均学分绩点</w:t>
            </w:r>
          </w:p>
        </w:tc>
        <w:tc>
          <w:tcPr>
            <w:tcW w:type="dxa" w:w="1080"/>
          </w:tcPr>
          <w:p>
            <w:r>
              <w:t>其他加分含：竞赛、科研、研学等</w:t>
            </w:r>
          </w:p>
        </w:tc>
        <w:tc>
          <w:tcPr>
            <w:tcW w:type="dxa" w:w="1080"/>
          </w:tcPr>
          <w:p>
            <w:r>
              <w:t>四、六级成绩</w:t>
            </w:r>
          </w:p>
        </w:tc>
        <w:tc>
          <w:tcPr>
            <w:tcW w:type="dxa" w:w="1080"/>
          </w:tcPr>
          <w:p>
            <w:r>
              <w:t>排名</w:t>
            </w:r>
          </w:p>
        </w:tc>
        <w:tc>
          <w:tcPr>
            <w:tcW w:type="dxa" w:w="1080"/>
          </w:tcPr>
          <w:p>
            <w:r>
              <w:t>推荐情况</w:t>
            </w:r>
          </w:p>
        </w:tc>
      </w:tr>
      <w:tr>
        <w:tc>
          <w:tcPr>
            <w:tcW w:type="dxa" w:w="1080"/>
          </w:tcPr>
          <w:p>
            <w:r>
              <w:t>杨妍</w:t>
            </w:r>
          </w:p>
        </w:tc>
        <w:tc>
          <w:tcPr>
            <w:tcW w:type="dxa" w:w="1080"/>
          </w:tcPr>
          <w:p>
            <w:r>
              <w:t>体育教育</w:t>
            </w:r>
          </w:p>
        </w:tc>
        <w:tc>
          <w:tcPr>
            <w:tcW w:type="dxa" w:w="1080"/>
          </w:tcPr>
          <w:p>
            <w:r>
              <w:t>101221006</w:t>
            </w:r>
          </w:p>
        </w:tc>
        <w:tc>
          <w:tcPr>
            <w:tcW w:type="dxa" w:w="1080"/>
          </w:tcPr>
          <w:p>
            <w:r>
              <w:t>3.8503</w:t>
            </w:r>
          </w:p>
        </w:tc>
        <w:tc>
          <w:tcPr>
            <w:tcW w:type="dxa" w:w="1080"/>
          </w:tcPr>
          <w:p>
            <w:r>
              <w:t>22.5</w:t>
            </w:r>
          </w:p>
        </w:tc>
        <w:tc>
          <w:tcPr>
            <w:tcW w:type="dxa" w:w="1080"/>
          </w:tcPr>
          <w:p>
            <w:r>
              <w:t>CET4-452</w:t>
            </w:r>
          </w:p>
        </w:tc>
        <w:tc>
          <w:tcPr>
            <w:tcW w:type="dxa" w:w="1080"/>
          </w:tcPr>
          <w:p>
            <w:r>
              <w:t>1</w:t>
            </w:r>
          </w:p>
        </w:tc>
        <w:tc>
          <w:tcPr>
            <w:tcW w:type="dxa" w:w="1080"/>
          </w:tcPr>
          <w:p>
            <w:r>
              <w:t>拟推荐</w:t>
            </w:r>
          </w:p>
        </w:tc>
      </w:tr>
      <w:tr>
        <w:tc>
          <w:tcPr>
            <w:tcW w:type="dxa" w:w="1080"/>
          </w:tcPr>
          <w:p>
            <w:r>
              <w:t>闫梦婷</w:t>
            </w:r>
          </w:p>
        </w:tc>
        <w:tc>
          <w:tcPr>
            <w:tcW w:type="dxa" w:w="1080"/>
          </w:tcPr>
          <w:p>
            <w:r>
              <w:t>体育教育</w:t>
            </w:r>
          </w:p>
        </w:tc>
        <w:tc>
          <w:tcPr>
            <w:tcW w:type="dxa" w:w="1080"/>
          </w:tcPr>
          <w:p>
            <w:r>
              <w:t>101223004</w:t>
            </w:r>
          </w:p>
        </w:tc>
        <w:tc>
          <w:tcPr>
            <w:tcW w:type="dxa" w:w="1080"/>
          </w:tcPr>
          <w:p>
            <w:r>
              <w:t>3.8429</w:t>
            </w:r>
          </w:p>
        </w:tc>
        <w:tc>
          <w:tcPr>
            <w:tcW w:type="dxa" w:w="1080"/>
          </w:tcPr>
          <w:p>
            <w:r>
              <w:t>12.5</w:t>
            </w:r>
          </w:p>
        </w:tc>
        <w:tc>
          <w:tcPr>
            <w:tcW w:type="dxa" w:w="1080"/>
          </w:tcPr>
          <w:p>
            <w:r>
              <w:t>CET4-456</w:t>
            </w:r>
          </w:p>
        </w:tc>
        <w:tc>
          <w:tcPr>
            <w:tcW w:type="dxa" w:w="1080"/>
          </w:tcPr>
          <w:p>
            <w:r>
              <w:t>2</w:t>
            </w:r>
          </w:p>
        </w:tc>
        <w:tc>
          <w:tcPr>
            <w:tcW w:type="dxa" w:w="1080"/>
          </w:tcPr>
          <w:p>
            <w:r>
              <w:t>拟推荐</w:t>
            </w:r>
          </w:p>
        </w:tc>
      </w:tr>
      <w:tr>
        <w:tc>
          <w:tcPr>
            <w:tcW w:type="dxa" w:w="1080"/>
          </w:tcPr>
          <w:p>
            <w:r>
              <w:t>彭欢乐</w:t>
            </w:r>
          </w:p>
        </w:tc>
        <w:tc>
          <w:tcPr>
            <w:tcW w:type="dxa" w:w="1080"/>
          </w:tcPr>
          <w:p>
            <w:r>
              <w:t>体育教育</w:t>
            </w:r>
          </w:p>
        </w:tc>
        <w:tc>
          <w:tcPr>
            <w:tcW w:type="dxa" w:w="1080"/>
          </w:tcPr>
          <w:p>
            <w:r>
              <w:t>101222007</w:t>
            </w:r>
          </w:p>
        </w:tc>
        <w:tc>
          <w:tcPr>
            <w:tcW w:type="dxa" w:w="1080"/>
          </w:tcPr>
          <w:p>
            <w:r>
              <w:t>3.7578</w:t>
            </w:r>
          </w:p>
        </w:tc>
        <w:tc>
          <w:tcPr>
            <w:tcW w:type="dxa" w:w="1080"/>
          </w:tcPr>
          <w:p>
            <w:r>
              <w:t>9.375</w:t>
            </w:r>
          </w:p>
        </w:tc>
        <w:tc>
          <w:tcPr>
            <w:tcW w:type="dxa" w:w="1080"/>
          </w:tcPr>
          <w:p>
            <w:r>
              <w:t>CET4-439</w:t>
            </w:r>
          </w:p>
        </w:tc>
        <w:tc>
          <w:tcPr>
            <w:tcW w:type="dxa" w:w="1080"/>
          </w:tcPr>
          <w:p>
            <w:r>
              <w:t>3</w:t>
            </w:r>
          </w:p>
        </w:tc>
        <w:tc>
          <w:tcPr>
            <w:tcW w:type="dxa" w:w="1080"/>
          </w:tcPr>
          <w:p>
            <w:r>
              <w:t>拟推荐</w:t>
            </w:r>
          </w:p>
        </w:tc>
      </w:tr>
      <w:tr>
        <w:tc>
          <w:tcPr>
            <w:tcW w:type="dxa" w:w="1080"/>
          </w:tcPr>
          <w:p>
            <w:r>
              <w:t>刘佳尧</w:t>
            </w:r>
          </w:p>
        </w:tc>
        <w:tc>
          <w:tcPr>
            <w:tcW w:type="dxa" w:w="1080"/>
          </w:tcPr>
          <w:p>
            <w:r>
              <w:t>体育教育</w:t>
            </w:r>
          </w:p>
        </w:tc>
        <w:tc>
          <w:tcPr>
            <w:tcW w:type="dxa" w:w="1080"/>
          </w:tcPr>
          <w:p>
            <w:r>
              <w:t>101223017</w:t>
            </w:r>
          </w:p>
        </w:tc>
        <w:tc>
          <w:tcPr>
            <w:tcW w:type="dxa" w:w="1080"/>
          </w:tcPr>
          <w:p>
            <w:r>
              <w:t>3.583</w:t>
            </w:r>
          </w:p>
        </w:tc>
        <w:tc>
          <w:tcPr>
            <w:tcW w:type="dxa" w:w="1080"/>
          </w:tcPr>
          <w:p>
            <w:r>
              <w:t>8.75</w:t>
            </w:r>
          </w:p>
        </w:tc>
        <w:tc>
          <w:tcPr>
            <w:tcW w:type="dxa" w:w="1080"/>
          </w:tcPr>
          <w:p>
            <w:r>
              <w:t>CET4-492</w:t>
            </w:r>
          </w:p>
        </w:tc>
        <w:tc>
          <w:tcPr>
            <w:tcW w:type="dxa" w:w="1080"/>
          </w:tcPr>
          <w:p>
            <w:r>
              <w:t>4</w:t>
            </w:r>
          </w:p>
        </w:tc>
        <w:tc>
          <w:tcPr>
            <w:tcW w:type="dxa" w:w="1080"/>
          </w:tcPr>
          <w:p>
            <w:r>
              <w:t>拟推荐</w:t>
            </w:r>
          </w:p>
        </w:tc>
      </w:tr>
      <w:tr>
        <w:tc>
          <w:tcPr>
            <w:tcW w:type="dxa" w:w="1080"/>
          </w:tcPr>
          <w:p>
            <w:r>
              <w:t>邹晓月</w:t>
            </w:r>
          </w:p>
        </w:tc>
        <w:tc>
          <w:tcPr>
            <w:tcW w:type="dxa" w:w="1080"/>
          </w:tcPr>
          <w:p>
            <w:r>
              <w:t>体育教育</w:t>
            </w:r>
          </w:p>
        </w:tc>
        <w:tc>
          <w:tcPr>
            <w:tcW w:type="dxa" w:w="1080"/>
          </w:tcPr>
          <w:p>
            <w:r>
              <w:t>101223002</w:t>
            </w:r>
          </w:p>
        </w:tc>
        <w:tc>
          <w:tcPr>
            <w:tcW w:type="dxa" w:w="1080"/>
          </w:tcPr>
          <w:p>
            <w:r>
              <w:t>3.5925</w:t>
            </w:r>
          </w:p>
        </w:tc>
        <w:tc>
          <w:tcPr>
            <w:tcW w:type="dxa" w:w="1080"/>
          </w:tcPr>
          <w:p>
            <w:r>
              <w:t>2.5</w:t>
            </w:r>
          </w:p>
        </w:tc>
        <w:tc>
          <w:tcPr>
            <w:tcW w:type="dxa" w:w="1080"/>
          </w:tcPr>
          <w:p>
            <w:r>
              <w:t>CET4-460</w:t>
            </w:r>
          </w:p>
        </w:tc>
        <w:tc>
          <w:tcPr>
            <w:tcW w:type="dxa" w:w="1080"/>
          </w:tcPr>
          <w:p>
            <w:r>
              <w:t>5</w:t>
            </w:r>
          </w:p>
        </w:tc>
        <w:tc>
          <w:tcPr>
            <w:tcW w:type="dxa" w:w="1080"/>
          </w:tcPr>
          <w:p>
            <w:r>
              <w:t>拟推荐</w:t>
            </w:r>
          </w:p>
        </w:tc>
      </w:tr>
      <w:tr>
        <w:tc>
          <w:tcPr>
            <w:tcW w:type="dxa" w:w="1080"/>
          </w:tcPr>
          <w:p>
            <w:r>
              <w:t>王洁</w:t>
            </w:r>
          </w:p>
        </w:tc>
        <w:tc>
          <w:tcPr>
            <w:tcW w:type="dxa" w:w="1080"/>
          </w:tcPr>
          <w:p>
            <w:r>
              <w:t>体育教育</w:t>
            </w:r>
          </w:p>
        </w:tc>
        <w:tc>
          <w:tcPr>
            <w:tcW w:type="dxa" w:w="1080"/>
          </w:tcPr>
          <w:p>
            <w:r>
              <w:t>101223003</w:t>
            </w:r>
          </w:p>
        </w:tc>
        <w:tc>
          <w:tcPr>
            <w:tcW w:type="dxa" w:w="1080"/>
          </w:tcPr>
          <w:p>
            <w:r>
              <w:t>3.498</w:t>
            </w:r>
          </w:p>
        </w:tc>
        <w:tc>
          <w:tcPr>
            <w:tcW w:type="dxa" w:w="1080"/>
          </w:tcPr>
          <w:p>
            <w:r>
              <w:t>6.25</w:t>
            </w:r>
          </w:p>
        </w:tc>
        <w:tc>
          <w:tcPr>
            <w:tcW w:type="dxa" w:w="1080"/>
          </w:tcPr>
          <w:p>
            <w:r>
              <w:t>CET4-432</w:t>
            </w:r>
          </w:p>
        </w:tc>
        <w:tc>
          <w:tcPr>
            <w:tcW w:type="dxa" w:w="1080"/>
          </w:tcPr>
          <w:p>
            <w:r>
              <w:t>6</w:t>
            </w:r>
          </w:p>
        </w:tc>
        <w:tc>
          <w:tcPr>
            <w:tcW w:type="dxa" w:w="1080"/>
          </w:tcPr>
          <w:p>
            <w:r>
              <w:t>拟推荐</w:t>
            </w:r>
          </w:p>
        </w:tc>
      </w:tr>
      <w:tr>
        <w:tc>
          <w:tcPr>
            <w:tcW w:type="dxa" w:w="1080"/>
          </w:tcPr>
          <w:p>
            <w:r>
              <w:t>代晶晶</w:t>
            </w:r>
          </w:p>
        </w:tc>
        <w:tc>
          <w:tcPr>
            <w:tcW w:type="dxa" w:w="1080"/>
          </w:tcPr>
          <w:p>
            <w:r>
              <w:t>体育教育</w:t>
            </w:r>
          </w:p>
        </w:tc>
        <w:tc>
          <w:tcPr>
            <w:tcW w:type="dxa" w:w="1080"/>
          </w:tcPr>
          <w:p>
            <w:r>
              <w:t>101221008</w:t>
            </w:r>
          </w:p>
        </w:tc>
        <w:tc>
          <w:tcPr>
            <w:tcW w:type="dxa" w:w="1080"/>
          </w:tcPr>
          <w:p>
            <w:r>
              <w:t>3.4585</w:t>
            </w:r>
          </w:p>
        </w:tc>
        <w:tc>
          <w:tcPr>
            <w:tcW w:type="dxa" w:w="1080"/>
          </w:tcPr>
          <w:p>
            <w:r>
              <w:t>3.75</w:t>
            </w:r>
          </w:p>
        </w:tc>
        <w:tc>
          <w:tcPr>
            <w:tcW w:type="dxa" w:w="1080"/>
          </w:tcPr>
          <w:p>
            <w:r>
              <w:t>CET4-446</w:t>
            </w:r>
          </w:p>
        </w:tc>
        <w:tc>
          <w:tcPr>
            <w:tcW w:type="dxa" w:w="1080"/>
          </w:tcPr>
          <w:p>
            <w:r>
              <w:t>7</w:t>
            </w:r>
          </w:p>
        </w:tc>
        <w:tc>
          <w:tcPr>
            <w:tcW w:type="dxa" w:w="1080"/>
          </w:tcPr>
          <w:p>
            <w:r>
              <w:t>拟推荐</w:t>
            </w:r>
          </w:p>
        </w:tc>
      </w:tr>
      <w:tr>
        <w:tc>
          <w:tcPr>
            <w:tcW w:type="dxa" w:w="1080"/>
          </w:tcPr>
          <w:p>
            <w:r>
              <w:t>李晓景</w:t>
            </w:r>
          </w:p>
        </w:tc>
        <w:tc>
          <w:tcPr>
            <w:tcW w:type="dxa" w:w="1080"/>
          </w:tcPr>
          <w:p>
            <w:r>
              <w:t>新闻学</w:t>
            </w:r>
          </w:p>
        </w:tc>
        <w:tc>
          <w:tcPr>
            <w:tcW w:type="dxa" w:w="1080"/>
          </w:tcPr>
          <w:p>
            <w:r>
              <w:t>107221015</w:t>
            </w:r>
          </w:p>
        </w:tc>
        <w:tc>
          <w:tcPr>
            <w:tcW w:type="dxa" w:w="1080"/>
          </w:tcPr>
          <w:p>
            <w:r>
              <w:t>4.1447</w:t>
            </w:r>
          </w:p>
        </w:tc>
        <w:tc>
          <w:tcPr>
            <w:tcW w:type="dxa" w:w="1080"/>
          </w:tcPr>
          <w:p>
            <w:r>
              <w:t>28.75</w:t>
            </w:r>
          </w:p>
        </w:tc>
        <w:tc>
          <w:tcPr>
            <w:tcW w:type="dxa" w:w="1080"/>
          </w:tcPr>
          <w:p>
            <w:r>
              <w:t>CET4-463 CET6-427</w:t>
            </w:r>
          </w:p>
        </w:tc>
        <w:tc>
          <w:tcPr>
            <w:tcW w:type="dxa" w:w="1080"/>
          </w:tcPr>
          <w:p>
            <w:r>
              <w:t>1</w:t>
            </w:r>
          </w:p>
        </w:tc>
        <w:tc>
          <w:tcPr>
            <w:tcW w:type="dxa" w:w="1080"/>
          </w:tcPr>
          <w:p>
            <w:r>
              <w:t>拟推荐</w:t>
            </w:r>
          </w:p>
        </w:tc>
      </w:tr>
      <w:tr>
        <w:tc>
          <w:tcPr>
            <w:tcW w:type="dxa" w:w="1080"/>
          </w:tcPr>
          <w:p>
            <w:r>
              <w:t>张诗雨</w:t>
            </w:r>
          </w:p>
        </w:tc>
        <w:tc>
          <w:tcPr>
            <w:tcW w:type="dxa" w:w="1080"/>
          </w:tcPr>
          <w:p>
            <w:r>
              <w:t>新闻学</w:t>
            </w:r>
          </w:p>
        </w:tc>
        <w:tc>
          <w:tcPr>
            <w:tcW w:type="dxa" w:w="1080"/>
          </w:tcPr>
          <w:p>
            <w:r>
              <w:t>107221020</w:t>
            </w:r>
          </w:p>
        </w:tc>
        <w:tc>
          <w:tcPr>
            <w:tcW w:type="dxa" w:w="1080"/>
          </w:tcPr>
          <w:p>
            <w:r>
              <w:t>4.0723</w:t>
            </w:r>
          </w:p>
        </w:tc>
        <w:tc>
          <w:tcPr>
            <w:tcW w:type="dxa" w:w="1080"/>
          </w:tcPr>
          <w:p>
            <w:r>
              <w:t>30.125</w:t>
            </w:r>
          </w:p>
        </w:tc>
        <w:tc>
          <w:tcPr>
            <w:tcW w:type="dxa" w:w="1080"/>
          </w:tcPr>
          <w:p>
            <w:r>
              <w:t>CET4-492 CET6-434</w:t>
            </w:r>
          </w:p>
        </w:tc>
        <w:tc>
          <w:tcPr>
            <w:tcW w:type="dxa" w:w="1080"/>
          </w:tcPr>
          <w:p>
            <w:r>
              <w:t>2</w:t>
            </w:r>
          </w:p>
        </w:tc>
        <w:tc>
          <w:tcPr>
            <w:tcW w:type="dxa" w:w="1080"/>
          </w:tcPr>
          <w:p>
            <w:r>
              <w:t>拟推荐</w:t>
            </w:r>
          </w:p>
        </w:tc>
      </w:tr>
      <w:tr>
        <w:tc>
          <w:tcPr>
            <w:tcW w:type="dxa" w:w="1080"/>
          </w:tcPr>
          <w:p>
            <w:r>
              <w:t>徐佳燕</w:t>
            </w:r>
          </w:p>
        </w:tc>
        <w:tc>
          <w:tcPr>
            <w:tcW w:type="dxa" w:w="1080"/>
          </w:tcPr>
          <w:p>
            <w:r>
              <w:t>新闻学</w:t>
            </w:r>
          </w:p>
        </w:tc>
        <w:tc>
          <w:tcPr>
            <w:tcW w:type="dxa" w:w="1080"/>
          </w:tcPr>
          <w:p>
            <w:r>
              <w:t>107221016</w:t>
            </w:r>
          </w:p>
        </w:tc>
        <w:tc>
          <w:tcPr>
            <w:tcW w:type="dxa" w:w="1080"/>
          </w:tcPr>
          <w:p>
            <w:r>
              <w:t>3.9716</w:t>
            </w:r>
          </w:p>
        </w:tc>
        <w:tc>
          <w:tcPr>
            <w:tcW w:type="dxa" w:w="1080"/>
          </w:tcPr>
          <w:p>
            <w:r>
              <w:t>25.75</w:t>
            </w:r>
          </w:p>
        </w:tc>
        <w:tc>
          <w:tcPr>
            <w:tcW w:type="dxa" w:w="1080"/>
          </w:tcPr>
          <w:p>
            <w:r>
              <w:t>CET4-567 CET6-503</w:t>
            </w:r>
          </w:p>
        </w:tc>
        <w:tc>
          <w:tcPr>
            <w:tcW w:type="dxa" w:w="1080"/>
          </w:tcPr>
          <w:p>
            <w:r>
              <w:t>3</w:t>
            </w:r>
          </w:p>
        </w:tc>
        <w:tc>
          <w:tcPr>
            <w:tcW w:type="dxa" w:w="1080"/>
          </w:tcPr>
          <w:p>
            <w:r>
              <w:t>拟推荐</w:t>
            </w:r>
          </w:p>
        </w:tc>
      </w:tr>
      <w:tr>
        <w:tc>
          <w:tcPr>
            <w:tcW w:type="dxa" w:w="1080"/>
          </w:tcPr>
          <w:p>
            <w:r>
              <w:t>方舒羽</w:t>
            </w:r>
          </w:p>
        </w:tc>
        <w:tc>
          <w:tcPr>
            <w:tcW w:type="dxa" w:w="1080"/>
          </w:tcPr>
          <w:p>
            <w:r>
              <w:t>新闻学</w:t>
            </w:r>
          </w:p>
        </w:tc>
        <w:tc>
          <w:tcPr>
            <w:tcW w:type="dxa" w:w="1080"/>
          </w:tcPr>
          <w:p>
            <w:r>
              <w:t>107221007</w:t>
            </w:r>
          </w:p>
        </w:tc>
        <w:tc>
          <w:tcPr>
            <w:tcW w:type="dxa" w:w="1080"/>
          </w:tcPr>
          <w:p>
            <w:r>
              <w:t>3.8277</w:t>
            </w:r>
          </w:p>
        </w:tc>
        <w:tc>
          <w:tcPr>
            <w:tcW w:type="dxa" w:w="1080"/>
          </w:tcPr>
          <w:p>
            <w:r>
              <w:t>9.875</w:t>
            </w:r>
          </w:p>
        </w:tc>
        <w:tc>
          <w:tcPr>
            <w:tcW w:type="dxa" w:w="1080"/>
          </w:tcPr>
          <w:p>
            <w:r>
              <w:t>CET4-435 CET6-450</w:t>
            </w:r>
          </w:p>
        </w:tc>
        <w:tc>
          <w:tcPr>
            <w:tcW w:type="dxa" w:w="1080"/>
          </w:tcPr>
          <w:p>
            <w:r>
              <w:t>4</w:t>
            </w:r>
          </w:p>
        </w:tc>
        <w:tc>
          <w:tcPr>
            <w:tcW w:type="dxa" w:w="1080"/>
          </w:tcPr>
          <w:p>
            <w:r>
              <w:t>拟推荐</w:t>
            </w:r>
          </w:p>
        </w:tc>
      </w:tr>
      <w:tr>
        <w:tc>
          <w:tcPr>
            <w:tcW w:type="dxa" w:w="1080"/>
          </w:tcPr>
          <w:p>
            <w:r>
              <w:t>史莹莹</w:t>
            </w:r>
          </w:p>
        </w:tc>
        <w:tc>
          <w:tcPr>
            <w:tcW w:type="dxa" w:w="1080"/>
          </w:tcPr>
          <w:p>
            <w:r>
              <w:t>新闻学</w:t>
            </w:r>
          </w:p>
        </w:tc>
        <w:tc>
          <w:tcPr>
            <w:tcW w:type="dxa" w:w="1080"/>
          </w:tcPr>
          <w:p>
            <w:r>
              <w:t>107221012</w:t>
            </w:r>
          </w:p>
        </w:tc>
        <w:tc>
          <w:tcPr>
            <w:tcW w:type="dxa" w:w="1080"/>
          </w:tcPr>
          <w:p>
            <w:r>
              <w:t>3.8376</w:t>
            </w:r>
          </w:p>
        </w:tc>
        <w:tc>
          <w:tcPr>
            <w:tcW w:type="dxa" w:w="1080"/>
          </w:tcPr>
          <w:p>
            <w:r>
              <w:t>3.75</w:t>
            </w:r>
          </w:p>
        </w:tc>
        <w:tc>
          <w:tcPr>
            <w:tcW w:type="dxa" w:w="1080"/>
          </w:tcPr>
          <w:p>
            <w:r>
              <w:t>CET4-568 CET6-492</w:t>
            </w:r>
          </w:p>
        </w:tc>
        <w:tc>
          <w:tcPr>
            <w:tcW w:type="dxa" w:w="1080"/>
          </w:tcPr>
          <w:p>
            <w:r>
              <w:t>5</w:t>
            </w:r>
          </w:p>
        </w:tc>
        <w:tc>
          <w:tcPr>
            <w:tcW w:type="dxa" w:w="1080"/>
          </w:tcPr>
          <w:p>
            <w:r>
              <w:t>候补推荐</w:t>
            </w:r>
          </w:p>
        </w:tc>
      </w:tr>
    </w:tbl>
    <w:p>
      <w:r>
        <w:t>体育教育与人文学院</w:t>
      </w:r>
    </w:p>
    <w:p>
      <w:r>
        <w:t>2025年9月5日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