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转发：关于做好2022届优秀应届本科毕业生免试攻读研究生推荐工作的通知</w:t>
      </w:r>
    </w:p>
    <w:p>
      <w:r>
        <w:t>各学院、各有关部门：</w:t>
      </w:r>
    </w:p>
    <w:p>
      <w:r>
        <w:t>按照上级部门关于推荐优秀应届本科毕业生免试攻读研究生的工作要求及《南京中医药大学推荐优秀应届本科毕业生免试攻读硕士学位研究生工作管理办法》（南中医大研字〔2016〕23号）（以下简称“管理办法”）有关规定，现就做好我校推荐2022届优秀应届本科毕业生免试攻读研究生（以下简称“推免生”）的有关工作通知如下。</w:t>
      </w:r>
    </w:p>
    <w:p>
      <w:r>
        <w:t>一、推荐条件要求</w:t>
      </w:r>
    </w:p>
    <w:p>
      <w:r>
        <w:t>根据上级部门关于推荐优秀应届本科毕业生免试攻读研究生的工作要求，本年度推免工作继续对《南京中医药大学推荐优秀应届本科毕业生免试攻读硕士学位研究生工作管理办法》（南中医大研字〔2016〕23号）中部分条款作如下规定：</w:t>
      </w:r>
    </w:p>
    <w:p>
      <w:r>
        <w:t>1．定向委培和订单定向培养学生不参加推免遴选。</w:t>
      </w:r>
    </w:p>
    <w:p>
      <w:r>
        <w:t>2．对有特殊学术专长或具有突出培养潜质者，依据综合评价排名予以推荐，取消《管理办法》第三章第九条第（六）项之“可不受综合排名限制”的推荐规定，调整为获国家级科技比赛特等奖前四主创分别加7.0、6.0、5.0、4.0分，一等奖（金奖）前四主创分别加6.0、5.0、4.0、3.0分，二等奖（银奖）前四主创分别加5.0、4.0、3.0、2.0分，三等奖（铜奖）前四主创分别加4.0、3.0、2.0、1.0分。</w:t>
      </w:r>
    </w:p>
    <w:p>
      <w:r>
        <w:t>3 .《管理办法》中国家级科技比赛仅指中国国际“互联网+”大学生创新创业大赛和“挑战杯”全国大学生课外学术科技作品竞赛、“创青春”全国大学生创业计划大赛（统称为“挑战杯”全国大学生课外学术科技作品竞赛和创业计划大赛）；省级科技比赛仅指上述竞赛的省级赛。</w:t>
      </w:r>
    </w:p>
    <w:p>
      <w:r>
        <w:t>4.在校生参军入伍、参加志愿服务、到国际组织实习，同等条件下可优先考虑。在校生（含新生）参军入伍者加2 .0分，在部队服役期间荣立三等功及以上者再加2 .0分。</w:t>
      </w:r>
    </w:p>
    <w:p>
      <w:r>
        <w:t>5．参加全国大学生体育协会主办的体育竞赛前三名加1.5分；省大学生体育协会主办的体育竞赛前三名加0.5分。</w:t>
      </w:r>
    </w:p>
    <w:p>
      <w:r>
        <w:t>6.学生与直系亲属或学历、职称、职务明显高于本人者合作的科研成果、竞赛奖项等仅作为参考（中国国际“互联网+”大学生创新创业大赛和“挑战杯”全国大学生课外学术科技作品竞赛、创业计划大赛除外），不纳入学生本人推免遴选综合评价成绩计算体系，同等条件下可优先考虑。</w:t>
      </w:r>
    </w:p>
    <w:p>
      <w:r>
        <w:t>二、推荐名额分配</w:t>
      </w:r>
    </w:p>
    <w:p>
      <w:r>
        <w:t>按照教育部有关通知要求，充分发挥推免政策引导和激励作用，主动对接国家战略和民生领域急需，重点向生源质量好、师资力量强、办学水平高、学科特色显著的优势学科和重点发展学科倾斜。本年度下达我校2022年推免生计划221名，综合考虑各专业毕业班人数、既往推荐比例以及所在学院学科、学位点和专业建设情况和国家一流学科拔尖创新人才培养等工作需要，各学院2022届推荐计划数名额分配见表1。</w:t>
      </w:r>
    </w:p>
    <w:p>
      <w:r>
        <w:t>表1 2022届推免计划分配表</w:t>
      </w:r>
    </w:p>
    <w:tbl>
      <w:tblPr>
        <w:tblStyle w:val="TableGrid"/>
        <w:tblW w:type="auto" w:w="0"/>
        <w:tblLook w:firstColumn="1" w:firstRow="1" w:lastColumn="0" w:lastRow="0" w:noHBand="0" w:noVBand="1" w:val="04A0"/>
      </w:tblPr>
      <w:tblGrid>
        <w:gridCol w:w="2880"/>
        <w:gridCol w:w="2880"/>
        <w:gridCol w:w="2880"/>
      </w:tblGrid>
      <w:tr>
        <w:tc>
          <w:tcPr>
            <w:tcW w:type="dxa" w:w="2880"/>
          </w:tcPr>
          <w:p>
            <w:r>
              <w:t>学院</w:t>
            </w:r>
          </w:p>
        </w:tc>
        <w:tc>
          <w:tcPr>
            <w:tcW w:type="dxa" w:w="2880"/>
          </w:tcPr>
          <w:p>
            <w:r>
              <w:t>专业</w:t>
            </w:r>
          </w:p>
        </w:tc>
        <w:tc>
          <w:tcPr>
            <w:tcW w:type="dxa" w:w="2880"/>
          </w:tcPr>
          <w:p>
            <w:r>
              <w:t>推荐计划数</w:t>
            </w:r>
          </w:p>
        </w:tc>
      </w:tr>
      <w:tr>
        <w:tc>
          <w:tcPr>
            <w:tcW w:type="dxa" w:w="2880"/>
          </w:tcPr>
          <w:p>
            <w:r>
              <w:t>中医学院•中西医结合学院</w:t>
            </w:r>
          </w:p>
        </w:tc>
        <w:tc>
          <w:tcPr>
            <w:tcW w:type="dxa" w:w="2880"/>
          </w:tcPr>
          <w:p>
            <w:r>
              <w:t>中西医临床医学</w:t>
            </w:r>
          </w:p>
        </w:tc>
        <w:tc>
          <w:tcPr>
            <w:tcW w:type="dxa" w:w="2880"/>
          </w:tcPr>
          <w:p>
            <w:r>
              <w:t>7</w:t>
            </w:r>
          </w:p>
        </w:tc>
      </w:tr>
      <w:tr>
        <w:tc>
          <w:tcPr>
            <w:tcW w:type="dxa" w:w="2880"/>
          </w:tcPr>
          <w:p>
            <w:r>
              <w:t>第一临床医学院</w:t>
            </w:r>
          </w:p>
        </w:tc>
        <w:tc>
          <w:tcPr>
            <w:tcW w:type="dxa" w:w="2880"/>
          </w:tcPr>
          <w:p>
            <w:r>
              <w:t>中医学</w:t>
            </w:r>
          </w:p>
        </w:tc>
        <w:tc>
          <w:tcPr>
            <w:tcW w:type="dxa" w:w="2880"/>
          </w:tcPr>
          <w:p>
            <w:r>
              <w:t>23</w:t>
            </w:r>
          </w:p>
        </w:tc>
      </w:tr>
      <w:tr>
        <w:tc>
          <w:tcPr>
            <w:tcW w:type="dxa" w:w="2880"/>
          </w:tcPr>
          <w:p>
            <w:r>
              <w:t>眼视光学</w:t>
            </w:r>
          </w:p>
        </w:tc>
        <w:tc>
          <w:tcPr>
            <w:tcW w:type="dxa" w:w="2880"/>
          </w:tcPr>
          <w:p/>
        </w:tc>
        <w:tc>
          <w:tcPr>
            <w:tcW w:type="dxa" w:w="2880"/>
          </w:tcPr>
          <w:p/>
        </w:tc>
      </w:tr>
      <w:tr>
        <w:tc>
          <w:tcPr>
            <w:tcW w:type="dxa" w:w="2880"/>
          </w:tcPr>
          <w:p>
            <w:r>
              <w:t>医学院•整合医学学院</w:t>
            </w:r>
          </w:p>
        </w:tc>
        <w:tc>
          <w:tcPr>
            <w:tcW w:type="dxa" w:w="2880"/>
          </w:tcPr>
          <w:p>
            <w:r>
              <w:t>临床医学</w:t>
            </w:r>
          </w:p>
        </w:tc>
        <w:tc>
          <w:tcPr>
            <w:tcW w:type="dxa" w:w="2880"/>
          </w:tcPr>
          <w:p>
            <w:r>
              <w:t>28</w:t>
            </w:r>
          </w:p>
        </w:tc>
      </w:tr>
      <w:tr>
        <w:tc>
          <w:tcPr>
            <w:tcW w:type="dxa" w:w="2880"/>
          </w:tcPr>
          <w:p>
            <w:r>
              <w:t>生物技术</w:t>
            </w:r>
          </w:p>
        </w:tc>
        <w:tc>
          <w:tcPr>
            <w:tcW w:type="dxa" w:w="2880"/>
          </w:tcPr>
          <w:p/>
        </w:tc>
        <w:tc>
          <w:tcPr>
            <w:tcW w:type="dxa" w:w="2880"/>
          </w:tcPr>
          <w:p/>
        </w:tc>
      </w:tr>
      <w:tr>
        <w:tc>
          <w:tcPr>
            <w:tcW w:type="dxa" w:w="2880"/>
          </w:tcPr>
          <w:p>
            <w:r>
              <w:t>应用心理学</w:t>
            </w:r>
          </w:p>
        </w:tc>
        <w:tc>
          <w:tcPr>
            <w:tcW w:type="dxa" w:w="2880"/>
          </w:tcPr>
          <w:p/>
        </w:tc>
        <w:tc>
          <w:tcPr>
            <w:tcW w:type="dxa" w:w="2880"/>
          </w:tcPr>
          <w:p/>
        </w:tc>
      </w:tr>
      <w:tr>
        <w:tc>
          <w:tcPr>
            <w:tcW w:type="dxa" w:w="2880"/>
          </w:tcPr>
          <w:p>
            <w:r>
              <w:t>针灸推拿学院•养生康复学院</w:t>
            </w:r>
          </w:p>
        </w:tc>
        <w:tc>
          <w:tcPr>
            <w:tcW w:type="dxa" w:w="2880"/>
          </w:tcPr>
          <w:p>
            <w:r>
              <w:t>针灸推拿学</w:t>
            </w:r>
          </w:p>
        </w:tc>
        <w:tc>
          <w:tcPr>
            <w:tcW w:type="dxa" w:w="2880"/>
          </w:tcPr>
          <w:p>
            <w:r>
              <w:t>21</w:t>
            </w:r>
          </w:p>
        </w:tc>
      </w:tr>
      <w:tr>
        <w:tc>
          <w:tcPr>
            <w:tcW w:type="dxa" w:w="2880"/>
          </w:tcPr>
          <w:p>
            <w:r>
              <w:t>中医养生学</w:t>
            </w:r>
          </w:p>
        </w:tc>
        <w:tc>
          <w:tcPr>
            <w:tcW w:type="dxa" w:w="2880"/>
          </w:tcPr>
          <w:p/>
        </w:tc>
        <w:tc>
          <w:tcPr>
            <w:tcW w:type="dxa" w:w="2880"/>
          </w:tcPr>
          <w:p/>
        </w:tc>
      </w:tr>
      <w:tr>
        <w:tc>
          <w:tcPr>
            <w:tcW w:type="dxa" w:w="2880"/>
          </w:tcPr>
          <w:p>
            <w:r>
              <w:t>康复治疗学</w:t>
            </w:r>
          </w:p>
        </w:tc>
        <w:tc>
          <w:tcPr>
            <w:tcW w:type="dxa" w:w="2880"/>
          </w:tcPr>
          <w:p/>
        </w:tc>
        <w:tc>
          <w:tcPr>
            <w:tcW w:type="dxa" w:w="2880"/>
          </w:tcPr>
          <w:p/>
        </w:tc>
      </w:tr>
      <w:tr>
        <w:tc>
          <w:tcPr>
            <w:tcW w:type="dxa" w:w="2880"/>
          </w:tcPr>
          <w:p>
            <w:r>
              <w:t>食品卫生与营养学</w:t>
            </w:r>
          </w:p>
        </w:tc>
        <w:tc>
          <w:tcPr>
            <w:tcW w:type="dxa" w:w="2880"/>
          </w:tcPr>
          <w:p/>
        </w:tc>
        <w:tc>
          <w:tcPr>
            <w:tcW w:type="dxa" w:w="2880"/>
          </w:tcPr>
          <w:p/>
        </w:tc>
      </w:tr>
      <w:tr>
        <w:tc>
          <w:tcPr>
            <w:tcW w:type="dxa" w:w="2880"/>
          </w:tcPr>
          <w:p>
            <w:r>
              <w:t>药学院</w:t>
            </w:r>
          </w:p>
        </w:tc>
        <w:tc>
          <w:tcPr>
            <w:tcW w:type="dxa" w:w="2880"/>
          </w:tcPr>
          <w:p>
            <w:r>
              <w:t>中药学（拔尖创新人才培养计划）</w:t>
            </w:r>
          </w:p>
        </w:tc>
        <w:tc>
          <w:tcPr>
            <w:tcW w:type="dxa" w:w="2880"/>
          </w:tcPr>
          <w:p>
            <w:r>
              <w:t>64+32</w:t>
            </w:r>
          </w:p>
        </w:tc>
      </w:tr>
      <w:tr>
        <w:tc>
          <w:tcPr>
            <w:tcW w:type="dxa" w:w="2880"/>
          </w:tcPr>
          <w:p>
            <w:r>
              <w:t>中药学</w:t>
            </w:r>
          </w:p>
        </w:tc>
        <w:tc>
          <w:tcPr>
            <w:tcW w:type="dxa" w:w="2880"/>
          </w:tcPr>
          <w:p/>
        </w:tc>
        <w:tc>
          <w:tcPr>
            <w:tcW w:type="dxa" w:w="2880"/>
          </w:tcPr>
          <w:p/>
        </w:tc>
      </w:tr>
      <w:tr>
        <w:tc>
          <w:tcPr>
            <w:tcW w:type="dxa" w:w="2880"/>
          </w:tcPr>
          <w:p>
            <w:r>
              <w:t>中药资源与开发</w:t>
            </w:r>
          </w:p>
        </w:tc>
        <w:tc>
          <w:tcPr>
            <w:tcW w:type="dxa" w:w="2880"/>
          </w:tcPr>
          <w:p/>
        </w:tc>
        <w:tc>
          <w:tcPr>
            <w:tcW w:type="dxa" w:w="2880"/>
          </w:tcPr>
          <w:p/>
        </w:tc>
      </w:tr>
      <w:tr>
        <w:tc>
          <w:tcPr>
            <w:tcW w:type="dxa" w:w="2880"/>
          </w:tcPr>
          <w:p>
            <w:r>
              <w:t>中药制药</w:t>
            </w:r>
          </w:p>
        </w:tc>
        <w:tc>
          <w:tcPr>
            <w:tcW w:type="dxa" w:w="2880"/>
          </w:tcPr>
          <w:p/>
        </w:tc>
        <w:tc>
          <w:tcPr>
            <w:tcW w:type="dxa" w:w="2880"/>
          </w:tcPr>
          <w:p/>
        </w:tc>
      </w:tr>
      <w:tr>
        <w:tc>
          <w:tcPr>
            <w:tcW w:type="dxa" w:w="2880"/>
          </w:tcPr>
          <w:p>
            <w:r>
              <w:t>药学</w:t>
            </w:r>
          </w:p>
        </w:tc>
        <w:tc>
          <w:tcPr>
            <w:tcW w:type="dxa" w:w="2880"/>
          </w:tcPr>
          <w:p/>
        </w:tc>
        <w:tc>
          <w:tcPr>
            <w:tcW w:type="dxa" w:w="2880"/>
          </w:tcPr>
          <w:p/>
        </w:tc>
      </w:tr>
      <w:tr>
        <w:tc>
          <w:tcPr>
            <w:tcW w:type="dxa" w:w="2880"/>
          </w:tcPr>
          <w:p>
            <w:r>
              <w:t>药物制剂</w:t>
            </w:r>
          </w:p>
        </w:tc>
        <w:tc>
          <w:tcPr>
            <w:tcW w:type="dxa" w:w="2880"/>
          </w:tcPr>
          <w:p/>
        </w:tc>
        <w:tc>
          <w:tcPr>
            <w:tcW w:type="dxa" w:w="2880"/>
          </w:tcPr>
          <w:p/>
        </w:tc>
      </w:tr>
      <w:tr>
        <w:tc>
          <w:tcPr>
            <w:tcW w:type="dxa" w:w="2880"/>
          </w:tcPr>
          <w:p>
            <w:r>
              <w:t>生物制药（合作办学）</w:t>
            </w:r>
          </w:p>
        </w:tc>
        <w:tc>
          <w:tcPr>
            <w:tcW w:type="dxa" w:w="2880"/>
          </w:tcPr>
          <w:p/>
        </w:tc>
        <w:tc>
          <w:tcPr>
            <w:tcW w:type="dxa" w:w="2880"/>
          </w:tcPr>
          <w:p/>
        </w:tc>
      </w:tr>
      <w:tr>
        <w:tc>
          <w:tcPr>
            <w:tcW w:type="dxa" w:w="2880"/>
          </w:tcPr>
          <w:p>
            <w:r>
              <w:t>食品质量与安全（合作办学）</w:t>
            </w:r>
          </w:p>
        </w:tc>
        <w:tc>
          <w:tcPr>
            <w:tcW w:type="dxa" w:w="2880"/>
          </w:tcPr>
          <w:p/>
        </w:tc>
        <w:tc>
          <w:tcPr>
            <w:tcW w:type="dxa" w:w="2880"/>
          </w:tcPr>
          <w:p/>
        </w:tc>
      </w:tr>
      <w:tr>
        <w:tc>
          <w:tcPr>
            <w:tcW w:type="dxa" w:w="2880"/>
          </w:tcPr>
          <w:p>
            <w:r>
              <w:t>护理学院</w:t>
            </w:r>
          </w:p>
        </w:tc>
        <w:tc>
          <w:tcPr>
            <w:tcW w:type="dxa" w:w="2880"/>
          </w:tcPr>
          <w:p>
            <w:r>
              <w:t>护理学</w:t>
            </w:r>
          </w:p>
        </w:tc>
        <w:tc>
          <w:tcPr>
            <w:tcW w:type="dxa" w:w="2880"/>
          </w:tcPr>
          <w:p>
            <w:r>
              <w:t>17</w:t>
            </w:r>
          </w:p>
        </w:tc>
      </w:tr>
      <w:tr>
        <w:tc>
          <w:tcPr>
            <w:tcW w:type="dxa" w:w="2880"/>
          </w:tcPr>
          <w:p>
            <w:r>
              <w:t>护理学（助产学）</w:t>
            </w:r>
          </w:p>
        </w:tc>
        <w:tc>
          <w:tcPr>
            <w:tcW w:type="dxa" w:w="2880"/>
          </w:tcPr>
          <w:p/>
        </w:tc>
        <w:tc>
          <w:tcPr>
            <w:tcW w:type="dxa" w:w="2880"/>
          </w:tcPr>
          <w:p/>
        </w:tc>
      </w:tr>
      <w:tr>
        <w:tc>
          <w:tcPr>
            <w:tcW w:type="dxa" w:w="2880"/>
          </w:tcPr>
          <w:p>
            <w:r>
              <w:t>卫生经济管理学院</w:t>
            </w:r>
          </w:p>
        </w:tc>
        <w:tc>
          <w:tcPr>
            <w:tcW w:type="dxa" w:w="2880"/>
          </w:tcPr>
          <w:p>
            <w:r>
              <w:t>国际经济与贸易</w:t>
            </w:r>
          </w:p>
        </w:tc>
        <w:tc>
          <w:tcPr>
            <w:tcW w:type="dxa" w:w="2880"/>
          </w:tcPr>
          <w:p>
            <w:r>
              <w:t>19</w:t>
            </w:r>
          </w:p>
        </w:tc>
      </w:tr>
      <w:tr>
        <w:tc>
          <w:tcPr>
            <w:tcW w:type="dxa" w:w="2880"/>
          </w:tcPr>
          <w:p>
            <w:r>
              <w:t>公共事业管理（卫生事业管理）</w:t>
            </w:r>
          </w:p>
        </w:tc>
        <w:tc>
          <w:tcPr>
            <w:tcW w:type="dxa" w:w="2880"/>
          </w:tcPr>
          <w:p/>
        </w:tc>
        <w:tc>
          <w:tcPr>
            <w:tcW w:type="dxa" w:w="2880"/>
          </w:tcPr>
          <w:p/>
        </w:tc>
      </w:tr>
      <w:tr>
        <w:tc>
          <w:tcPr>
            <w:tcW w:type="dxa" w:w="2880"/>
          </w:tcPr>
          <w:p>
            <w:r>
              <w:t>信息管理与信息系统</w:t>
            </w:r>
          </w:p>
        </w:tc>
        <w:tc>
          <w:tcPr>
            <w:tcW w:type="dxa" w:w="2880"/>
          </w:tcPr>
          <w:p/>
        </w:tc>
        <w:tc>
          <w:tcPr>
            <w:tcW w:type="dxa" w:w="2880"/>
          </w:tcPr>
          <w:p/>
        </w:tc>
      </w:tr>
      <w:tr>
        <w:tc>
          <w:tcPr>
            <w:tcW w:type="dxa" w:w="2880"/>
          </w:tcPr>
          <w:p>
            <w:r>
              <w:t>公共事业管理（合作办学）</w:t>
            </w:r>
          </w:p>
        </w:tc>
        <w:tc>
          <w:tcPr>
            <w:tcW w:type="dxa" w:w="2880"/>
          </w:tcPr>
          <w:p/>
        </w:tc>
        <w:tc>
          <w:tcPr>
            <w:tcW w:type="dxa" w:w="2880"/>
          </w:tcPr>
          <w:p/>
        </w:tc>
      </w:tr>
      <w:tr>
        <w:tc>
          <w:tcPr>
            <w:tcW w:type="dxa" w:w="2880"/>
          </w:tcPr>
          <w:p>
            <w:r>
              <w:t>劳动与社会保障</w:t>
            </w:r>
          </w:p>
        </w:tc>
        <w:tc>
          <w:tcPr>
            <w:tcW w:type="dxa" w:w="2880"/>
          </w:tcPr>
          <w:p/>
        </w:tc>
        <w:tc>
          <w:tcPr>
            <w:tcW w:type="dxa" w:w="2880"/>
          </w:tcPr>
          <w:p/>
        </w:tc>
      </w:tr>
      <w:tr>
        <w:tc>
          <w:tcPr>
            <w:tcW w:type="dxa" w:w="2880"/>
          </w:tcPr>
          <w:p>
            <w:r>
              <w:t>健康服务与管理</w:t>
            </w:r>
          </w:p>
        </w:tc>
        <w:tc>
          <w:tcPr>
            <w:tcW w:type="dxa" w:w="2880"/>
          </w:tcPr>
          <w:p/>
        </w:tc>
        <w:tc>
          <w:tcPr>
            <w:tcW w:type="dxa" w:w="2880"/>
          </w:tcPr>
          <w:p/>
        </w:tc>
      </w:tr>
      <w:tr>
        <w:tc>
          <w:tcPr>
            <w:tcW w:type="dxa" w:w="2880"/>
          </w:tcPr>
          <w:p>
            <w:r>
              <w:t>电子商务</w:t>
            </w:r>
          </w:p>
        </w:tc>
        <w:tc>
          <w:tcPr>
            <w:tcW w:type="dxa" w:w="2880"/>
          </w:tcPr>
          <w:p/>
        </w:tc>
        <w:tc>
          <w:tcPr>
            <w:tcW w:type="dxa" w:w="2880"/>
          </w:tcPr>
          <w:p/>
        </w:tc>
      </w:tr>
      <w:tr>
        <w:tc>
          <w:tcPr>
            <w:tcW w:type="dxa" w:w="2880"/>
          </w:tcPr>
          <w:p>
            <w:r>
              <w:t>市场营销</w:t>
            </w:r>
          </w:p>
        </w:tc>
        <w:tc>
          <w:tcPr>
            <w:tcW w:type="dxa" w:w="2880"/>
          </w:tcPr>
          <w:p/>
        </w:tc>
        <w:tc>
          <w:tcPr>
            <w:tcW w:type="dxa" w:w="2880"/>
          </w:tcPr>
          <w:p/>
        </w:tc>
      </w:tr>
      <w:tr>
        <w:tc>
          <w:tcPr>
            <w:tcW w:type="dxa" w:w="2880"/>
          </w:tcPr>
          <w:p>
            <w:r>
              <w:t>药事管理</w:t>
            </w:r>
          </w:p>
        </w:tc>
        <w:tc>
          <w:tcPr>
            <w:tcW w:type="dxa" w:w="2880"/>
          </w:tcPr>
          <w:p/>
        </w:tc>
        <w:tc>
          <w:tcPr>
            <w:tcW w:type="dxa" w:w="2880"/>
          </w:tcPr>
          <w:p/>
        </w:tc>
      </w:tr>
      <w:tr>
        <w:tc>
          <w:tcPr>
            <w:tcW w:type="dxa" w:w="2880"/>
          </w:tcPr>
          <w:p>
            <w:r>
              <w:t>人工智能与信息技术学院</w:t>
            </w:r>
          </w:p>
        </w:tc>
        <w:tc>
          <w:tcPr>
            <w:tcW w:type="dxa" w:w="2880"/>
          </w:tcPr>
          <w:p>
            <w:r>
              <w:t>计算机科学与技术</w:t>
            </w:r>
          </w:p>
        </w:tc>
        <w:tc>
          <w:tcPr>
            <w:tcW w:type="dxa" w:w="2880"/>
          </w:tcPr>
          <w:p>
            <w:r>
              <w:t>8</w:t>
            </w:r>
          </w:p>
        </w:tc>
      </w:tr>
      <w:tr>
        <w:tc>
          <w:tcPr>
            <w:tcW w:type="dxa" w:w="2880"/>
          </w:tcPr>
          <w:p>
            <w:r>
              <w:t>软件工程</w:t>
            </w:r>
          </w:p>
        </w:tc>
        <w:tc>
          <w:tcPr>
            <w:tcW w:type="dxa" w:w="2880"/>
          </w:tcPr>
          <w:p/>
        </w:tc>
        <w:tc>
          <w:tcPr>
            <w:tcW w:type="dxa" w:w="2880"/>
          </w:tcPr>
          <w:p/>
        </w:tc>
      </w:tr>
      <w:tr>
        <w:tc>
          <w:tcPr>
            <w:tcW w:type="dxa" w:w="2880"/>
          </w:tcPr>
          <w:p>
            <w:r>
              <w:t>医学信息工程</w:t>
            </w:r>
          </w:p>
        </w:tc>
        <w:tc>
          <w:tcPr>
            <w:tcW w:type="dxa" w:w="2880"/>
          </w:tcPr>
          <w:p/>
        </w:tc>
        <w:tc>
          <w:tcPr>
            <w:tcW w:type="dxa" w:w="2880"/>
          </w:tcPr>
          <w:p/>
        </w:tc>
      </w:tr>
      <w:tr>
        <w:tc>
          <w:tcPr>
            <w:tcW w:type="dxa" w:w="2880"/>
          </w:tcPr>
          <w:p>
            <w:r>
              <w:t>公共外语教学部</w:t>
            </w:r>
          </w:p>
        </w:tc>
        <w:tc>
          <w:tcPr>
            <w:tcW w:type="dxa" w:w="2880"/>
          </w:tcPr>
          <w:p>
            <w:r>
              <w:t>英语</w:t>
            </w:r>
          </w:p>
        </w:tc>
        <w:tc>
          <w:tcPr>
            <w:tcW w:type="dxa" w:w="2880"/>
          </w:tcPr>
          <w:p>
            <w:r>
              <w:t>2</w:t>
            </w:r>
          </w:p>
        </w:tc>
      </w:tr>
    </w:tbl>
    <w:p>
      <w:r>
        <w:t>三、工作时序安排</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序号</w:t>
            </w:r>
          </w:p>
        </w:tc>
        <w:tc>
          <w:tcPr>
            <w:tcW w:type="dxa" w:w="2160"/>
          </w:tcPr>
          <w:p>
            <w:r>
              <w:t>工作内容</w:t>
            </w:r>
          </w:p>
        </w:tc>
        <w:tc>
          <w:tcPr>
            <w:tcW w:type="dxa" w:w="2160"/>
          </w:tcPr>
          <w:p>
            <w:r>
              <w:t>责任部门</w:t>
            </w:r>
          </w:p>
        </w:tc>
        <w:tc>
          <w:tcPr>
            <w:tcW w:type="dxa" w:w="2160"/>
          </w:tcPr>
          <w:p>
            <w:r>
              <w:t>完成时间</w:t>
            </w:r>
          </w:p>
        </w:tc>
      </w:tr>
      <w:tr>
        <w:tc>
          <w:tcPr>
            <w:tcW w:type="dxa" w:w="2160"/>
          </w:tcPr>
          <w:p>
            <w:r>
              <w:t>1</w:t>
            </w:r>
          </w:p>
        </w:tc>
        <w:tc>
          <w:tcPr>
            <w:tcW w:type="dxa" w:w="2160"/>
          </w:tcPr>
          <w:p>
            <w:r>
              <w:t>各学院向所有普通本科毕业班学生传达2022届推免工作要求，本校《管理办法》、工作日程安排等，做好政策宣传到2022届预计毕业的每位学生，特别是做好我校招收推免生的相关政策解读等工作</w:t>
            </w:r>
          </w:p>
        </w:tc>
        <w:tc>
          <w:tcPr>
            <w:tcW w:type="dxa" w:w="2160"/>
          </w:tcPr>
          <w:p>
            <w:r>
              <w:t>学工处各学院</w:t>
            </w:r>
          </w:p>
        </w:tc>
        <w:tc>
          <w:tcPr>
            <w:tcW w:type="dxa" w:w="2160"/>
          </w:tcPr>
          <w:p>
            <w:r>
              <w:t>9月1 4日前</w:t>
            </w:r>
          </w:p>
        </w:tc>
      </w:tr>
      <w:tr>
        <w:tc>
          <w:tcPr>
            <w:tcW w:type="dxa" w:w="2160"/>
          </w:tcPr>
          <w:p>
            <w:r>
              <w:t>2</w:t>
            </w:r>
          </w:p>
        </w:tc>
        <w:tc>
          <w:tcPr>
            <w:tcW w:type="dxa" w:w="2160"/>
          </w:tcPr>
          <w:p>
            <w:r>
              <w:t>制定本学院推免工作实施意见，报校推荐领导小组备案后公布施行；计算必修课平均学分绩点并向学生公布；学生填写《推免申请表》并交学院</w:t>
            </w:r>
          </w:p>
        </w:tc>
        <w:tc>
          <w:tcPr>
            <w:tcW w:type="dxa" w:w="2160"/>
          </w:tcPr>
          <w:p>
            <w:r>
              <w:t>各学院</w:t>
            </w:r>
          </w:p>
        </w:tc>
        <w:tc>
          <w:tcPr>
            <w:tcW w:type="dxa" w:w="2160"/>
          </w:tcPr>
          <w:p>
            <w:r>
              <w:t>9月1 5日前</w:t>
            </w:r>
          </w:p>
        </w:tc>
      </w:tr>
      <w:tr>
        <w:tc>
          <w:tcPr>
            <w:tcW w:type="dxa" w:w="2160"/>
          </w:tcPr>
          <w:p>
            <w:r>
              <w:t>3</w:t>
            </w:r>
          </w:p>
        </w:tc>
        <w:tc>
          <w:tcPr>
            <w:tcW w:type="dxa" w:w="2160"/>
          </w:tcPr>
          <w:p>
            <w:r>
              <w:t>学院组织院级专家审核小组审核学生的特殊学术专长相关材料，组织公开答辩，计算综合排名，交学院推荐工作组讨论，确定推荐名单并公示；学院将推荐人申请材料报教务处</w:t>
            </w:r>
          </w:p>
        </w:tc>
        <w:tc>
          <w:tcPr>
            <w:tcW w:type="dxa" w:w="2160"/>
          </w:tcPr>
          <w:p>
            <w:r>
              <w:t>各学院</w:t>
            </w:r>
          </w:p>
        </w:tc>
        <w:tc>
          <w:tcPr>
            <w:tcW w:type="dxa" w:w="2160"/>
          </w:tcPr>
          <w:p>
            <w:r>
              <w:t>9月1 7日前</w:t>
            </w:r>
          </w:p>
        </w:tc>
      </w:tr>
      <w:tr>
        <w:tc>
          <w:tcPr>
            <w:tcW w:type="dxa" w:w="2160"/>
          </w:tcPr>
          <w:p>
            <w:r>
              <w:t>4</w:t>
            </w:r>
          </w:p>
        </w:tc>
        <w:tc>
          <w:tcPr>
            <w:tcW w:type="dxa" w:w="2160"/>
          </w:tcPr>
          <w:p>
            <w:r>
              <w:t>教务处组织校级专家审核小组审核申请材料，向校推荐领导小组汇报，并由校推荐领导小组审核研究确定推荐名单</w:t>
            </w:r>
          </w:p>
        </w:tc>
        <w:tc>
          <w:tcPr>
            <w:tcW w:type="dxa" w:w="2160"/>
          </w:tcPr>
          <w:p>
            <w:r>
              <w:t>教务处</w:t>
            </w:r>
          </w:p>
        </w:tc>
        <w:tc>
          <w:tcPr>
            <w:tcW w:type="dxa" w:w="2160"/>
          </w:tcPr>
          <w:p>
            <w:r>
              <w:t>9月22日前</w:t>
            </w:r>
          </w:p>
        </w:tc>
      </w:tr>
      <w:tr>
        <w:tc>
          <w:tcPr>
            <w:tcW w:type="dxa" w:w="2160"/>
          </w:tcPr>
          <w:p>
            <w:r>
              <w:t>5</w:t>
            </w:r>
          </w:p>
        </w:tc>
        <w:tc>
          <w:tcPr>
            <w:tcW w:type="dxa" w:w="2160"/>
          </w:tcPr>
          <w:p>
            <w:r>
              <w:t>推荐名单公示</w:t>
            </w:r>
          </w:p>
        </w:tc>
        <w:tc>
          <w:tcPr>
            <w:tcW w:type="dxa" w:w="2160"/>
          </w:tcPr>
          <w:p>
            <w:r>
              <w:t>教务处各学院</w:t>
            </w:r>
          </w:p>
        </w:tc>
        <w:tc>
          <w:tcPr>
            <w:tcW w:type="dxa" w:w="2160"/>
          </w:tcPr>
          <w:p>
            <w:r>
              <w:t>9月17日- 9月25日</w:t>
            </w:r>
          </w:p>
        </w:tc>
      </w:tr>
      <w:tr>
        <w:tc>
          <w:tcPr>
            <w:tcW w:type="dxa" w:w="2160"/>
          </w:tcPr>
          <w:p>
            <w:r>
              <w:t>6</w:t>
            </w:r>
          </w:p>
        </w:tc>
        <w:tc>
          <w:tcPr>
            <w:tcW w:type="dxa" w:w="2160"/>
          </w:tcPr>
          <w:p>
            <w:r>
              <w:t>上报推免学生名单</w:t>
            </w:r>
          </w:p>
        </w:tc>
        <w:tc>
          <w:tcPr>
            <w:tcW w:type="dxa" w:w="2160"/>
          </w:tcPr>
          <w:p>
            <w:r>
              <w:t>研究生院</w:t>
            </w:r>
          </w:p>
        </w:tc>
        <w:tc>
          <w:tcPr>
            <w:tcW w:type="dxa" w:w="2160"/>
          </w:tcPr>
          <w:p>
            <w:r>
              <w:t>9月25日</w:t>
            </w:r>
          </w:p>
        </w:tc>
      </w:tr>
    </w:tbl>
    <w:p>
      <w:r>
        <w:t>四、推荐工作要求</w:t>
      </w:r>
    </w:p>
    <w:p>
      <w:r>
        <w:t>1．各学院主要负责同志是学院推荐工作第一责任人，分管负责同志是直接责任人。主要负责同志要对本学院推荐工作亲自把关、亲自协调、亲自监督，坚决杜绝工作浮于表面、失察失管。</w:t>
      </w:r>
    </w:p>
    <w:p>
      <w:r>
        <w:t>2．各学院要建立健全回避制度，推免相关工作人员有直系亲属或利益相关人员报名参加推免招生的应主动申请回避，有非直系亲属等报名参加推免招生的要主动报备。相关学生申请推免资格时也应主动向学院报备上述情况。对未按规定报备回避且影响推免过程和结果公平公正的，将取消相关学生推免资格。</w:t>
      </w:r>
    </w:p>
    <w:p>
      <w:r>
        <w:t>3．各学院需根据《管理办法》成立院推荐工作组，将推免计划二次分配至各本科专业，优化推免名额分配方案。二次分配方案必须由院推荐工作组集体决策，有争议时应采取票决制。</w:t>
      </w:r>
    </w:p>
    <w:p>
      <w:r>
        <w:t>4．各学院要成立院级专家审核小组（专家组成员原则上应具有相关学科副教授以上职称，一般不少于5人），对申请推免资格学生的科研创新成果、论文、竞赛获奖奖项及内容进行审核鉴定，排除抄袭、造假、冒名及有名无实等情况，并组织相关学生在一定范围公开答辩。对学生提交的多篇科研成果实行代表作评价，评价重点聚焦到创新质量和个人贡献。专家审核小组及每位成员都要给出明确鉴定意见并签字存档。答辩全程要录音录像，答辩结果要公开公示。通过审核鉴定或答辩有特殊学术专长的学生，须予以公示。未通过审核鉴定或答辩的学生不得纳入综合成绩计算体系。</w:t>
      </w:r>
    </w:p>
    <w:p>
      <w:r>
        <w:t>5．各学院必须将相关信息及文件精神准确、及时传达至所有学生，严格按照规定的时间完成工作，不得附加任何考试形式选拔推荐学生。学生必修课平均学分绩点、综合成绩及排名须经各学院双人审核，领导复核，均需签字确认。各学院需对所有申请参加推免招生的学生的必修课平均学分绩点及排名、综合成绩及排名、加分项及加分分值均予以公示。</w:t>
      </w:r>
    </w:p>
    <w:p>
      <w:r>
        <w:t>6．学院向教务处提交推荐汇总名单之前，如有学生书面确认放弃推荐资格，可向后顺延推荐；校级审核过程中如有学生不符合推荐资格，可向后顺延推荐；推荐名单一旦上报教育行政主管部门，则不可顺延替补或更改。</w:t>
      </w:r>
    </w:p>
    <w:p>
      <w:r>
        <w:t>五、相关材料报送</w:t>
      </w:r>
    </w:p>
    <w:p>
      <w:r>
        <w:t>1．各学院须按照规定时间节点完成推荐工作，及时向教务处提供以下材料：</w:t>
      </w:r>
    </w:p>
    <w:p>
      <w:r>
        <w:t>（1）《南京中医药大学推荐2022届免试硕士研究生申请表》一份；</w:t>
      </w:r>
    </w:p>
    <w:p>
      <w:r>
        <w:t>（2）推荐学生个人成绩单电子稿和纸质稿各一份（须加盖学院公章）；</w:t>
      </w:r>
    </w:p>
    <w:p>
      <w:r>
        <w:t>（3）所有加分条件证明材料原件及加盖学院公章和相关审核部门公章的复印件一份；</w:t>
      </w:r>
    </w:p>
    <w:p>
      <w:r>
        <w:t>（4）因科研创新成果、学术论文、竞赛获奖加分的，还需提供学院组织公开答辩时审核小组及每位成员签字的鉴定意见和答辩记录。</w:t>
      </w:r>
    </w:p>
    <w:p>
      <w:r>
        <w:t>2．学院推荐人选汇总表一份。汇总表的纸质版需加盖学院公章。电子版发至：xjks@njucm.edu.cn。</w:t>
      </w:r>
    </w:p>
    <w:p>
      <w:r>
        <w:t>上述各类材料请于9月1 7日14点前送交教务处教务科（行政楼215-1）。</w:t>
      </w:r>
    </w:p>
    <w:p>
      <w:r>
        <w:t>六、其他事项</w:t>
      </w:r>
    </w:p>
    <w:p>
      <w:r>
        <w:t>1．推荐名单确定后，具有下列情形之一的，将取消推免生资格：</w:t>
      </w:r>
    </w:p>
    <w:p>
      <w:r>
        <w:t>（1）受到任何形式处分的；</w:t>
      </w:r>
    </w:p>
    <w:p>
      <w:r>
        <w:t>（2）未取得毕业证书或学士学位证书的；</w:t>
      </w:r>
    </w:p>
    <w:p>
      <w:r>
        <w:t>（3）其他不符合要求的情况。</w:t>
      </w:r>
    </w:p>
    <w:p>
      <w:r>
        <w:t>2．学校推免工作方案、拟推荐名单等相关信息均按相关要求进行信息公开。</w:t>
      </w:r>
    </w:p>
    <w:p>
      <w:r>
        <w:t>3．学校纪检监察部门对推免工作实行全程监督。</w:t>
      </w:r>
    </w:p>
    <w:p>
      <w:r>
        <w:t>附件：</w:t>
      </w:r>
    </w:p>
    <w:p>
      <w:r>
        <w:t>1.南京中医药大学推荐优秀应届本科毕业生免试攻读硕士学位研究生工作管理办法（南中医大研字〔2016〕23号）</w:t>
      </w:r>
    </w:p>
    <w:p>
      <w:r>
        <w:t>2.南京中医药大学推荐2022届免试硕士研究生申请表</w:t>
      </w:r>
    </w:p>
    <w:p>
      <w:r>
        <w:t>3.学院推荐免试攻读硕士学位研究生汇总表及其填写说明</w:t>
      </w:r>
    </w:p>
    <w:p>
      <w:r>
        <w:t>4.放弃推荐免试攻读研究生资格声明</w:t>
      </w:r>
    </w:p>
    <w:p>
      <w:r>
        <w:t>5.推荐2022届免试攻读硕士学位研究生答辩记录</w:t>
      </w:r>
    </w:p>
    <w:p>
      <w:r>
        <w:t>附件.zip</w:t>
      </w:r>
    </w:p>
    <w:p>
      <w:r>
        <w:t>南京中医药大学</w:t>
      </w:r>
    </w:p>
    <w:p>
      <w:r>
        <w:t>2021年9月13日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