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孟目的学院2027届本科毕业生推荐免试攻读研究生工作实施细则</w:t>
      </w:r>
    </w:p>
    <w:p>
      <w:r>
        <w:t>根据《中国药科大学推荐优秀应届本科毕业生免试攻读研究生工作管理办法》（药大教〔202 6〕111号）、《关于做好2027届本科毕业生的推荐免试攻读研究生工作的通知》（药大教函〔202 6〕56号）文件要求，为进一步做好我院推荐202 7届优秀应届本科毕业生免试攻读研究生（以下简称推免）的工作，保证推免工作的公平公正公开，特制订本实施细则。</w:t>
      </w:r>
    </w:p>
    <w:p>
      <w:r>
        <w:t>一、组织机构</w:t>
      </w:r>
    </w:p>
    <w:p>
      <w:r>
        <w:t>孟目的学院成立推免工作小组，负责本学院推荐免试研究生工作的细则制定、组织和实施。裁定推免工作中的争议和申诉。</w:t>
      </w:r>
    </w:p>
    <w:p>
      <w:r>
        <w:t>组长：陈兰兰、孙敏捷</w:t>
      </w:r>
    </w:p>
    <w:p>
      <w:r>
        <w:t>副组长：郭小可</w:t>
      </w:r>
    </w:p>
    <w:p>
      <w:r>
        <w:t>成员：张潇、李信、王培、孙文光、刁英华</w:t>
      </w:r>
    </w:p>
    <w:p>
      <w:r>
        <w:t>秘书：张海云、黄惠</w:t>
      </w:r>
    </w:p>
    <w:p>
      <w:r>
        <w:t>孟目的学院成立专家审核小组，负责对本学院申请推免资格学生的“全面发展评价”模块（原“综合素质”）进行严格把关和审核鉴定，排除抄袭、造假、冒名及有名无实等情况，并给出明确审核鉴定意见。</w:t>
      </w:r>
    </w:p>
    <w:p>
      <w:r>
        <w:t>组长：郭小可</w:t>
      </w:r>
    </w:p>
    <w:p>
      <w:r>
        <w:t>成员：侯筱宇、刘畅、刘群、李苏昕、徐晓莉</w:t>
      </w:r>
    </w:p>
    <w:p>
      <w:r>
        <w:t>秘书：张海云</w:t>
      </w:r>
    </w:p>
    <w:p>
      <w:r>
        <w:t>二、推荐名额</w:t>
      </w:r>
    </w:p>
    <w:p>
      <w:r>
        <w:t>学校今年下达我院145个推免指标（见附件1）。</w:t>
      </w:r>
    </w:p>
    <w:p>
      <w:r>
        <w:t>三、推免程序</w:t>
      </w:r>
    </w:p>
    <w:p>
      <w:r>
        <w:t>（一）9月2日-3日，资格审核和成绩计算</w:t>
      </w:r>
    </w:p>
    <w:p>
      <w:r>
        <w:t>根据学校推免工作统一部署，学院制定推免工作实施细则及名额分配方案。辅导员及时传达今年推免政策和相关文件精神。符合推免生报名基本条件的学生可自愿申请参加选拔，“基础药学拔尖学生培养计划2.0基地”学生提交《“基础药学拔尖学生培养计划2.0基地”推免生申请表》（见附件2），药学、中药学、生物制药（拔尖创新班）学生提交《中国药科大学推免生申请表》（附件3）。学生申请全面发展评价加分时，与亲属或利益相关者（指导教师除外）合作的科研成果，须主动报备，且不纳入加分指标认定范围。</w:t>
      </w:r>
    </w:p>
    <w:p>
      <w:r>
        <w:t>辅导员根据《关于印发&lt;中国药科大学推荐“基础药学拔尖学生培养计划2.0基地”优秀应届本科毕业生免试攻读研究生工作实施细则（试行）&gt;的通知》（药大教〔202 5〕143号）和《关于印发&lt;中国药科大学推免生综合成绩计算办法&gt;的通知》（药大教函〔2026〕57号》文件要求，计算综合成绩，收集大学英语以及全面发展评价等证明材料，统计符合推免条件学生名单。</w:t>
      </w:r>
    </w:p>
    <w:p>
      <w:r>
        <w:t>（二）9月4日，以正式函报形式提交学院推免工作小组名单、推免工作细则、名额分配方案。</w:t>
      </w:r>
    </w:p>
    <w:p>
      <w:r>
        <w:t>（三）9月5日-8日，拟推免学生名单院内公示。</w:t>
      </w:r>
    </w:p>
    <w:p>
      <w:r>
        <w:t>（四）9月9日，上报2027届推免生名单。</w:t>
      </w:r>
    </w:p>
    <w:p>
      <w:r>
        <w:t>（五）9月9日-15日，学校推免生公示期。为了保证推免工作的公平公正，获得推免生资格的学生需同时填写相应的《诚信承诺书》（附件4）。</w:t>
      </w:r>
    </w:p>
    <w:p>
      <w:r>
        <w:t>四、推免纪律与监督</w:t>
      </w:r>
    </w:p>
    <w:p>
      <w:r>
        <w:t>1.推免工作实行回避制度。所有参与推免工作的人员，如有直系亲属或利益相关人员报名参加本次推免选拔，须主动向学院报备并回避相关环节。对未按规定报备或回避的工作人员，学校、学院将依规依纪严肃处理。</w:t>
      </w:r>
    </w:p>
    <w:p>
      <w:r>
        <w:t>2.学生在申请全面发展评价加分时，须如实申报与成果合作者之间是否存在亲属或利益相关关系；未主动报备的，一经查实，视为不诚信行为，影响推免过程和结果公平公正的，学校将取消其推免资格。</w:t>
      </w:r>
    </w:p>
    <w:p>
      <w:r>
        <w:t>3 .对在推免过程中发现有弄虚作假，存在考试作弊、提供虚假材料和学术不端等行为的学生，将及时上报学校推免工作领导小组，一经查实，取消其推免生资格、录取资格和学籍，并由学校上报省级教育招生考试机构，按规定记入《国家教育考试考生诚信档案》，通报其所在学校、计入学生人事档案，作为其今后升学和就业的重要参考依据。涉及其他违纪人员，一并上报学校相关管理部门处理。</w:t>
      </w:r>
    </w:p>
    <w:p>
      <w:r>
        <w:t>4.对于取得推免资格的学生，后续出现下列情况之一者，取消其推免资格：</w:t>
      </w:r>
    </w:p>
    <w:p>
      <w:r>
        <w:t>（1）受到法律、行政处罚或学校纪律处分；</w:t>
      </w:r>
    </w:p>
    <w:p>
      <w:r>
        <w:t>（2）必修课期末总评成绩出现不及格（低于60分）；</w:t>
      </w:r>
    </w:p>
    <w:p>
      <w:r>
        <w:t>（3）毕业论文终评成绩低于80分；</w:t>
      </w:r>
    </w:p>
    <w:p>
      <w:r>
        <w:t>（4）不能按时完成本科阶段学业并取得学士学位；</w:t>
      </w:r>
    </w:p>
    <w:p>
      <w:r>
        <w:t>（5）申请材料弄虚作假；</w:t>
      </w:r>
    </w:p>
    <w:p>
      <w:r>
        <w:t>（6）有学术不端行为表现；</w:t>
      </w:r>
    </w:p>
    <w:p>
      <w:r>
        <w:t>（7）发生其他不适合作为推免对象的行为。</w:t>
      </w:r>
    </w:p>
    <w:p>
      <w:r>
        <w:t>5.推免工作纪检委员：</w:t>
      </w:r>
    </w:p>
    <w:p>
      <w:r>
        <w:t>郭小可；监督电话：13701475843；监督邮箱：kexin95@126.com。</w:t>
      </w:r>
    </w:p>
    <w:p>
      <w:r>
        <w:t>附件：1.孟目的学院2027届推免生名额.pdf</w:t>
      </w:r>
    </w:p>
    <w:p>
      <w:r>
        <w:t>2.中国药科大学2027届“基础药学拔尖学生培养计划2.0基地”推免生申请表.docx</w:t>
      </w:r>
    </w:p>
    <w:p>
      <w:r>
        <w:t>3.中国药科大学推免生申请表.docx</w:t>
      </w:r>
    </w:p>
    <w:p>
      <w:r>
        <w:t>4.中国药科大学推免生诚信承诺书.docx</w:t>
      </w:r>
    </w:p>
    <w:p>
      <w:r>
        <w:t>中国药科大学孟目的学院</w:t>
      </w:r>
    </w:p>
    <w:p>
      <w:r>
        <w:t>2 02 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