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基础医学与临床药学学院2027年继续招收推荐免试研究生报名通知</w:t>
      </w:r>
    </w:p>
    <w:p>
      <w:r>
        <w:t>基础医学与临床药学学院部分专业继续招收2027年推荐免试研究生（硕士研究生），请有意向的同学登录全国推荐免试攻读研究生信息公开管理服务系统（网址为：https://yz.chsi.com.cn/tm/index）进行报名。推免生招生专业、类型与咨询方式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学院</w:t>
            </w:r>
          </w:p>
        </w:tc>
        <w:tc>
          <w:tcPr>
            <w:tcW w:type="dxa" w:w="2160"/>
          </w:tcPr>
          <w:p>
            <w:r>
              <w:t>专业代码</w:t>
            </w:r>
          </w:p>
        </w:tc>
        <w:tc>
          <w:tcPr>
            <w:tcW w:type="dxa" w:w="2160"/>
          </w:tcPr>
          <w:p>
            <w:r>
              <w:t>专业名称</w:t>
            </w:r>
          </w:p>
        </w:tc>
        <w:tc>
          <w:tcPr>
            <w:tcW w:type="dxa" w:w="2160"/>
          </w:tcPr>
          <w:p>
            <w:r>
              <w:t>招生类型</w:t>
            </w:r>
          </w:p>
        </w:tc>
      </w:tr>
      <w:tr>
        <w:tc>
          <w:tcPr>
            <w:tcW w:type="dxa" w:w="2160"/>
          </w:tcPr>
          <w:p>
            <w:r>
              <w:t>基础医学与临床药学学院</w:t>
            </w:r>
          </w:p>
        </w:tc>
        <w:tc>
          <w:tcPr>
            <w:tcW w:type="dxa" w:w="2160"/>
          </w:tcPr>
          <w:p>
            <w:r>
              <w:t>100</w:t>
            </w:r>
          </w:p>
        </w:tc>
        <w:tc>
          <w:tcPr>
            <w:tcW w:type="dxa" w:w="2160"/>
          </w:tcPr>
          <w:p>
            <w:r>
              <w:t>基础医学</w:t>
            </w:r>
          </w:p>
        </w:tc>
        <w:tc>
          <w:tcPr>
            <w:tcW w:type="dxa" w:w="2160"/>
          </w:tcPr>
          <w:p>
            <w:r>
              <w:t>硕士研究生</w:t>
            </w:r>
          </w:p>
        </w:tc>
      </w:tr>
      <w:tr>
        <w:tc>
          <w:tcPr>
            <w:tcW w:type="dxa" w:w="2160"/>
          </w:tcPr>
          <w:p>
            <w:r>
              <w:t>100706</w:t>
            </w:r>
          </w:p>
        </w:tc>
        <w:tc>
          <w:tcPr>
            <w:tcW w:type="dxa" w:w="2160"/>
          </w:tcPr>
          <w:p>
            <w:r>
              <w:t>药理学</w:t>
            </w:r>
          </w:p>
        </w:tc>
        <w:tc>
          <w:tcPr>
            <w:tcW w:type="dxa" w:w="2160"/>
          </w:tcPr>
          <w:p/>
        </w:tc>
        <w:tc>
          <w:tcPr>
            <w:tcW w:type="dxa" w:w="2160"/>
          </w:tcPr>
          <w:p/>
        </w:tc>
      </w:tr>
      <w:tr>
        <w:tc>
          <w:tcPr>
            <w:tcW w:type="dxa" w:w="2160"/>
          </w:tcPr>
          <w:p>
            <w:r>
              <w:t>1007Z5</w:t>
            </w:r>
          </w:p>
        </w:tc>
        <w:tc>
          <w:tcPr>
            <w:tcW w:type="dxa" w:w="2160"/>
          </w:tcPr>
          <w:p>
            <w:r>
              <w:t>临床药学</w:t>
            </w:r>
          </w:p>
        </w:tc>
        <w:tc>
          <w:tcPr>
            <w:tcW w:type="dxa" w:w="2160"/>
          </w:tcPr>
          <w:p/>
        </w:tc>
        <w:tc>
          <w:tcPr>
            <w:tcW w:type="dxa" w:w="2160"/>
          </w:tcPr>
          <w:p/>
        </w:tc>
      </w:tr>
    </w:tbl>
    <w:p>
      <w:r>
        <w:t>本次报名对象为具有推荐免试研究生资格、本科学习成绩优异的推荐免试研究生。已被拟录取为我校2027年专项推免生的同学，本次无须报名。</w:t>
      </w:r>
    </w:p>
    <w:p>
      <w:r>
        <w:t>我院预计于9月30日左右组织复试。</w:t>
      </w:r>
    </w:p>
    <w:p>
      <w:r>
        <w:t>联系方式：cdz@cpu.edu.cn</w:t>
      </w:r>
    </w:p>
    <w:p>
      <w:r>
        <w:t>欢迎广大考生报考！</w:t>
      </w:r>
    </w:p>
    <w:p>
      <w:r>
        <w:t>基础医学与临床药学学院</w:t>
      </w:r>
    </w:p>
    <w:p>
      <w:r>
        <w:t>2026年9月28日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