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深造率近八成，他们实力扎实、未来可期！</w:t>
      </w:r>
    </w:p>
    <w:p>
      <w:r>
        <w:t>班级成员所获部分奖状</w:t>
      </w:r>
    </w:p>
    <w:p>
      <w:r>
        <w:t>班级开展主题班会</w:t>
      </w:r>
    </w:p>
    <w:p>
      <w:r>
        <w:t>班级成员开展实习</w:t>
      </w:r>
    </w:p>
    <w:p>
      <w:r>
        <w:t>光阴似箭，日月如梭，资源学院地质工程（工程地质与岩土工程）2020-1班已经走进了毕业阶段。回顾往昔，从专业分流组建班级到如今全班“拧成一股绳”，地质工程（工程地质与岩土工程）2020-1班全体同学共同努力，书写奋斗的青春，以优异的成绩为大学四年画上了圆满的句号。全班34人，推免16人，考取10人，出国1人。深造率达到79.41%，优秀的成绩背后，是地质工程（工程地质与岩土工程）2020-1班这个大集体共同的努力！</w:t>
      </w:r>
    </w:p>
    <w:p>
      <w:r>
        <w:t>勤学苦练，砥砺前行</w:t>
      </w:r>
    </w:p>
    <w:p>
      <w:r>
        <w:t>成功并非偶然，而是源自不懈的努力和恒久的坚持。地质工程（工程地质与岩土工程）2020-1班学习氛围十分浓厚，他们定期开展互帮互助学习研讨会，成绩相对优异的同学会主动承担起“传帮带”的责任，不仅会在研讨会上分享课程学习心得，也会一对一帮助课程稍落后的同学及时弥补知识点。在班级同学的共同努力下，专业课程通过率均达到100％，有12人跻身专业前十五名。四级通过率达100％，六级通过率达50％，25人获评奖学金，班级两年来获国家奖学金、国家励志奖学金、校一等奖学金等共计近10万元，获奖比例达80%，获奖人数位列年级第一。班级于2021-2022学年荣获中国矿业大学校级先进班集体、优秀团支部称号，2022-2023学年荣获江苏省省级先进班集体称号。在课业之余，班级成员积极参加竞赛专项计划，力求“科创学习两开花”。其大学生创新训练项目覆盖率达到100%，基本实现“人人有基础，人人有项目”。</w:t>
      </w:r>
    </w:p>
    <w:p>
      <w:r>
        <w:t>凝心聚力，争做先锋</w:t>
      </w:r>
    </w:p>
    <w:p>
      <w:r>
        <w:t>除了成绩优异，地质工程（工程地质与岩土工程）2020-1班还是一个团结奋斗、求实创新、思想道德修养较高的班集体。班级依托“学习强国”和“青年大学习”等平台，每学年常态化地开展专题学习、主题班会、团日活动二十余次。班内同学积极响应学院加强学风建设的号召，把互帮互助的协作精神发挥到了极致，踊跃参与校院组织的力行学子报告团宣讲会、考研经验交流会、复试模拟指导以及调剂方案定制等活动。推免名单公布后，获得推免的同学主动担当，自愿为班里其余考研同学搜集资料；在考研初试结果公布后，班委的带领班内同学自发组织“考研复试面试攻略小组”，反复模拟、仔细推敲，在全班的共同努力下，最终实现了27人“一战上岸”的耀眼成绩。团支书贾闯同学说：“班级成员团结友爱、行动一致，形成了优良的团风、学风、班风、舍风，有力推动了班集体成为凝聚力强、影响力深、组织力高的自我教育共同体。</w:t>
      </w:r>
    </w:p>
    <w:p>
      <w:r>
        <w:t>读万卷书，行万里路</w:t>
      </w:r>
    </w:p>
    <w:p>
      <w:r>
        <w:t>在社会实践方面，他们胸怀大局，履职新时代。班级同学积极参与各项志愿活动，累计志愿时长近1000小时，累计参加活动300余次。其中6位同学担任校级组织部门负责人，4位同学担任院级组织部门负责人，5项暑期实践项目获得校级“优秀项目”称号，9人获得暑期社会实践校级“先进个人”称号。在提升自我的同时，也为学校的发展和同学们的成长贡献着他们的力量。班级同学刘庆成说：“每位同学都在实践中学习知识，将课本所学转化为实际能力。我们相互帮助，团结一致，共同进步。实践活动为我们提供了宝贵的机会，为我们的成长奠定了坚实的基础。”</w:t>
      </w:r>
    </w:p>
    <w:p>
      <w:r>
        <w:t>荣誉，不仅是个人努力与奉献的结果，更是集体精神与团队力量的结晶。地质工程（工程地质与岩土工程）2020-1班的学子们，以班级为名，用满腔奋进之心铸就了本科生涯中的一个又一个优秀成果。“聚是一团火，散是满天星”，在分别之际或许有些不舍，但他们的拼搏人生仍在继续。相信他们会在未来的发展道路上，坚守初心，持续奋斗，激扬青春梦想！</w:t>
      </w:r>
    </w:p>
    <w:p>
      <w:r>
        <w:t>新闻来源：2020级</w:t>
      </w:r>
    </w:p>
    <w:p>
      <w:r>
        <w:t>编辑：黄凯仇诗琦李嘉泓</w:t>
      </w:r>
    </w:p>
    <w:p>
      <w:r>
        <w:t>审核：罗育超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