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机电工程学院关于2022年优秀应届本科毕业生免试研究生推荐工作实施办法（细则）</w:t>
      </w:r>
    </w:p>
    <w:p>
      <w:r>
        <w:t>根据中国矿业大学教务部、研究生院《关于做好2022年推荐优秀应届本科毕业生免试攻读研究生工作的通知》的精神，结合机电工程学院特点，特制定本办法。</w:t>
      </w:r>
    </w:p>
    <w:p>
      <w:r>
        <w:t>一、组织领导</w:t>
      </w:r>
    </w:p>
    <w:p>
      <w:r>
        <w:t>学院成立院推荐免试硕士研究生工作领导小组（以下简称院推免工作领导小组）。领导小组成员如下：</w:t>
      </w:r>
    </w:p>
    <w:p>
      <w:r>
        <w:t>组长：吴松王忠宾</w:t>
      </w:r>
    </w:p>
    <w:p>
      <w:r>
        <w:t>副组长：刘送永周公博王虎</w:t>
      </w:r>
    </w:p>
    <w:p>
      <w:r>
        <w:t>成员：李威程志红张伟陈庆庆梁佳卉</w:t>
      </w:r>
    </w:p>
    <w:p>
      <w:r>
        <w:t>院推免工作领导小组负责制定学院推荐工作细则、学院内推荐名额、组织学生报名、资格审查以及初步确定推荐免试硕士研究生名单。</w:t>
      </w:r>
    </w:p>
    <w:p>
      <w:r>
        <w:t>二、推荐工作</w:t>
      </w:r>
    </w:p>
    <w:p>
      <w:r>
        <w:t>1.推荐工作原则</w:t>
      </w:r>
    </w:p>
    <w:p>
      <w:r>
        <w:t>学院在校推免工作领导小组的指导下，按照中国矿业大学教务部、研究生院《关于做好2022年推荐优秀应届本科毕业生免试攻读研究生工作的通知》执行，将本科阶段学业综合成绩作为推免研究生遴选名额推荐的依据。</w:t>
      </w:r>
    </w:p>
    <w:p>
      <w:r>
        <w:t>2.推荐免试名额</w:t>
      </w:r>
    </w:p>
    <w:p>
      <w:r>
        <w:t>遵照学校教务部有关研究生免试推荐工作的文件精神，及下达到我院的推免生总名额（51人），以毕业生人数（以6月份上报教育部数据为准）为基本依据，根据我院每个专业毕业生人数占学院毕业生人数的比例，进行四舍五入取整，形成推荐和候补名额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专业名称</w:t>
            </w:r>
          </w:p>
        </w:tc>
        <w:tc>
          <w:tcPr>
            <w:tcW w:type="dxa" w:w="1728"/>
          </w:tcPr>
          <w:p>
            <w:r>
              <w:t>毕业生人数</w:t>
            </w:r>
          </w:p>
        </w:tc>
        <w:tc>
          <w:tcPr>
            <w:tcW w:type="dxa" w:w="1728"/>
          </w:tcPr>
          <w:p>
            <w:r>
              <w:t>推荐人数</w:t>
            </w:r>
          </w:p>
        </w:tc>
        <w:tc>
          <w:tcPr>
            <w:tcW w:type="dxa" w:w="1728"/>
          </w:tcPr>
          <w:p>
            <w:r>
              <w:t>候补人数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机械工程</w:t>
            </w:r>
          </w:p>
        </w:tc>
        <w:tc>
          <w:tcPr>
            <w:tcW w:type="dxa" w:w="1728"/>
          </w:tcPr>
          <w:p>
            <w:r>
              <w:t>249</w:t>
            </w:r>
          </w:p>
        </w:tc>
        <w:tc>
          <w:tcPr>
            <w:tcW w:type="dxa" w:w="1728"/>
          </w:tcPr>
          <w:p>
            <w:r>
              <w:t>41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机器人工程</w:t>
            </w:r>
          </w:p>
        </w:tc>
        <w:tc>
          <w:tcPr>
            <w:tcW w:type="dxa" w:w="1728"/>
          </w:tcPr>
          <w:p>
            <w:r>
              <w:t>59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>
      <w:r>
        <w:t>三、时间安排</w:t>
      </w:r>
    </w:p>
    <w:p>
      <w:r>
        <w:t>1. 9月13日(周一)16:00前，将免试研究生推荐工作实施办法（细则）报教务部备案，纸质版经教学院长签字后报教务部教务与学籍服务中心，同时在学院网站进行公布。</w:t>
      </w:r>
    </w:p>
    <w:p>
      <w:r>
        <w:t>2.学生本人填写《中国矿业大学推荐免试硕士研究生资格申请表》（附件3），9月15日(周三)上午10:00前将电子档传至学院公示的电子邮箱。</w:t>
      </w:r>
    </w:p>
    <w:p>
      <w:r>
        <w:t>3. 9月17日(周五)上午10:00前，在公示各类推荐名单（公示时间3天）的同时将《中国矿业大学推荐免试硕士研究生资格申请表》（附件3纸质版）、《2022年中国矿业大学推荐免试硕士研究生基本情况表及数据库》（附件4电子版）和推荐免试硕士研究生个人成绩单电子档报教务部，经校推免工作领导小组审核同意后，由教务部向学生进行公示，最终确定各类推荐人员名单,并组织填报相关表格。</w:t>
      </w:r>
    </w:p>
    <w:p>
      <w:r>
        <w:t>四、注意事项</w:t>
      </w:r>
    </w:p>
    <w:p>
      <w:r>
        <w:t>1.确定的推免资格名单根据排序结果分为推荐和候补两类，候补人数不超过学院推免名额总数的20%，相关材料需经学院推免领导小组组长签字后报教务部。</w:t>
      </w:r>
    </w:p>
    <w:p>
      <w:r>
        <w:t>2.申请校外免试研究生落选，或放弃免试研究生的，其免试资格自然取消。</w:t>
      </w:r>
    </w:p>
    <w:p>
      <w:r>
        <w:t>3.对在申请推免过程中弄虚作假、有学术不端行为或其他影响推免工作公平公正的学生，一经查实，立即取消推免资格，已入学的，将取消学籍，并由学校所在地的省级教育招生考试机构按规定记入《国家教育考试考生诚信档案》。</w:t>
      </w:r>
    </w:p>
    <w:p>
      <w:r>
        <w:t>4.获得推免资格的学生请及时进行网上报名缴费，不得无故放弃报名缴费，造成推免名额浪费。</w:t>
      </w:r>
    </w:p>
    <w:p>
      <w:r>
        <w:t>未尽事宜，按照中国矿业大学教务部、研究生院《关于做好推荐和接收2021年优秀应届本科毕业生免试攻读研究生的通知》执行。</w:t>
      </w:r>
    </w:p>
    <w:p>
      <w:r>
        <w:t>本文件由机电工程学院推免工作领导小组负责解释</w:t>
      </w:r>
    </w:p>
    <w:p>
      <w:r>
        <w:t>监督电话：83590767，邮箱：jdjx@cumt.edu.cn</w:t>
      </w:r>
    </w:p>
    <w:p>
      <w:r>
        <w:t>机电工程学院</w:t>
      </w:r>
    </w:p>
    <w:p>
      <w:r>
        <w:t>2021年9月13日</w:t>
      </w:r>
    </w:p>
    <w:p>
      <w:r>
        <w:t>附件1：中国矿业大学免试硕士研究生推荐办法修订.pdf</w:t>
      </w:r>
    </w:p>
    <w:p>
      <w:r>
        <w:t>附件3：中国矿业大学推荐免试硕士研究生资格申请表.doc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