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机电工程学院关于2020年优秀应届本科毕业生免试攻读研究生的推荐工作办法</w:t>
      </w:r>
    </w:p>
    <w:p>
      <w:r>
        <w:t>根据中国矿业大学教务部、研究生院《关于做好推荐及接收2019年优秀应届本科毕业生免试攻读研究生的通知》的精神，结合机电工程学院特点，特制定本办法。</w:t>
      </w:r>
    </w:p>
    <w:p>
      <w:r>
        <w:t>一、组织领导</w:t>
      </w:r>
    </w:p>
    <w:p>
      <w:r>
        <w:t>学院成立院推荐免试硕士研究生工作领导小组（以下简称院推免工作领导小组）。领导小组成员如下：</w:t>
      </w:r>
    </w:p>
    <w:p>
      <w:r>
        <w:t>组长：赵继云王忠宾</w:t>
      </w:r>
    </w:p>
    <w:p>
      <w:r>
        <w:t>副组长：李艾民周公博侯德伟李威</w:t>
      </w:r>
    </w:p>
    <w:p>
      <w:r>
        <w:t>成员：程志红肖兴明邱洁崔新霞曹楠</w:t>
      </w:r>
    </w:p>
    <w:p>
      <w:r>
        <w:t>院推免工作领导小组负责制定学院推荐及接收工作细则、学院内各专业推荐及接收名额的分配、组织学生报名、资格审查以及初步确定推荐及接收免试硕士研究生名单。</w:t>
      </w:r>
    </w:p>
    <w:p>
      <w:r>
        <w:t>二、推荐工作</w:t>
      </w:r>
    </w:p>
    <w:p>
      <w:r>
        <w:t>1.推荐工作原则</w:t>
      </w:r>
    </w:p>
    <w:p>
      <w:r>
        <w:t>学院在校推免工作领导小组的指导下，按照中国矿业大学教务部、研究生院《关于做好推荐及接收2020年优秀应届本科毕业生免试攻读硕士研究生的通知》执行。</w:t>
      </w:r>
    </w:p>
    <w:p>
      <w:r>
        <w:t>2.推荐免试名额</w:t>
      </w:r>
    </w:p>
    <w:p>
      <w:r>
        <w:t>根据学校文件精神，我院推荐免试总名额为56人，详情如下：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专业名称</w:t>
            </w:r>
          </w:p>
        </w:tc>
        <w:tc>
          <w:tcPr>
            <w:tcW w:type="dxa" w:w="2160"/>
          </w:tcPr>
          <w:p>
            <w:r>
              <w:t>推荐人数</w:t>
            </w:r>
          </w:p>
        </w:tc>
        <w:tc>
          <w:tcPr>
            <w:tcW w:type="dxa" w:w="2160"/>
          </w:tcPr>
          <w:p>
            <w:r>
              <w:t>候补人数</w:t>
            </w:r>
          </w:p>
        </w:tc>
      </w:tr>
      <w:tr>
        <w:tc>
          <w:tcPr>
            <w:tcW w:type="dxa" w:w="2160"/>
          </w:tcPr>
          <w:p>
            <w:r>
              <w:t>1</w:t>
            </w:r>
          </w:p>
        </w:tc>
        <w:tc>
          <w:tcPr>
            <w:tcW w:type="dxa" w:w="2160"/>
          </w:tcPr>
          <w:p>
            <w:r>
              <w:t>机械工程</w:t>
            </w:r>
          </w:p>
        </w:tc>
        <w:tc>
          <w:tcPr>
            <w:tcW w:type="dxa" w:w="2160"/>
          </w:tcPr>
          <w:p>
            <w:r>
              <w:t>56</w:t>
            </w:r>
          </w:p>
        </w:tc>
        <w:tc>
          <w:tcPr>
            <w:tcW w:type="dxa" w:w="2160"/>
          </w:tcPr>
          <w:p>
            <w:r>
              <w:t>11</w:t>
            </w:r>
          </w:p>
        </w:tc>
      </w:tr>
    </w:tbl>
    <w:p>
      <w:r>
        <w:t>3.推荐免试名额相关说明</w:t>
      </w:r>
    </w:p>
    <w:p>
      <w:r>
        <w:t>推荐免试硕士研究生的基本条件、排序原则、特殊优秀生推荐等按照学院在校推免工作领导小组的指导下，按照中国矿业大学教务部、研究生院《关于做好推荐及接收2020年优秀应届本科毕业生免试攻读硕士研究生的通知》中附加6：中国矿业大学免试硕士研究生推荐办法执行。</w:t>
      </w:r>
    </w:p>
    <w:p>
      <w:r>
        <w:t>4.推荐工作注意事项及时间要求</w:t>
      </w:r>
    </w:p>
    <w:p>
      <w:r>
        <w:t>（1）由学生本人提出申请，填写《中国矿业大学推荐免试硕士研究生资格申请表》，并于2019年9月17日（周二）上午10:00前报学院教学管理办公室。申请作为特殊优秀生推免的学生，填写特殊优秀生申请表，并准备三名以上本校本专业专家推荐书及相关证书相关原件与复印件各一套，于9月17日(周二)上午10:00前交学院教学管理办公室，同时填写《2020年中国矿业大学推荐免试研究生特长生基本情况汇总表》发机电学院教学科邮箱jdjx@cumt.edu.cn。逾期不报，视为自动放弃资格。</w:t>
      </w:r>
    </w:p>
    <w:p>
      <w:r>
        <w:t>（2）学院推免工作领导小组对提出申请的学生，根据推荐条件分别进行资格审查，于2019年9月18日中午12:00前确定符合推荐免试研究生条件的推免资格名单，同时确定推免类型（普通类型、辅导员专项计划型、研究生支教团、特殊优秀生），推免资格名单根据排序原则分推荐和候补两类。2019年9月18日15:00前，推荐名单经学院推免工作领导小组组长签字后公示同时报教务部。经校推免工作领导小组审核同意后，由教务部正式向学生进行公示，最终确定各类推荐人员名单，并组织填报有关表格。</w:t>
      </w:r>
    </w:p>
    <w:p>
      <w:r>
        <w:t>（3）获得研究生推免资格的学生，根据接收单位要求参加报名复试工作。申请校外免试研究生落选，或放弃免试研究生的，其免试资格自然取消，学院不再更换推荐名单。</w:t>
      </w:r>
    </w:p>
    <w:p>
      <w:r>
        <w:t>（4）对在申请推荐免试硕士研究生过程中弄虚作假的学生，一经发现，即取消其资格，并按学校学生管理规定进行相应处理；对已录取者取消录取资格和学籍，由学校按学生管理规定进行相应处理。</w:t>
      </w:r>
    </w:p>
    <w:p>
      <w:r>
        <w:t>（5）对于推荐免试硕士研究生工作中涉及学生自身权益需要申诉时，学生可按《中国矿业大学学生申诉管理规定》办理申诉。</w:t>
      </w:r>
    </w:p>
    <w:p>
      <w:r>
        <w:t>（6）申请辅导员专项计划型、研究生支教团需同时将推免资格申请表提交一份至本年级辅导员，并及时关注学校选拔部门网站相关通知。申请特殊优秀生需按《关于做好推荐和接收2020年优秀应届本科毕业生免试攻读研究生的通知》要求准备相关材料。</w:t>
      </w:r>
    </w:p>
    <w:p>
      <w:r>
        <w:t>（7）未尽事宜，按照中国矿业大学教务部、研究生院《关于做好推荐和接收2020年优秀应届本科毕业生免试攻读研究生的通知》执行。</w:t>
      </w:r>
    </w:p>
    <w:p>
      <w:r>
        <w:t>三、本文件由机电工程学院推免工作领导小组负责解释，自发文之日起执行。</w:t>
      </w:r>
    </w:p>
    <w:p>
      <w:r>
        <w:t>机电工程学院推荐免试硕士研究生工作领导小组</w:t>
      </w:r>
    </w:p>
    <w:p>
      <w:r>
        <w:t>2019年9月12日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