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机电工程学院接收2022年推免硕士复试成绩公示</w:t>
      </w:r>
    </w:p>
    <w:p>
      <w:r>
        <w:t>根据《关于做好2022年接收优秀应届本科毕业生免试攻读研究生的通知》文件精神，我院于2021年10月9日进行复试，现将本次复试成绩予以公示，如有异议，请于3个工作日内向学院研究生工作办公室实名反映（机电工程学院A513；电话：0516-83590705）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身份证号六位</w:t>
            </w:r>
          </w:p>
        </w:tc>
        <w:tc>
          <w:tcPr>
            <w:tcW w:type="dxa" w:w="1440"/>
          </w:tcPr>
          <w:p>
            <w:r>
              <w:t>申请专业代码</w:t>
            </w:r>
          </w:p>
        </w:tc>
        <w:tc>
          <w:tcPr>
            <w:tcW w:type="dxa" w:w="1440"/>
          </w:tcPr>
          <w:p>
            <w:r>
              <w:t>申请专业名称</w:t>
            </w:r>
          </w:p>
        </w:tc>
        <w:tc>
          <w:tcPr>
            <w:tcW w:type="dxa" w:w="1440"/>
          </w:tcPr>
          <w:p>
            <w:r>
              <w:t>总成绩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赵**</w:t>
            </w:r>
          </w:p>
        </w:tc>
        <w:tc>
          <w:tcPr>
            <w:tcW w:type="dxa" w:w="1440"/>
          </w:tcPr>
          <w:p>
            <w:r>
              <w:t>300612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83.28</w:t>
            </w:r>
          </w:p>
        </w:tc>
      </w:tr>
    </w:tbl>
    <w:p>
      <w:r>
        <w:t>机电工程学院</w:t>
      </w:r>
    </w:p>
    <w:p>
      <w:r>
        <w:t>2021年10月9日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