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机电工程学院接收2020年推免硕士复试结果公示</w:t>
      </w:r>
    </w:p>
    <w:p>
      <w:r>
        <w:t>根据《关于做好推荐及接收2020年优秀应届本科毕业生免试攻读研究生的通知》文件精神，我院于2019年9月27日对通过资格审核的学生进行复试，现将本次复试结果予以公示，如有异议，请于3个工作日内向学院研究生工作办公室实名反映（地点学院A503；电话0516-83590705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报考专业代码</w:t>
            </w:r>
          </w:p>
        </w:tc>
        <w:tc>
          <w:tcPr>
            <w:tcW w:type="dxa" w:w="1440"/>
          </w:tcPr>
          <w:p>
            <w:r>
              <w:t>报考专业</w:t>
            </w:r>
          </w:p>
        </w:tc>
        <w:tc>
          <w:tcPr>
            <w:tcW w:type="dxa" w:w="1440"/>
          </w:tcPr>
          <w:p>
            <w:r>
              <w:t>总成绩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孙**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90.33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梁**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90.03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赵**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88.35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蒲**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88.30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冯**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87.47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马**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87.17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陈**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83.67</w:t>
            </w:r>
          </w:p>
        </w:tc>
        <w:tc>
          <w:tcPr>
            <w:tcW w:type="dxa" w:w="1440"/>
          </w:tcPr>
          <w:p>
            <w:r>
              <w:t>辅导员专项计划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刘**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83.42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吴**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83.33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刘**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>
              <w:t>86.00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机电工程学院</w:t>
      </w:r>
    </w:p>
    <w:p>
      <w:r>
        <w:t>2019年9月27日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