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机电工程学院拟推荐2024年免试研究生名单公示</w:t>
      </w:r>
    </w:p>
    <w:p>
      <w:pPr>
        <w:pStyle w:val="Heading3"/>
      </w:pPr>
      <w:r>
        <w:t>根据教务部“关于做好2024年推荐优秀应届本科毕业生免试攻读研究生工作的通知”，经学生申报、机电工程学院推免小组审核，现将机电工程学院2024年拟推荐普通类优秀应届本科毕业生免试攻读研究生名单（类型A）和本硕博（直博）拟报名名单（类型C、D）公示，公示期9月22日-24日。公示期间如有任何问题，请与机电工程学院教学办公室联系，联系电话：83590767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专业(全称)</w:t>
            </w:r>
          </w:p>
        </w:tc>
        <w:tc>
          <w:tcPr>
            <w:tcW w:type="dxa" w:w="1440"/>
          </w:tcPr>
          <w:p>
            <w:r>
              <w:t>备注（候补）</w:t>
            </w:r>
          </w:p>
        </w:tc>
        <w:tc>
          <w:tcPr>
            <w:tcW w:type="dxa" w:w="1440"/>
          </w:tcPr>
          <w:p>
            <w:r>
              <w:t>免研类型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孙宇晨</w:t>
            </w:r>
          </w:p>
        </w:tc>
        <w:tc>
          <w:tcPr>
            <w:tcW w:type="dxa" w:w="1440"/>
          </w:tcPr>
          <w:p>
            <w:r>
              <w:t>04203602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戚冀</w:t>
            </w:r>
          </w:p>
        </w:tc>
        <w:tc>
          <w:tcPr>
            <w:tcW w:type="dxa" w:w="1440"/>
          </w:tcPr>
          <w:p>
            <w:r>
              <w:t>04203705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牛文燕</w:t>
            </w:r>
          </w:p>
        </w:tc>
        <w:tc>
          <w:tcPr>
            <w:tcW w:type="dxa" w:w="1440"/>
          </w:tcPr>
          <w:p>
            <w:r>
              <w:t>17201411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田皓天</w:t>
            </w:r>
          </w:p>
        </w:tc>
        <w:tc>
          <w:tcPr>
            <w:tcW w:type="dxa" w:w="1440"/>
          </w:tcPr>
          <w:p>
            <w:r>
              <w:t>04201326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陈迪凯</w:t>
            </w:r>
          </w:p>
        </w:tc>
        <w:tc>
          <w:tcPr>
            <w:tcW w:type="dxa" w:w="1440"/>
          </w:tcPr>
          <w:p>
            <w:r>
              <w:t>04201302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廖俊骁</w:t>
            </w:r>
          </w:p>
        </w:tc>
        <w:tc>
          <w:tcPr>
            <w:tcW w:type="dxa" w:w="1440"/>
          </w:tcPr>
          <w:p>
            <w:r>
              <w:t>04205102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李昊</w:t>
            </w:r>
          </w:p>
        </w:tc>
        <w:tc>
          <w:tcPr>
            <w:tcW w:type="dxa" w:w="1440"/>
          </w:tcPr>
          <w:p>
            <w:r>
              <w:t>04203708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陈勃帆</w:t>
            </w:r>
          </w:p>
        </w:tc>
        <w:tc>
          <w:tcPr>
            <w:tcW w:type="dxa" w:w="1440"/>
          </w:tcPr>
          <w:p>
            <w:r>
              <w:t>04202102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李亚楠</w:t>
            </w:r>
          </w:p>
        </w:tc>
        <w:tc>
          <w:tcPr>
            <w:tcW w:type="dxa" w:w="1440"/>
          </w:tcPr>
          <w:p>
            <w:r>
              <w:t>04204102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刘乐</w:t>
            </w:r>
          </w:p>
        </w:tc>
        <w:tc>
          <w:tcPr>
            <w:tcW w:type="dxa" w:w="1440"/>
          </w:tcPr>
          <w:p>
            <w:r>
              <w:t>04204310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孙宇</w:t>
            </w:r>
          </w:p>
        </w:tc>
        <w:tc>
          <w:tcPr>
            <w:tcW w:type="dxa" w:w="1440"/>
          </w:tcPr>
          <w:p>
            <w:r>
              <w:t>04202303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邓国祥</w:t>
            </w:r>
          </w:p>
        </w:tc>
        <w:tc>
          <w:tcPr>
            <w:tcW w:type="dxa" w:w="1440"/>
          </w:tcPr>
          <w:p>
            <w:r>
              <w:t>04204408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喻诗颖</w:t>
            </w:r>
          </w:p>
        </w:tc>
        <w:tc>
          <w:tcPr>
            <w:tcW w:type="dxa" w:w="1440"/>
          </w:tcPr>
          <w:p>
            <w:r>
              <w:t>17203602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雷昀霖</w:t>
            </w:r>
          </w:p>
        </w:tc>
        <w:tc>
          <w:tcPr>
            <w:tcW w:type="dxa" w:w="1440"/>
          </w:tcPr>
          <w:p>
            <w:r>
              <w:t>04204306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陈雨轩</w:t>
            </w:r>
          </w:p>
        </w:tc>
        <w:tc>
          <w:tcPr>
            <w:tcW w:type="dxa" w:w="1440"/>
          </w:tcPr>
          <w:p>
            <w:r>
              <w:t>04203218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陈晨阳</w:t>
            </w:r>
          </w:p>
        </w:tc>
        <w:tc>
          <w:tcPr>
            <w:tcW w:type="dxa" w:w="1440"/>
          </w:tcPr>
          <w:p>
            <w:r>
              <w:t>07204101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崔芮敏</w:t>
            </w:r>
          </w:p>
        </w:tc>
        <w:tc>
          <w:tcPr>
            <w:tcW w:type="dxa" w:w="1440"/>
          </w:tcPr>
          <w:p>
            <w:r>
              <w:t>04201423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蒋汪弛</w:t>
            </w:r>
          </w:p>
        </w:tc>
        <w:tc>
          <w:tcPr>
            <w:tcW w:type="dxa" w:w="1440"/>
          </w:tcPr>
          <w:p>
            <w:r>
              <w:t>04204131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田杰</w:t>
            </w:r>
          </w:p>
        </w:tc>
        <w:tc>
          <w:tcPr>
            <w:tcW w:type="dxa" w:w="1440"/>
          </w:tcPr>
          <w:p>
            <w:r>
              <w:t>04205108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张誉佳</w:t>
            </w:r>
          </w:p>
        </w:tc>
        <w:tc>
          <w:tcPr>
            <w:tcW w:type="dxa" w:w="1440"/>
          </w:tcPr>
          <w:p>
            <w:r>
              <w:t>04204129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庞淑琪</w:t>
            </w:r>
          </w:p>
        </w:tc>
        <w:tc>
          <w:tcPr>
            <w:tcW w:type="dxa" w:w="1440"/>
          </w:tcPr>
          <w:p>
            <w:r>
              <w:t>04204125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丁钰嘉</w:t>
            </w:r>
          </w:p>
        </w:tc>
        <w:tc>
          <w:tcPr>
            <w:tcW w:type="dxa" w:w="1440"/>
          </w:tcPr>
          <w:p>
            <w:r>
              <w:t>04204115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崔俊婷</w:t>
            </w:r>
          </w:p>
        </w:tc>
        <w:tc>
          <w:tcPr>
            <w:tcW w:type="dxa" w:w="1440"/>
          </w:tcPr>
          <w:p>
            <w:r>
              <w:t>04204134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顾慧芝</w:t>
            </w:r>
          </w:p>
        </w:tc>
        <w:tc>
          <w:tcPr>
            <w:tcW w:type="dxa" w:w="1440"/>
          </w:tcPr>
          <w:p>
            <w:r>
              <w:t>04203605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卢钦宇</w:t>
            </w:r>
          </w:p>
        </w:tc>
        <w:tc>
          <w:tcPr>
            <w:tcW w:type="dxa" w:w="1440"/>
          </w:tcPr>
          <w:p>
            <w:r>
              <w:t>04203704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闫启鹏</w:t>
            </w:r>
          </w:p>
        </w:tc>
        <w:tc>
          <w:tcPr>
            <w:tcW w:type="dxa" w:w="1440"/>
          </w:tcPr>
          <w:p>
            <w:r>
              <w:t>04201504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解俊</w:t>
            </w:r>
          </w:p>
        </w:tc>
        <w:tc>
          <w:tcPr>
            <w:tcW w:type="dxa" w:w="1440"/>
          </w:tcPr>
          <w:p>
            <w:r>
              <w:t>07203409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崔双祥</w:t>
            </w:r>
          </w:p>
        </w:tc>
        <w:tc>
          <w:tcPr>
            <w:tcW w:type="dxa" w:w="1440"/>
          </w:tcPr>
          <w:p>
            <w:r>
              <w:t>04202104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安泓燊</w:t>
            </w:r>
          </w:p>
        </w:tc>
        <w:tc>
          <w:tcPr>
            <w:tcW w:type="dxa" w:w="1440"/>
          </w:tcPr>
          <w:p>
            <w:r>
              <w:t>04201307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黄承聪</w:t>
            </w:r>
          </w:p>
        </w:tc>
        <w:tc>
          <w:tcPr>
            <w:tcW w:type="dxa" w:w="1440"/>
          </w:tcPr>
          <w:p>
            <w:r>
              <w:t>04203603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郑昌旺</w:t>
            </w:r>
          </w:p>
        </w:tc>
        <w:tc>
          <w:tcPr>
            <w:tcW w:type="dxa" w:w="1440"/>
          </w:tcPr>
          <w:p>
            <w:r>
              <w:t>04201404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张童臻</w:t>
            </w:r>
          </w:p>
        </w:tc>
        <w:tc>
          <w:tcPr>
            <w:tcW w:type="dxa" w:w="1440"/>
          </w:tcPr>
          <w:p>
            <w:r>
              <w:t>04204124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33</w:t>
            </w:r>
          </w:p>
        </w:tc>
        <w:tc>
          <w:tcPr>
            <w:tcW w:type="dxa" w:w="1440"/>
          </w:tcPr>
          <w:p>
            <w:r>
              <w:t>张昕</w:t>
            </w:r>
          </w:p>
        </w:tc>
        <w:tc>
          <w:tcPr>
            <w:tcW w:type="dxa" w:w="1440"/>
          </w:tcPr>
          <w:p>
            <w:r>
              <w:t>04203233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34</w:t>
            </w:r>
          </w:p>
        </w:tc>
        <w:tc>
          <w:tcPr>
            <w:tcW w:type="dxa" w:w="1440"/>
          </w:tcPr>
          <w:p>
            <w:r>
              <w:t>王晨晨</w:t>
            </w:r>
          </w:p>
        </w:tc>
        <w:tc>
          <w:tcPr>
            <w:tcW w:type="dxa" w:w="1440"/>
          </w:tcPr>
          <w:p>
            <w:r>
              <w:t>04203416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周成洋</w:t>
            </w:r>
          </w:p>
        </w:tc>
        <w:tc>
          <w:tcPr>
            <w:tcW w:type="dxa" w:w="1440"/>
          </w:tcPr>
          <w:p>
            <w:r>
              <w:t>04204108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36</w:t>
            </w:r>
          </w:p>
        </w:tc>
        <w:tc>
          <w:tcPr>
            <w:tcW w:type="dxa" w:w="1440"/>
          </w:tcPr>
          <w:p>
            <w:r>
              <w:t>郭继蔚</w:t>
            </w:r>
          </w:p>
        </w:tc>
        <w:tc>
          <w:tcPr>
            <w:tcW w:type="dxa" w:w="1440"/>
          </w:tcPr>
          <w:p>
            <w:r>
              <w:t>07203301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37</w:t>
            </w:r>
          </w:p>
        </w:tc>
        <w:tc>
          <w:tcPr>
            <w:tcW w:type="dxa" w:w="1440"/>
          </w:tcPr>
          <w:p>
            <w:r>
              <w:t>刘紫洋</w:t>
            </w:r>
          </w:p>
        </w:tc>
        <w:tc>
          <w:tcPr>
            <w:tcW w:type="dxa" w:w="1440"/>
          </w:tcPr>
          <w:p>
            <w:r>
              <w:t>04201308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38</w:t>
            </w:r>
          </w:p>
        </w:tc>
        <w:tc>
          <w:tcPr>
            <w:tcW w:type="dxa" w:w="1440"/>
          </w:tcPr>
          <w:p>
            <w:r>
              <w:t>姜曜林</w:t>
            </w:r>
          </w:p>
        </w:tc>
        <w:tc>
          <w:tcPr>
            <w:tcW w:type="dxa" w:w="1440"/>
          </w:tcPr>
          <w:p>
            <w:r>
              <w:t>04203219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39</w:t>
            </w:r>
          </w:p>
        </w:tc>
        <w:tc>
          <w:tcPr>
            <w:tcW w:type="dxa" w:w="1440"/>
          </w:tcPr>
          <w:p>
            <w:r>
              <w:t>于宝杰</w:t>
            </w:r>
          </w:p>
        </w:tc>
        <w:tc>
          <w:tcPr>
            <w:tcW w:type="dxa" w:w="1440"/>
          </w:tcPr>
          <w:p>
            <w:r>
              <w:t>04203714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40</w:t>
            </w:r>
          </w:p>
        </w:tc>
        <w:tc>
          <w:tcPr>
            <w:tcW w:type="dxa" w:w="1440"/>
          </w:tcPr>
          <w:p>
            <w:r>
              <w:t>任师琦</w:t>
            </w:r>
          </w:p>
        </w:tc>
        <w:tc>
          <w:tcPr>
            <w:tcW w:type="dxa" w:w="1440"/>
          </w:tcPr>
          <w:p>
            <w:r>
              <w:t>04202301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王凯</w:t>
            </w:r>
          </w:p>
        </w:tc>
        <w:tc>
          <w:tcPr>
            <w:tcW w:type="dxa" w:w="1440"/>
          </w:tcPr>
          <w:p>
            <w:r>
              <w:t>07203410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王成</w:t>
            </w:r>
          </w:p>
        </w:tc>
        <w:tc>
          <w:tcPr>
            <w:tcW w:type="dxa" w:w="1440"/>
          </w:tcPr>
          <w:p>
            <w:r>
              <w:t>17203314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宋世旺</w:t>
            </w:r>
          </w:p>
        </w:tc>
        <w:tc>
          <w:tcPr>
            <w:tcW w:type="dxa" w:w="1440"/>
          </w:tcPr>
          <w:p>
            <w:r>
              <w:t>04201310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闵祥渊</w:t>
            </w:r>
          </w:p>
        </w:tc>
        <w:tc>
          <w:tcPr>
            <w:tcW w:type="dxa" w:w="1440"/>
          </w:tcPr>
          <w:p>
            <w:r>
              <w:t>04203709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黄晨妍</w:t>
            </w:r>
          </w:p>
        </w:tc>
        <w:tc>
          <w:tcPr>
            <w:tcW w:type="dxa" w:w="1440"/>
          </w:tcPr>
          <w:p>
            <w:r>
              <w:t>17203310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冯成宇</w:t>
            </w:r>
          </w:p>
        </w:tc>
        <w:tc>
          <w:tcPr>
            <w:tcW w:type="dxa" w:w="1440"/>
          </w:tcPr>
          <w:p>
            <w:r>
              <w:t>04205113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白梁杰</w:t>
            </w:r>
          </w:p>
        </w:tc>
        <w:tc>
          <w:tcPr>
            <w:tcW w:type="dxa" w:w="1440"/>
          </w:tcPr>
          <w:p>
            <w:r>
              <w:t>04201507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俞熠</w:t>
            </w:r>
          </w:p>
        </w:tc>
        <w:tc>
          <w:tcPr>
            <w:tcW w:type="dxa" w:w="1440"/>
          </w:tcPr>
          <w:p>
            <w:r>
              <w:t>04206115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王虹铭</w:t>
            </w:r>
          </w:p>
        </w:tc>
        <w:tc>
          <w:tcPr>
            <w:tcW w:type="dxa" w:w="1440"/>
          </w:tcPr>
          <w:p>
            <w:r>
              <w:t>17205101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张智慧</w:t>
            </w:r>
          </w:p>
        </w:tc>
        <w:tc>
          <w:tcPr>
            <w:tcW w:type="dxa" w:w="1440"/>
          </w:tcPr>
          <w:p>
            <w:r>
              <w:t>04203726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张博</w:t>
            </w:r>
          </w:p>
        </w:tc>
        <w:tc>
          <w:tcPr>
            <w:tcW w:type="dxa" w:w="1440"/>
          </w:tcPr>
          <w:p>
            <w:r>
              <w:t>04201420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畅彬杰</w:t>
            </w:r>
          </w:p>
        </w:tc>
        <w:tc>
          <w:tcPr>
            <w:tcW w:type="dxa" w:w="1440"/>
          </w:tcPr>
          <w:p>
            <w:r>
              <w:t>04201406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张楚衡</w:t>
            </w:r>
          </w:p>
        </w:tc>
        <w:tc>
          <w:tcPr>
            <w:tcW w:type="dxa" w:w="1440"/>
          </w:tcPr>
          <w:p>
            <w:r>
              <w:t>04202101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劳伦</w:t>
            </w:r>
          </w:p>
        </w:tc>
        <w:tc>
          <w:tcPr>
            <w:tcW w:type="dxa" w:w="1440"/>
          </w:tcPr>
          <w:p>
            <w:r>
              <w:t>04203101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刘哲</w:t>
            </w:r>
          </w:p>
        </w:tc>
        <w:tc>
          <w:tcPr>
            <w:tcW w:type="dxa" w:w="1440"/>
          </w:tcPr>
          <w:p>
            <w:r>
              <w:t>04204116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马广泽</w:t>
            </w:r>
          </w:p>
        </w:tc>
        <w:tc>
          <w:tcPr>
            <w:tcW w:type="dxa" w:w="1440"/>
          </w:tcPr>
          <w:p>
            <w:r>
              <w:t>17201309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林期望</w:t>
            </w:r>
          </w:p>
        </w:tc>
        <w:tc>
          <w:tcPr>
            <w:tcW w:type="dxa" w:w="1440"/>
          </w:tcPr>
          <w:p>
            <w:r>
              <w:t>17203505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王小勇</w:t>
            </w:r>
          </w:p>
        </w:tc>
        <w:tc>
          <w:tcPr>
            <w:tcW w:type="dxa" w:w="1440"/>
          </w:tcPr>
          <w:p>
            <w:r>
              <w:t>04204130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杨鑫燏</w:t>
            </w:r>
          </w:p>
        </w:tc>
        <w:tc>
          <w:tcPr>
            <w:tcW w:type="dxa" w:w="1440"/>
          </w:tcPr>
          <w:p>
            <w:r>
              <w:t>07201306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陈楫涛</w:t>
            </w:r>
          </w:p>
        </w:tc>
        <w:tc>
          <w:tcPr>
            <w:tcW w:type="dxa" w:w="1440"/>
          </w:tcPr>
          <w:p>
            <w:r>
              <w:t>04204127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刘星宇</w:t>
            </w:r>
          </w:p>
        </w:tc>
        <w:tc>
          <w:tcPr>
            <w:tcW w:type="dxa" w:w="1440"/>
          </w:tcPr>
          <w:p>
            <w:r>
              <w:t>04203207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王洪</w:t>
            </w:r>
          </w:p>
        </w:tc>
        <w:tc>
          <w:tcPr>
            <w:tcW w:type="dxa" w:w="1440"/>
          </w:tcPr>
          <w:p>
            <w:r>
              <w:t>04205003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>
              <w:t>候补</w:t>
            </w:r>
          </w:p>
        </w:tc>
        <w:tc>
          <w:tcPr>
            <w:tcW w:type="dxa" w:w="1440"/>
          </w:tcPr>
          <w:p>
            <w:r>
              <w:t>A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白晓睿</w:t>
            </w:r>
          </w:p>
        </w:tc>
        <w:tc>
          <w:tcPr>
            <w:tcW w:type="dxa" w:w="1440"/>
          </w:tcPr>
          <w:p>
            <w:r>
              <w:t>07201403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王浩哲</w:t>
            </w:r>
          </w:p>
        </w:tc>
        <w:tc>
          <w:tcPr>
            <w:tcW w:type="dxa" w:w="1440"/>
          </w:tcPr>
          <w:p>
            <w:r>
              <w:t>04203212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李卓奇</w:t>
            </w:r>
          </w:p>
        </w:tc>
        <w:tc>
          <w:tcPr>
            <w:tcW w:type="dxa" w:w="1440"/>
          </w:tcPr>
          <w:p>
            <w:r>
              <w:t>04201418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曹以恒</w:t>
            </w:r>
          </w:p>
        </w:tc>
        <w:tc>
          <w:tcPr>
            <w:tcW w:type="dxa" w:w="1440"/>
          </w:tcPr>
          <w:p>
            <w:r>
              <w:t>04204204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彭灿麟</w:t>
            </w:r>
          </w:p>
        </w:tc>
        <w:tc>
          <w:tcPr>
            <w:tcW w:type="dxa" w:w="1440"/>
          </w:tcPr>
          <w:p>
            <w:r>
              <w:t>04204312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顾旌耀</w:t>
            </w:r>
          </w:p>
        </w:tc>
        <w:tc>
          <w:tcPr>
            <w:tcW w:type="dxa" w:w="1440"/>
          </w:tcPr>
          <w:p>
            <w:r>
              <w:t>17205103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郭永春</w:t>
            </w:r>
          </w:p>
        </w:tc>
        <w:tc>
          <w:tcPr>
            <w:tcW w:type="dxa" w:w="1440"/>
          </w:tcPr>
          <w:p>
            <w:r>
              <w:t>06204103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陈福宇</w:t>
            </w:r>
          </w:p>
        </w:tc>
        <w:tc>
          <w:tcPr>
            <w:tcW w:type="dxa" w:w="1440"/>
          </w:tcPr>
          <w:p>
            <w:r>
              <w:t>04203412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张佳林</w:t>
            </w:r>
          </w:p>
        </w:tc>
        <w:tc>
          <w:tcPr>
            <w:tcW w:type="dxa" w:w="1440"/>
          </w:tcPr>
          <w:p>
            <w:r>
              <w:t>04204120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张宇晨</w:t>
            </w:r>
          </w:p>
        </w:tc>
        <w:tc>
          <w:tcPr>
            <w:tcW w:type="dxa" w:w="1440"/>
          </w:tcPr>
          <w:p>
            <w:r>
              <w:t>04203215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袁帅東</w:t>
            </w:r>
          </w:p>
        </w:tc>
        <w:tc>
          <w:tcPr>
            <w:tcW w:type="dxa" w:w="1440"/>
          </w:tcPr>
          <w:p>
            <w:r>
              <w:t>04203724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D</w:t>
            </w:r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辜宇杰</w:t>
            </w:r>
          </w:p>
        </w:tc>
        <w:tc>
          <w:tcPr>
            <w:tcW w:type="dxa" w:w="1440"/>
          </w:tcPr>
          <w:p>
            <w:r>
              <w:t>04205109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安永恒</w:t>
            </w:r>
          </w:p>
        </w:tc>
        <w:tc>
          <w:tcPr>
            <w:tcW w:type="dxa" w:w="1440"/>
          </w:tcPr>
          <w:p>
            <w:r>
              <w:t>17204109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白鑫坤</w:t>
            </w:r>
          </w:p>
        </w:tc>
        <w:tc>
          <w:tcPr>
            <w:tcW w:type="dxa" w:w="1440"/>
          </w:tcPr>
          <w:p>
            <w:r>
              <w:t>04201417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张富富</w:t>
            </w:r>
          </w:p>
        </w:tc>
        <w:tc>
          <w:tcPr>
            <w:tcW w:type="dxa" w:w="1440"/>
          </w:tcPr>
          <w:p>
            <w:r>
              <w:t>04206203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马永远</w:t>
            </w:r>
          </w:p>
        </w:tc>
        <w:tc>
          <w:tcPr>
            <w:tcW w:type="dxa" w:w="1440"/>
          </w:tcPr>
          <w:p>
            <w:r>
              <w:t>04201319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吴德玺</w:t>
            </w:r>
          </w:p>
        </w:tc>
        <w:tc>
          <w:tcPr>
            <w:tcW w:type="dxa" w:w="1440"/>
          </w:tcPr>
          <w:p>
            <w:r>
              <w:t>04203719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胡明明</w:t>
            </w:r>
          </w:p>
        </w:tc>
        <w:tc>
          <w:tcPr>
            <w:tcW w:type="dxa" w:w="1440"/>
          </w:tcPr>
          <w:p>
            <w:r>
              <w:t>04203203</w:t>
            </w:r>
          </w:p>
        </w:tc>
        <w:tc>
          <w:tcPr>
            <w:tcW w:type="dxa" w:w="1440"/>
          </w:tcPr>
          <w:p>
            <w:r>
              <w:t>智能制造工程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张研</w:t>
            </w:r>
          </w:p>
        </w:tc>
        <w:tc>
          <w:tcPr>
            <w:tcW w:type="dxa" w:w="1440"/>
          </w:tcPr>
          <w:p>
            <w:r>
              <w:t>17204107</w:t>
            </w:r>
          </w:p>
        </w:tc>
        <w:tc>
          <w:tcPr>
            <w:tcW w:type="dxa" w:w="1440"/>
          </w:tcPr>
          <w:p>
            <w:r>
              <w:t>机器人工程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李百震</w:t>
            </w:r>
          </w:p>
        </w:tc>
        <w:tc>
          <w:tcPr>
            <w:tcW w:type="dxa" w:w="1440"/>
          </w:tcPr>
          <w:p>
            <w:r>
              <w:t>17203706</w:t>
            </w:r>
          </w:p>
        </w:tc>
        <w:tc>
          <w:tcPr>
            <w:tcW w:type="dxa" w:w="1440"/>
          </w:tcPr>
          <w:p>
            <w:r>
              <w:t>机械工程(卓越工程师)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于海波</w:t>
            </w:r>
          </w:p>
        </w:tc>
        <w:tc>
          <w:tcPr>
            <w:tcW w:type="dxa" w:w="1440"/>
          </w:tcPr>
          <w:p>
            <w:r>
              <w:t>10202303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刘锦</w:t>
            </w:r>
          </w:p>
        </w:tc>
        <w:tc>
          <w:tcPr>
            <w:tcW w:type="dxa" w:w="1440"/>
          </w:tcPr>
          <w:p>
            <w:r>
              <w:t>04201407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c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