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机电工程学院拟推荐2023年免试研究生名单公示</w:t>
      </w:r>
    </w:p>
    <w:p>
      <w:pPr>
        <w:pStyle w:val="Heading3"/>
      </w:pPr>
      <w:r>
        <w:t>根据教务部“关于做好2023年推荐优秀应届本科毕业生免试攻读研究生工作的通</w:t>
      </w:r>
    </w:p>
    <w:p>
      <w:pPr>
        <w:pStyle w:val="Heading3"/>
      </w:pPr>
      <w:r>
        <w:t>知”，经学生申报、机电工程学院推免小组审核，现将机电工程学院2023年推荐优</w:t>
      </w:r>
    </w:p>
    <w:p>
      <w:pPr>
        <w:pStyle w:val="Heading3"/>
      </w:pPr>
      <w:r>
        <w:t>秀应届本科毕业生免试攻读研究生名单公示，公示期9月19日-21日。公示期间如有</w:t>
      </w:r>
    </w:p>
    <w:p>
      <w:pPr>
        <w:pStyle w:val="Heading3"/>
      </w:pPr>
      <w:r>
        <w:t>任何问题，请与机电工程学院教学办公室联系，联系电话：83590767。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专业(全称)</w:t>
            </w:r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备注2（候补））</w:t>
            </w:r>
          </w:p>
        </w:tc>
        <w:tc>
          <w:tcPr>
            <w:tcW w:type="dxa" w:w="1234"/>
          </w:tcPr>
          <w:p>
            <w:r>
              <w:t>免研类型(ABCD)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章嘉诚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06192215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吴韬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03191126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范彤辉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03190856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王锡函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03190949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陈勇志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06192261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谭强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03190977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陶鹏飞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03191063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赵帅洋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06192263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鲍怡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03190838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刘奥成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03191007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胡旭龙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15194751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武非凡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15194770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王守龙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06192260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陈帅龙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03190828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李泽豪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03191054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闪有才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03191052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董婧琦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03191009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王增垚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03190913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谢永康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03190921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胡俊豪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03191081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21</w:t>
            </w:r>
          </w:p>
        </w:tc>
        <w:tc>
          <w:tcPr>
            <w:tcW w:type="dxa" w:w="1234"/>
          </w:tcPr>
          <w:p>
            <w:r>
              <w:t>李永鹏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03191069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孙翔宇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03190986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23</w:t>
            </w:r>
          </w:p>
        </w:tc>
        <w:tc>
          <w:tcPr>
            <w:tcW w:type="dxa" w:w="1234"/>
          </w:tcPr>
          <w:p>
            <w:r>
              <w:t>孙浩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03191004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24</w:t>
            </w:r>
          </w:p>
        </w:tc>
        <w:tc>
          <w:tcPr>
            <w:tcW w:type="dxa" w:w="1234"/>
          </w:tcPr>
          <w:p>
            <w:r>
              <w:t>王嘉伟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03190915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张宜浩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03191119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徐锦栋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03190819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27</w:t>
            </w:r>
          </w:p>
        </w:tc>
        <w:tc>
          <w:tcPr>
            <w:tcW w:type="dxa" w:w="1234"/>
          </w:tcPr>
          <w:p>
            <w:r>
              <w:t>张明涵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06192270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28</w:t>
            </w:r>
          </w:p>
        </w:tc>
        <w:tc>
          <w:tcPr>
            <w:tcW w:type="dxa" w:w="1234"/>
          </w:tcPr>
          <w:p>
            <w:r>
              <w:t>张进文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09193168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29</w:t>
            </w:r>
          </w:p>
        </w:tc>
        <w:tc>
          <w:tcPr>
            <w:tcW w:type="dxa" w:w="1234"/>
          </w:tcPr>
          <w:p>
            <w:r>
              <w:t>马志成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06192252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30</w:t>
            </w:r>
          </w:p>
        </w:tc>
        <w:tc>
          <w:tcPr>
            <w:tcW w:type="dxa" w:w="1234"/>
          </w:tcPr>
          <w:p>
            <w:r>
              <w:t>孙宏点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15194729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31</w:t>
            </w:r>
          </w:p>
        </w:tc>
        <w:tc>
          <w:tcPr>
            <w:tcW w:type="dxa" w:w="1234"/>
          </w:tcPr>
          <w:p>
            <w:r>
              <w:t>郑玉星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03190941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32</w:t>
            </w:r>
          </w:p>
        </w:tc>
        <w:tc>
          <w:tcPr>
            <w:tcW w:type="dxa" w:w="1234"/>
          </w:tcPr>
          <w:p>
            <w:r>
              <w:t>侯旭东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06192246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33</w:t>
            </w:r>
          </w:p>
        </w:tc>
        <w:tc>
          <w:tcPr>
            <w:tcW w:type="dxa" w:w="1234"/>
          </w:tcPr>
          <w:p>
            <w:r>
              <w:t>焦富锐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03190920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34</w:t>
            </w:r>
          </w:p>
        </w:tc>
        <w:tc>
          <w:tcPr>
            <w:tcW w:type="dxa" w:w="1234"/>
          </w:tcPr>
          <w:p>
            <w:r>
              <w:t>阮家新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03190973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35</w:t>
            </w:r>
          </w:p>
        </w:tc>
        <w:tc>
          <w:tcPr>
            <w:tcW w:type="dxa" w:w="1234"/>
          </w:tcPr>
          <w:p>
            <w:r>
              <w:t>王锦南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03191056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36</w:t>
            </w:r>
          </w:p>
        </w:tc>
        <w:tc>
          <w:tcPr>
            <w:tcW w:type="dxa" w:w="1234"/>
          </w:tcPr>
          <w:p>
            <w:r>
              <w:t>徐铭骏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15194753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37</w:t>
            </w:r>
          </w:p>
        </w:tc>
        <w:tc>
          <w:tcPr>
            <w:tcW w:type="dxa" w:w="1234"/>
          </w:tcPr>
          <w:p>
            <w:r>
              <w:t>周兆康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15194711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38</w:t>
            </w:r>
          </w:p>
        </w:tc>
        <w:tc>
          <w:tcPr>
            <w:tcW w:type="dxa" w:w="1234"/>
          </w:tcPr>
          <w:p>
            <w:r>
              <w:t>胡俊杰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03191048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39</w:t>
            </w:r>
          </w:p>
        </w:tc>
        <w:tc>
          <w:tcPr>
            <w:tcW w:type="dxa" w:w="1234"/>
          </w:tcPr>
          <w:p>
            <w:r>
              <w:t>赵瑞铭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03190830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40</w:t>
            </w:r>
          </w:p>
        </w:tc>
        <w:tc>
          <w:tcPr>
            <w:tcW w:type="dxa" w:w="1234"/>
          </w:tcPr>
          <w:p>
            <w:r>
              <w:t>高雨昂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15194772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41</w:t>
            </w:r>
          </w:p>
        </w:tc>
        <w:tc>
          <w:tcPr>
            <w:tcW w:type="dxa" w:w="1234"/>
          </w:tcPr>
          <w:p>
            <w:r>
              <w:t>宋晓磊</w:t>
            </w:r>
          </w:p>
        </w:tc>
        <w:tc>
          <w:tcPr>
            <w:tcW w:type="dxa" w:w="1234"/>
          </w:tcPr>
          <w:p>
            <w:r>
              <w:t>机械工程(卓越工程师)</w:t>
            </w:r>
          </w:p>
        </w:tc>
        <w:tc>
          <w:tcPr>
            <w:tcW w:type="dxa" w:w="1234"/>
          </w:tcPr>
          <w:p>
            <w:r>
              <w:t>03190874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42</w:t>
            </w:r>
          </w:p>
        </w:tc>
        <w:tc>
          <w:tcPr>
            <w:tcW w:type="dxa" w:w="1234"/>
          </w:tcPr>
          <w:p>
            <w:r>
              <w:t>李鹏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03191051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43</w:t>
            </w:r>
          </w:p>
        </w:tc>
        <w:tc>
          <w:tcPr>
            <w:tcW w:type="dxa" w:w="1234"/>
          </w:tcPr>
          <w:p>
            <w:r>
              <w:t>杨俊辉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03190880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44</w:t>
            </w:r>
          </w:p>
        </w:tc>
        <w:tc>
          <w:tcPr>
            <w:tcW w:type="dxa" w:w="1234"/>
          </w:tcPr>
          <w:p>
            <w:r>
              <w:t>李佑祺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03191083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45</w:t>
            </w:r>
          </w:p>
        </w:tc>
        <w:tc>
          <w:tcPr>
            <w:tcW w:type="dxa" w:w="1234"/>
          </w:tcPr>
          <w:p>
            <w:r>
              <w:t>王启浚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03190922</w:t>
            </w:r>
          </w:p>
        </w:tc>
        <w:tc>
          <w:tcPr>
            <w:tcW w:type="dxa" w:w="1234"/>
          </w:tcPr>
          <w:p>
            <w:r>
              <w:t>候补</w:t>
            </w:r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46</w:t>
            </w:r>
          </w:p>
        </w:tc>
        <w:tc>
          <w:tcPr>
            <w:tcW w:type="dxa" w:w="1234"/>
          </w:tcPr>
          <w:p>
            <w:r>
              <w:t>薛嘉伟</w:t>
            </w:r>
          </w:p>
        </w:tc>
        <w:tc>
          <w:tcPr>
            <w:tcW w:type="dxa" w:w="1234"/>
          </w:tcPr>
          <w:p>
            <w:r>
              <w:t>机械工程</w:t>
            </w:r>
          </w:p>
        </w:tc>
        <w:tc>
          <w:tcPr>
            <w:tcW w:type="dxa" w:w="1234"/>
          </w:tcPr>
          <w:p>
            <w:r>
              <w:t>03180902</w:t>
            </w:r>
          </w:p>
        </w:tc>
        <w:tc>
          <w:tcPr>
            <w:tcW w:type="dxa" w:w="1234"/>
          </w:tcPr>
          <w:p>
            <w:r>
              <w:t>候补</w:t>
            </w:r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陈自远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03190850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徐鸿阳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03190833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黄治瀚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03191129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熊震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03190822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夏俊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06192226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张琨泽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03191012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杨博渊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03191113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张文昊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03191078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程帆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03190960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闫昭宇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06192204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王德文</w:t>
            </w:r>
          </w:p>
        </w:tc>
        <w:tc>
          <w:tcPr>
            <w:tcW w:type="dxa" w:w="1234"/>
          </w:tcPr>
          <w:p>
            <w:r>
              <w:t>机器人工程</w:t>
            </w:r>
          </w:p>
        </w:tc>
        <w:tc>
          <w:tcPr>
            <w:tcW w:type="dxa" w:w="1234"/>
          </w:tcPr>
          <w:p>
            <w:r>
              <w:t>03190832</w:t>
            </w:r>
          </w:p>
        </w:tc>
        <w:tc>
          <w:tcPr>
            <w:tcW w:type="dxa" w:w="1234"/>
          </w:tcPr>
          <w:p>
            <w:r>
              <w:t>候补</w:t>
            </w:r>
          </w:p>
        </w:tc>
        <w:tc>
          <w:tcPr>
            <w:tcW w:type="dxa" w:w="1234"/>
          </w:tcPr>
          <w:p>
            <w:r>
              <w:t>A</w:t>
            </w:r>
          </w:p>
        </w:tc>
        <w:tc>
          <w:tcPr>
            <w:tcW w:type="dxa" w:w="1234"/>
          </w:tcPr>
          <w:p>
            <w:r/>
          </w:p>
        </w:tc>
      </w:tr>
    </w:tbl>
    <w:p>
      <w:pPr>
        <w:pStyle w:val="Heading3"/>
      </w:pPr>
      <w:r>
        <w:t>机电工程学院</w:t>
      </w:r>
    </w:p>
    <w:p>
      <w:pPr>
        <w:pStyle w:val="Heading3"/>
      </w:pPr>
      <w:r>
        <w:t>2022年9月19日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