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2016年中国矿业大学安全工程学院推荐免试硕士研究生基本情况表</w:t>
      </w:r>
    </w:p>
    <w:p>
      <w:r>
        <w:t>发布者：</w:t>
      </w:r>
    </w:p>
    <w:p>
      <w:r>
        <w:t>发布日期：2015-09-17</w:t>
      </w:r>
    </w:p>
    <w:p>
      <w:r>
        <w:t>点击量：691</w:t>
      </w:r>
    </w:p>
    <w:p>
      <w:r>
        <w:t>2016年中国矿业大学安全工程学院推荐免试硕士研究生基本情况表.xls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