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素质测评集体加分项目</w:t>
      </w:r>
    </w:p>
    <w:p>
      <w:r>
        <w:t>发布者：</w:t>
      </w:r>
    </w:p>
    <w:p>
      <w:r>
        <w:t>发布日期：2013-09-16</w:t>
      </w:r>
    </w:p>
    <w:p>
      <w:r>
        <w:t>点击量：671</w:t>
      </w:r>
    </w:p>
    <w:p>
      <w:r>
        <w:t>素质分测评.zip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