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关于提前做好推荐2009年优秀应届本科毕业生免试攻读硕士学位研究生的通知</w:t>
      </w:r>
    </w:p>
    <w:p>
      <w:r>
        <w:t>发布者：</w:t>
      </w:r>
    </w:p>
    <w:p>
      <w:r>
        <w:t>发布日期：2008-09-09</w:t>
      </w:r>
    </w:p>
    <w:p>
      <w:r>
        <w:t>点击量：695</w:t>
      </w:r>
    </w:p>
    <w:p>
      <w:r>
        <w:t>http://jwchu.cumt.edu.cn/tzneirong.aspx?id=462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