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安全工程学院普通推免研究生复试结果公示</w:t>
      </w:r>
    </w:p>
    <w:p>
      <w:r>
        <w:t>发布者：</w:t>
      </w:r>
    </w:p>
    <w:p>
      <w:r>
        <w:t>发布日期：2021-09-24</w:t>
      </w:r>
    </w:p>
    <w:p>
      <w:r>
        <w:t>点击量：867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