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化工学院2023年推免生复试成绩公示</w:t>
      </w:r>
    </w:p>
    <w:p>
      <w:pPr>
        <w:pStyle w:val="Heading1"/>
      </w:pPr>
      <w:r>
        <w:t>根据《化工学院2023年推免生、本硕博连读、本科直博优秀学生复试方案》，2022年9月23日学院对通过推免生资格审核的学生进行了复试，现将复试成绩进行公示。公示期：2022年9月23日-2022年9月27日。如有疑义，请实名向化工学院研究生办公室反映，联系电话051683591060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序号</w:t>
            </w:r>
          </w:p>
        </w:tc>
        <w:tc>
          <w:tcPr>
            <w:tcW w:type="dxa" w:w="1234"/>
          </w:tcPr>
          <w:p>
            <w:r>
              <w:t>招生类别</w:t>
            </w:r>
          </w:p>
        </w:tc>
        <w:tc>
          <w:tcPr>
            <w:tcW w:type="dxa" w:w="1234"/>
          </w:tcPr>
          <w:p>
            <w:r>
              <w:t>姓名</w:t>
            </w:r>
          </w:p>
        </w:tc>
        <w:tc>
          <w:tcPr>
            <w:tcW w:type="dxa" w:w="1234"/>
          </w:tcPr>
          <w:p>
            <w:r>
              <w:t>报考专业代码</w:t>
            </w:r>
          </w:p>
        </w:tc>
        <w:tc>
          <w:tcPr>
            <w:tcW w:type="dxa" w:w="1234"/>
          </w:tcPr>
          <w:p>
            <w:r>
              <w:t>拟录取专业名称</w:t>
            </w:r>
          </w:p>
        </w:tc>
        <w:tc>
          <w:tcPr>
            <w:tcW w:type="dxa" w:w="1234"/>
          </w:tcPr>
          <w:p>
            <w:r>
              <w:t>复试综合成绩</w:t>
            </w:r>
          </w:p>
        </w:tc>
        <w:tc>
          <w:tcPr>
            <w:tcW w:type="dxa" w:w="1234"/>
          </w:tcPr>
          <w:p>
            <w:r>
              <w:t>备注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何帅</w:t>
            </w:r>
          </w:p>
        </w:tc>
        <w:tc>
          <w:tcPr>
            <w:tcW w:type="dxa" w:w="1234"/>
          </w:tcPr>
          <w:p>
            <w:r>
              <w:t>081902</w:t>
            </w:r>
          </w:p>
        </w:tc>
        <w:tc>
          <w:tcPr>
            <w:tcW w:type="dxa" w:w="1234"/>
          </w:tcPr>
          <w:p>
            <w:r>
              <w:t>矿物加工工程</w:t>
            </w:r>
          </w:p>
        </w:tc>
        <w:tc>
          <w:tcPr>
            <w:tcW w:type="dxa" w:w="1234"/>
          </w:tcPr>
          <w:p>
            <w:r>
              <w:t>87.02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李祎</w:t>
            </w:r>
          </w:p>
        </w:tc>
        <w:tc>
          <w:tcPr>
            <w:tcW w:type="dxa" w:w="1234"/>
          </w:tcPr>
          <w:p>
            <w:r>
              <w:t>081902</w:t>
            </w:r>
          </w:p>
        </w:tc>
        <w:tc>
          <w:tcPr>
            <w:tcW w:type="dxa" w:w="1234"/>
          </w:tcPr>
          <w:p>
            <w:r>
              <w:t>矿物加工工程</w:t>
            </w:r>
          </w:p>
        </w:tc>
        <w:tc>
          <w:tcPr>
            <w:tcW w:type="dxa" w:w="1234"/>
          </w:tcPr>
          <w:p>
            <w:r>
              <w:t>86.28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张照坤</w:t>
            </w:r>
          </w:p>
        </w:tc>
        <w:tc>
          <w:tcPr>
            <w:tcW w:type="dxa" w:w="1234"/>
          </w:tcPr>
          <w:p>
            <w:r>
              <w:t>081902</w:t>
            </w:r>
          </w:p>
        </w:tc>
        <w:tc>
          <w:tcPr>
            <w:tcW w:type="dxa" w:w="1234"/>
          </w:tcPr>
          <w:p>
            <w:r>
              <w:t>矿物加工工程</w:t>
            </w:r>
          </w:p>
        </w:tc>
        <w:tc>
          <w:tcPr>
            <w:tcW w:type="dxa" w:w="1234"/>
          </w:tcPr>
          <w:p>
            <w:r>
              <w:t>85.42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杨燕</w:t>
            </w:r>
          </w:p>
        </w:tc>
        <w:tc>
          <w:tcPr>
            <w:tcW w:type="dxa" w:w="1234"/>
          </w:tcPr>
          <w:p>
            <w:r>
              <w:t>081902</w:t>
            </w:r>
          </w:p>
        </w:tc>
        <w:tc>
          <w:tcPr>
            <w:tcW w:type="dxa" w:w="1234"/>
          </w:tcPr>
          <w:p>
            <w:r>
              <w:t>矿物加工工程</w:t>
            </w:r>
          </w:p>
        </w:tc>
        <w:tc>
          <w:tcPr>
            <w:tcW w:type="dxa" w:w="1234"/>
          </w:tcPr>
          <w:p>
            <w:r>
              <w:t>85.18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王大焜</w:t>
            </w:r>
          </w:p>
        </w:tc>
        <w:tc>
          <w:tcPr>
            <w:tcW w:type="dxa" w:w="1234"/>
          </w:tcPr>
          <w:p>
            <w:r>
              <w:t>081902</w:t>
            </w:r>
          </w:p>
        </w:tc>
        <w:tc>
          <w:tcPr>
            <w:tcW w:type="dxa" w:w="1234"/>
          </w:tcPr>
          <w:p>
            <w:r>
              <w:t>矿物加工工程</w:t>
            </w:r>
          </w:p>
        </w:tc>
        <w:tc>
          <w:tcPr>
            <w:tcW w:type="dxa" w:w="1234"/>
          </w:tcPr>
          <w:p>
            <w:r>
              <w:t>82.31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6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代珊珊</w:t>
            </w:r>
          </w:p>
        </w:tc>
        <w:tc>
          <w:tcPr>
            <w:tcW w:type="dxa" w:w="1234"/>
          </w:tcPr>
          <w:p>
            <w:r>
              <w:t>081902</w:t>
            </w:r>
          </w:p>
        </w:tc>
        <w:tc>
          <w:tcPr>
            <w:tcW w:type="dxa" w:w="1234"/>
          </w:tcPr>
          <w:p>
            <w:r>
              <w:t>矿物加工工程</w:t>
            </w:r>
          </w:p>
        </w:tc>
        <w:tc>
          <w:tcPr>
            <w:tcW w:type="dxa" w:w="1234"/>
          </w:tcPr>
          <w:p>
            <w:r>
              <w:t>81.67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7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肖红</w:t>
            </w:r>
          </w:p>
        </w:tc>
        <w:tc>
          <w:tcPr>
            <w:tcW w:type="dxa" w:w="1234"/>
          </w:tcPr>
          <w:p>
            <w:r>
              <w:t>081902</w:t>
            </w:r>
          </w:p>
        </w:tc>
        <w:tc>
          <w:tcPr>
            <w:tcW w:type="dxa" w:w="1234"/>
          </w:tcPr>
          <w:p>
            <w:r>
              <w:t>矿物加工工程</w:t>
            </w:r>
          </w:p>
        </w:tc>
        <w:tc>
          <w:tcPr>
            <w:tcW w:type="dxa" w:w="1234"/>
          </w:tcPr>
          <w:p>
            <w:r>
              <w:t>80.31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8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陈停停</w:t>
            </w:r>
          </w:p>
        </w:tc>
        <w:tc>
          <w:tcPr>
            <w:tcW w:type="dxa" w:w="1234"/>
          </w:tcPr>
          <w:p>
            <w:r>
              <w:t>081700</w:t>
            </w:r>
          </w:p>
        </w:tc>
        <w:tc>
          <w:tcPr>
            <w:tcW w:type="dxa" w:w="1234"/>
          </w:tcPr>
          <w:p>
            <w:r>
              <w:t>化学工程与技术</w:t>
            </w:r>
          </w:p>
        </w:tc>
        <w:tc>
          <w:tcPr>
            <w:tcW w:type="dxa" w:w="1234"/>
          </w:tcPr>
          <w:p>
            <w:r>
              <w:t>90.14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9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易冬雪</w:t>
            </w:r>
          </w:p>
        </w:tc>
        <w:tc>
          <w:tcPr>
            <w:tcW w:type="dxa" w:w="1234"/>
          </w:tcPr>
          <w:p>
            <w:r>
              <w:t>081700</w:t>
            </w:r>
          </w:p>
        </w:tc>
        <w:tc>
          <w:tcPr>
            <w:tcW w:type="dxa" w:w="1234"/>
          </w:tcPr>
          <w:p>
            <w:r>
              <w:t>化学工程与技术</w:t>
            </w:r>
          </w:p>
        </w:tc>
        <w:tc>
          <w:tcPr>
            <w:tcW w:type="dxa" w:w="1234"/>
          </w:tcPr>
          <w:p>
            <w:r>
              <w:t>86.18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10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喻潇</w:t>
            </w:r>
          </w:p>
        </w:tc>
        <w:tc>
          <w:tcPr>
            <w:tcW w:type="dxa" w:w="1234"/>
          </w:tcPr>
          <w:p>
            <w:r>
              <w:t>081700</w:t>
            </w:r>
          </w:p>
        </w:tc>
        <w:tc>
          <w:tcPr>
            <w:tcW w:type="dxa" w:w="1234"/>
          </w:tcPr>
          <w:p>
            <w:r>
              <w:t>化学工程与技术</w:t>
            </w:r>
          </w:p>
        </w:tc>
        <w:tc>
          <w:tcPr>
            <w:tcW w:type="dxa" w:w="1234"/>
          </w:tcPr>
          <w:p>
            <w:r>
              <w:t>85.04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11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王海龙</w:t>
            </w:r>
          </w:p>
        </w:tc>
        <w:tc>
          <w:tcPr>
            <w:tcW w:type="dxa" w:w="1234"/>
          </w:tcPr>
          <w:p>
            <w:r>
              <w:t>080706</w:t>
            </w:r>
          </w:p>
        </w:tc>
        <w:tc>
          <w:tcPr>
            <w:tcW w:type="dxa" w:w="1234"/>
          </w:tcPr>
          <w:p>
            <w:r>
              <w:t>化工过程机械</w:t>
            </w:r>
          </w:p>
        </w:tc>
        <w:tc>
          <w:tcPr>
            <w:tcW w:type="dxa" w:w="1234"/>
          </w:tcPr>
          <w:p>
            <w:r>
              <w:t>84.44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12</w:t>
            </w:r>
          </w:p>
        </w:tc>
        <w:tc>
          <w:tcPr>
            <w:tcW w:type="dxa" w:w="1234"/>
          </w:tcPr>
          <w:p>
            <w:r>
              <w:t>硕士</w:t>
            </w:r>
          </w:p>
        </w:tc>
        <w:tc>
          <w:tcPr>
            <w:tcW w:type="dxa" w:w="1234"/>
          </w:tcPr>
          <w:p>
            <w:r>
              <w:t>王翔宇</w:t>
            </w:r>
          </w:p>
        </w:tc>
        <w:tc>
          <w:tcPr>
            <w:tcW w:type="dxa" w:w="1234"/>
          </w:tcPr>
          <w:p>
            <w:r>
              <w:t>086000</w:t>
            </w:r>
          </w:p>
        </w:tc>
        <w:tc>
          <w:tcPr>
            <w:tcW w:type="dxa" w:w="1234"/>
          </w:tcPr>
          <w:p>
            <w:r>
              <w:t>生物与医药</w:t>
            </w:r>
          </w:p>
        </w:tc>
        <w:tc>
          <w:tcPr>
            <w:tcW w:type="dxa" w:w="1234"/>
          </w:tcPr>
          <w:p>
            <w:r>
              <w:t>80.66</w:t>
            </w:r>
          </w:p>
        </w:tc>
        <w:tc>
          <w:tcPr>
            <w:tcW w:type="dxa" w:w="1234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